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Sottoscrittori dell'Appello per il rilancio della sanità siciliana</w:t>
      </w:r>
    </w:p>
    <w:p>
      <w:pPr>
        <w:spacing w:after="160"/>
        <w:jc w:val="center"/>
      </w:pPr>
      <w:r>
        <w:t>Elenco alfabetico progressivo - 1151 sottoscrittori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3572"/>
        <w:gridCol w:w="6009"/>
      </w:tblGrid>
      <w:tr>
        <w:trPr>
          <w:tblHeader w:val="true"/>
          <w:cantSplit/>
        </w:trPr>
        <w:tc>
          <w:tcPr>
            <w:tcW w:type="dxa" w:w="3513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N.</w:t>
            </w:r>
          </w:p>
        </w:tc>
        <w:tc>
          <w:tcPr>
            <w:tcW w:type="dxa" w:w="3513"/>
            <w:vAlign w:val="center"/>
          </w:tcPr>
          <w:p>
            <w:pPr>
              <w:jc w:val="left"/>
            </w:pPr>
            <w:r>
              <w:rPr>
                <w:b/>
                <w:sz w:val="18"/>
              </w:rPr>
              <w:t>Cognome e nome</w:t>
            </w:r>
          </w:p>
        </w:tc>
        <w:tc>
          <w:tcPr>
            <w:tcW w:type="dxa" w:w="3513"/>
            <w:vAlign w:val="center"/>
          </w:tcPr>
          <w:p>
            <w:pPr>
              <w:jc w:val="left"/>
            </w:pPr>
            <w:r>
              <w:rPr>
                <w:b/>
                <w:sz w:val="18"/>
              </w:rPr>
              <w:t>Qualifica / incarico</w:t>
            </w:r>
          </w:p>
        </w:tc>
      </w:tr>
      <w:tr>
        <w:tc>
          <w:tcPr>
            <w:tcW w:type="dxa" w:w="709"/>
          </w:tcPr>
          <w:p>
            <w:r>
              <w:t>1</w:t>
            </w:r>
          </w:p>
        </w:tc>
        <w:tc>
          <w:tcPr>
            <w:tcW w:type="dxa" w:w="3572"/>
          </w:tcPr>
          <w:p>
            <w:r>
              <w:t>Abbate Francesco</w:t>
            </w:r>
          </w:p>
        </w:tc>
        <w:tc>
          <w:tcPr>
            <w:tcW w:type="dxa" w:w="6009"/>
          </w:tcPr>
          <w:p>
            <w:r>
              <w:t>Direttore UOC di Urologia, Ospedale “Gravina” di Caltagirone</w:t>
            </w:r>
          </w:p>
        </w:tc>
      </w:tr>
      <w:tr>
        <w:tc>
          <w:tcPr>
            <w:tcW w:type="dxa" w:w="709"/>
          </w:tcPr>
          <w:p>
            <w:r>
              <w:t>2</w:t>
            </w:r>
          </w:p>
        </w:tc>
        <w:tc>
          <w:tcPr>
            <w:tcW w:type="dxa" w:w="3572"/>
          </w:tcPr>
          <w:p>
            <w:r>
              <w:t>Abramo Emiliano</w:t>
            </w:r>
          </w:p>
        </w:tc>
        <w:tc>
          <w:tcPr>
            <w:tcW w:type="dxa" w:w="6009"/>
          </w:tcPr>
          <w:p>
            <w:r>
              <w:t>Portavoce della Comunità di Sant’Egidio Sicilia</w:t>
            </w:r>
          </w:p>
        </w:tc>
      </w:tr>
      <w:tr>
        <w:tc>
          <w:tcPr>
            <w:tcW w:type="dxa" w:w="709"/>
          </w:tcPr>
          <w:p>
            <w:r>
              <w:t>3</w:t>
            </w:r>
          </w:p>
        </w:tc>
        <w:tc>
          <w:tcPr>
            <w:tcW w:type="dxa" w:w="3572"/>
          </w:tcPr>
          <w:p>
            <w:r>
              <w:t>Accardo Rosa</w:t>
            </w:r>
          </w:p>
        </w:tc>
        <w:tc>
          <w:tcPr>
            <w:tcW w:type="dxa" w:w="6009"/>
          </w:tcPr>
          <w:p>
            <w:r>
              <w:t>Operatrice sanitaria, Casa di riposo</w:t>
            </w:r>
          </w:p>
        </w:tc>
      </w:tr>
      <w:tr>
        <w:tc>
          <w:tcPr>
            <w:tcW w:type="dxa" w:w="709"/>
          </w:tcPr>
          <w:p>
            <w:r>
              <w:t>4</w:t>
            </w:r>
          </w:p>
        </w:tc>
        <w:tc>
          <w:tcPr>
            <w:tcW w:type="dxa" w:w="3572"/>
          </w:tcPr>
          <w:p>
            <w:r>
              <w:t>Adamo Valeria</w:t>
            </w:r>
          </w:p>
        </w:tc>
        <w:tc>
          <w:tcPr>
            <w:tcW w:type="dxa" w:w="6009"/>
          </w:tcPr>
          <w:p>
            <w:r>
              <w:t>Riferimento Civico della Salute di Enna</w:t>
            </w:r>
          </w:p>
        </w:tc>
      </w:tr>
      <w:tr>
        <w:tc>
          <w:tcPr>
            <w:tcW w:type="dxa" w:w="709"/>
          </w:tcPr>
          <w:p>
            <w:r>
              <w:t>5</w:t>
            </w:r>
          </w:p>
        </w:tc>
        <w:tc>
          <w:tcPr>
            <w:tcW w:type="dxa" w:w="3572"/>
          </w:tcPr>
          <w:p>
            <w:r>
              <w:t>Adamoli Lucia</w:t>
            </w:r>
          </w:p>
        </w:tc>
        <w:tc>
          <w:tcPr>
            <w:tcW w:type="dxa" w:w="6009"/>
          </w:tcPr>
          <w:p>
            <w:r>
              <w:t>Specialista in malattie infettive</w:t>
            </w:r>
          </w:p>
        </w:tc>
      </w:tr>
      <w:tr>
        <w:tc>
          <w:tcPr>
            <w:tcW w:type="dxa" w:w="709"/>
          </w:tcPr>
          <w:p>
            <w:r>
              <w:t>6</w:t>
            </w:r>
          </w:p>
        </w:tc>
        <w:tc>
          <w:tcPr>
            <w:tcW w:type="dxa" w:w="3572"/>
          </w:tcPr>
          <w:p>
            <w:r>
              <w:t>Adelfio Giada</w:t>
            </w:r>
          </w:p>
        </w:tc>
        <w:tc>
          <w:tcPr>
            <w:tcW w:type="dxa" w:w="6009"/>
          </w:tcPr>
          <w:p>
            <w:r>
              <w:t>Giornalista</w:t>
            </w:r>
          </w:p>
        </w:tc>
      </w:tr>
      <w:tr>
        <w:tc>
          <w:tcPr>
            <w:tcW w:type="dxa" w:w="709"/>
          </w:tcPr>
          <w:p>
            <w:r>
              <w:t>7</w:t>
            </w:r>
          </w:p>
        </w:tc>
        <w:tc>
          <w:tcPr>
            <w:tcW w:type="dxa" w:w="3572"/>
          </w:tcPr>
          <w:p>
            <w:r>
              <w:t>Agrusa Antonino</w:t>
            </w:r>
          </w:p>
        </w:tc>
        <w:tc>
          <w:tcPr>
            <w:tcW w:type="dxa" w:w="6009"/>
          </w:tcPr>
          <w:p>
            <w:r>
              <w:t>Direttore UOSD di Chirurgia Laparoscopica, Policlinico Universitario “Paolo Giaccone” di Palermo</w:t>
            </w:r>
          </w:p>
        </w:tc>
      </w:tr>
      <w:tr>
        <w:tc>
          <w:tcPr>
            <w:tcW w:type="dxa" w:w="709"/>
          </w:tcPr>
          <w:p>
            <w:r>
              <w:t>8</w:t>
            </w:r>
          </w:p>
        </w:tc>
        <w:tc>
          <w:tcPr>
            <w:tcW w:type="dxa" w:w="3572"/>
          </w:tcPr>
          <w:p>
            <w:r>
              <w:t>Airò Farulla Angelo</w:t>
            </w:r>
          </w:p>
        </w:tc>
        <w:tc>
          <w:tcPr>
            <w:tcW w:type="dxa" w:w="6009"/>
          </w:tcPr>
          <w:p>
            <w:r>
              <w:t>Imprenditore nel settore della sanità privata</w:t>
            </w:r>
          </w:p>
        </w:tc>
      </w:tr>
      <w:tr>
        <w:tc>
          <w:tcPr>
            <w:tcW w:type="dxa" w:w="709"/>
          </w:tcPr>
          <w:p>
            <w:r>
              <w:t>9</w:t>
            </w:r>
          </w:p>
        </w:tc>
        <w:tc>
          <w:tcPr>
            <w:tcW w:type="dxa" w:w="3572"/>
          </w:tcPr>
          <w:p>
            <w:r>
              <w:t>Ajello Francesca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10</w:t>
            </w:r>
          </w:p>
        </w:tc>
        <w:tc>
          <w:tcPr>
            <w:tcW w:type="dxa" w:w="3572"/>
          </w:tcPr>
          <w:p>
            <w:r>
              <w:t>Ajello Olga</w:t>
            </w:r>
          </w:p>
        </w:tc>
        <w:tc>
          <w:tcPr>
            <w:tcW w:type="dxa" w:w="6009"/>
          </w:tcPr>
          <w:p>
            <w:r>
              <w:t>Dirigente biologa sanitaria, presidio ospedaliero</w:t>
            </w:r>
          </w:p>
        </w:tc>
      </w:tr>
      <w:tr>
        <w:tc>
          <w:tcPr>
            <w:tcW w:type="dxa" w:w="709"/>
          </w:tcPr>
          <w:p>
            <w:r>
              <w:t>11</w:t>
            </w:r>
          </w:p>
        </w:tc>
        <w:tc>
          <w:tcPr>
            <w:tcW w:type="dxa" w:w="3572"/>
          </w:tcPr>
          <w:p>
            <w:r>
              <w:t>Ajello Susanna</w:t>
            </w:r>
          </w:p>
        </w:tc>
        <w:tc>
          <w:tcPr>
            <w:tcW w:type="dxa" w:w="6009"/>
          </w:tcPr>
          <w:p>
            <w:r>
              <w:t>Responsabile amministrativa CTA</w:t>
            </w:r>
          </w:p>
        </w:tc>
      </w:tr>
      <w:tr>
        <w:tc>
          <w:tcPr>
            <w:tcW w:type="dxa" w:w="709"/>
          </w:tcPr>
          <w:p>
            <w:r>
              <w:t>12</w:t>
            </w:r>
          </w:p>
        </w:tc>
        <w:tc>
          <w:tcPr>
            <w:tcW w:type="dxa" w:w="3572"/>
          </w:tcPr>
          <w:p>
            <w:r>
              <w:t>Alagna Dino</w:t>
            </w:r>
          </w:p>
        </w:tc>
        <w:tc>
          <w:tcPr>
            <w:tcW w:type="dxa" w:w="6009"/>
          </w:tcPr>
          <w:p>
            <w:r>
              <w:t>Già Commissario straordinario dell'ASP di Messina</w:t>
            </w:r>
          </w:p>
        </w:tc>
      </w:tr>
      <w:tr>
        <w:tc>
          <w:tcPr>
            <w:tcW w:type="dxa" w:w="709"/>
          </w:tcPr>
          <w:p>
            <w:r>
              <w:t>13</w:t>
            </w:r>
          </w:p>
        </w:tc>
        <w:tc>
          <w:tcPr>
            <w:tcW w:type="dxa" w:w="3572"/>
          </w:tcPr>
          <w:p>
            <w:r>
              <w:t>Alaimo Angelo</w:t>
            </w:r>
          </w:p>
        </w:tc>
        <w:tc>
          <w:tcPr>
            <w:tcW w:type="dxa" w:w="6009"/>
          </w:tcPr>
          <w:p>
            <w:r>
              <w:t>Infermiere presso il Policlinico Universitario “Paolo Giaccone” di Palermo</w:t>
            </w:r>
          </w:p>
        </w:tc>
      </w:tr>
      <w:tr>
        <w:tc>
          <w:tcPr>
            <w:tcW w:type="dxa" w:w="709"/>
          </w:tcPr>
          <w:p>
            <w:r>
              <w:t>14</w:t>
            </w:r>
          </w:p>
        </w:tc>
        <w:tc>
          <w:tcPr>
            <w:tcW w:type="dxa" w:w="3572"/>
          </w:tcPr>
          <w:p>
            <w:r>
              <w:t>Alaimo Domenico</w:t>
            </w:r>
          </w:p>
        </w:tc>
        <w:tc>
          <w:tcPr>
            <w:tcW w:type="dxa" w:w="6009"/>
          </w:tcPr>
          <w:p>
            <w:r>
              <w:t>Riferimento Civico di Favara (AG)</w:t>
            </w:r>
          </w:p>
        </w:tc>
      </w:tr>
      <w:tr>
        <w:tc>
          <w:tcPr>
            <w:tcW w:type="dxa" w:w="709"/>
          </w:tcPr>
          <w:p>
            <w:r>
              <w:t>15</w:t>
            </w:r>
          </w:p>
        </w:tc>
        <w:tc>
          <w:tcPr>
            <w:tcW w:type="dxa" w:w="3572"/>
          </w:tcPr>
          <w:p>
            <w:r>
              <w:t>Alaimo Rita</w:t>
            </w:r>
          </w:p>
        </w:tc>
        <w:tc>
          <w:tcPr>
            <w:tcW w:type="dxa" w:w="6009"/>
          </w:tcPr>
          <w:p>
            <w:r>
              <w:t>Medico INPS</w:t>
            </w:r>
          </w:p>
        </w:tc>
      </w:tr>
      <w:tr>
        <w:tc>
          <w:tcPr>
            <w:tcW w:type="dxa" w:w="709"/>
          </w:tcPr>
          <w:p>
            <w:r>
              <w:t>16</w:t>
            </w:r>
          </w:p>
        </w:tc>
        <w:tc>
          <w:tcPr>
            <w:tcW w:type="dxa" w:w="3572"/>
          </w:tcPr>
          <w:p>
            <w:r>
              <w:t>Alampi Antonino Rosario Riccardo</w:t>
            </w:r>
          </w:p>
        </w:tc>
        <w:tc>
          <w:tcPr>
            <w:tcW w:type="dxa" w:w="6009"/>
          </w:tcPr>
          <w:p>
            <w:r>
              <w:t>Collaboratore amministrativo presso l’A.O.U. Policlinico "Paolo Giaccone" di Palermo</w:t>
            </w:r>
          </w:p>
        </w:tc>
      </w:tr>
      <w:tr>
        <w:tc>
          <w:tcPr>
            <w:tcW w:type="dxa" w:w="709"/>
          </w:tcPr>
          <w:p>
            <w:r>
              <w:t>17</w:t>
            </w:r>
          </w:p>
        </w:tc>
        <w:tc>
          <w:tcPr>
            <w:tcW w:type="dxa" w:w="3572"/>
          </w:tcPr>
          <w:p>
            <w:r>
              <w:t>Alberghina Giuseppina</w:t>
            </w:r>
          </w:p>
        </w:tc>
        <w:tc>
          <w:tcPr>
            <w:tcW w:type="dxa" w:w="6009"/>
          </w:tcPr>
          <w:p>
            <w:r>
              <w:t>Avvocata.</w:t>
            </w:r>
          </w:p>
        </w:tc>
      </w:tr>
      <w:tr>
        <w:tc>
          <w:tcPr>
            <w:tcW w:type="dxa" w:w="709"/>
          </w:tcPr>
          <w:p>
            <w:r>
              <w:t>18</w:t>
            </w:r>
          </w:p>
        </w:tc>
        <w:tc>
          <w:tcPr>
            <w:tcW w:type="dxa" w:w="3572"/>
          </w:tcPr>
          <w:p>
            <w:r>
              <w:t>Alessandria Amedeo</w:t>
            </w:r>
          </w:p>
        </w:tc>
        <w:tc>
          <w:tcPr>
            <w:tcW w:type="dxa" w:w="6009"/>
          </w:tcPr>
          <w:p>
            <w:r>
              <w:t>Direttore sanitario</w:t>
            </w:r>
          </w:p>
        </w:tc>
      </w:tr>
      <w:tr>
        <w:tc>
          <w:tcPr>
            <w:tcW w:type="dxa" w:w="709"/>
          </w:tcPr>
          <w:p>
            <w:r>
              <w:t>19</w:t>
            </w:r>
          </w:p>
        </w:tc>
        <w:tc>
          <w:tcPr>
            <w:tcW w:type="dxa" w:w="3572"/>
          </w:tcPr>
          <w:p>
            <w:r>
              <w:t>Alessandro Alfio</w:t>
            </w:r>
          </w:p>
        </w:tc>
        <w:tc>
          <w:tcPr>
            <w:tcW w:type="dxa" w:w="6009"/>
          </w:tcPr>
          <w:p>
            <w:r>
              <w:t>Già dirigente amministrativo della Medicina riabilitativa, ASP Siracusa; pensionato</w:t>
            </w:r>
          </w:p>
        </w:tc>
      </w:tr>
      <w:tr>
        <w:tc>
          <w:tcPr>
            <w:tcW w:type="dxa" w:w="709"/>
          </w:tcPr>
          <w:p>
            <w:r>
              <w:t>20</w:t>
            </w:r>
          </w:p>
        </w:tc>
        <w:tc>
          <w:tcPr>
            <w:tcW w:type="dxa" w:w="3572"/>
          </w:tcPr>
          <w:p>
            <w:r>
              <w:t>Alfano Davide</w:t>
            </w:r>
          </w:p>
        </w:tc>
        <w:tc>
          <w:tcPr>
            <w:tcW w:type="dxa" w:w="6009"/>
          </w:tcPr>
          <w:p>
            <w:r>
              <w:t>Fisioterapista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21</w:t>
            </w:r>
          </w:p>
        </w:tc>
        <w:tc>
          <w:tcPr>
            <w:tcW w:type="dxa" w:w="3572"/>
          </w:tcPr>
          <w:p>
            <w:r>
              <w:t>Alfonso Rino Calogero</w:t>
            </w:r>
          </w:p>
        </w:tc>
        <w:tc>
          <w:tcPr>
            <w:tcW w:type="dxa" w:w="6009"/>
          </w:tcPr>
          <w:p>
            <w:r>
              <w:t>Direttore UOC di Ortopedia, AUSL di Modena</w:t>
            </w:r>
          </w:p>
        </w:tc>
      </w:tr>
      <w:tr>
        <w:tc>
          <w:tcPr>
            <w:tcW w:type="dxa" w:w="709"/>
          </w:tcPr>
          <w:p>
            <w:r>
              <w:t>22</w:t>
            </w:r>
          </w:p>
        </w:tc>
        <w:tc>
          <w:tcPr>
            <w:tcW w:type="dxa" w:w="3572"/>
          </w:tcPr>
          <w:p>
            <w:r>
              <w:t>Alia Grazia</w:t>
            </w:r>
          </w:p>
        </w:tc>
        <w:tc>
          <w:tcPr>
            <w:tcW w:type="dxa" w:w="6009"/>
          </w:tcPr>
          <w:p>
            <w:r>
              <w:t>Già dirigente medico di Anestesia e Rianimazione, ARNAS Civico Palermo; in pensione</w:t>
            </w:r>
          </w:p>
        </w:tc>
      </w:tr>
      <w:tr>
        <w:tc>
          <w:tcPr>
            <w:tcW w:type="dxa" w:w="709"/>
          </w:tcPr>
          <w:p>
            <w:r>
              <w:t>23</w:t>
            </w:r>
          </w:p>
        </w:tc>
        <w:tc>
          <w:tcPr>
            <w:tcW w:type="dxa" w:w="3572"/>
          </w:tcPr>
          <w:p>
            <w:r>
              <w:t>Aliano Mara</w:t>
            </w:r>
          </w:p>
        </w:tc>
        <w:tc>
          <w:tcPr>
            <w:tcW w:type="dxa" w:w="6009"/>
          </w:tcPr>
          <w:p>
            <w:r>
              <w:t>Biologa</w:t>
            </w:r>
          </w:p>
        </w:tc>
      </w:tr>
      <w:tr>
        <w:tc>
          <w:tcPr>
            <w:tcW w:type="dxa" w:w="709"/>
          </w:tcPr>
          <w:p>
            <w:r>
              <w:t>24</w:t>
            </w:r>
          </w:p>
        </w:tc>
        <w:tc>
          <w:tcPr>
            <w:tcW w:type="dxa" w:w="3572"/>
          </w:tcPr>
          <w:p>
            <w:r>
              <w:t>Aliffi Deborah</w:t>
            </w:r>
          </w:p>
        </w:tc>
        <w:tc>
          <w:tcPr>
            <w:tcW w:type="dxa" w:w="6009"/>
          </w:tcPr>
          <w:p>
            <w:r>
              <w:t>OSS, ASP Siracusa</w:t>
            </w:r>
          </w:p>
        </w:tc>
      </w:tr>
      <w:tr>
        <w:tc>
          <w:tcPr>
            <w:tcW w:type="dxa" w:w="709"/>
          </w:tcPr>
          <w:p>
            <w:r>
              <w:t>25</w:t>
            </w:r>
          </w:p>
        </w:tc>
        <w:tc>
          <w:tcPr>
            <w:tcW w:type="dxa" w:w="3572"/>
          </w:tcPr>
          <w:p>
            <w:r>
              <w:t>Aliffi Giuseppe</w:t>
            </w:r>
          </w:p>
        </w:tc>
        <w:tc>
          <w:tcPr>
            <w:tcW w:type="dxa" w:w="6009"/>
          </w:tcPr>
          <w:p>
            <w:r>
              <w:t>Già Direttore di Medicina Legale, ASP Catania</w:t>
            </w:r>
          </w:p>
        </w:tc>
      </w:tr>
      <w:tr>
        <w:tc>
          <w:tcPr>
            <w:tcW w:type="dxa" w:w="709"/>
          </w:tcPr>
          <w:p>
            <w:r>
              <w:t>26</w:t>
            </w:r>
          </w:p>
        </w:tc>
        <w:tc>
          <w:tcPr>
            <w:tcW w:type="dxa" w:w="3572"/>
          </w:tcPr>
          <w:p>
            <w:r>
              <w:t>Aliffi Paoletta</w:t>
            </w:r>
          </w:p>
        </w:tc>
        <w:tc>
          <w:tcPr>
            <w:tcW w:type="dxa" w:w="6009"/>
          </w:tcPr>
          <w:p>
            <w:r>
              <w:t>Coordinatrice responsabile di Radiologia, ARNAS Garibaldi Centro</w:t>
            </w:r>
          </w:p>
        </w:tc>
      </w:tr>
      <w:tr>
        <w:tc>
          <w:tcPr>
            <w:tcW w:type="dxa" w:w="709"/>
          </w:tcPr>
          <w:p>
            <w:r>
              <w:t>27</w:t>
            </w:r>
          </w:p>
        </w:tc>
        <w:tc>
          <w:tcPr>
            <w:tcW w:type="dxa" w:w="3572"/>
          </w:tcPr>
          <w:p>
            <w:r>
              <w:t>Aliquò Angelo</w:t>
            </w:r>
          </w:p>
        </w:tc>
        <w:tc>
          <w:tcPr>
            <w:tcW w:type="dxa" w:w="6009"/>
          </w:tcPr>
          <w:p>
            <w:r>
              <w:t>Direttore Generale, Azienda Ospedaliera San Camillo Forlanini</w:t>
            </w:r>
          </w:p>
        </w:tc>
      </w:tr>
      <w:tr>
        <w:tc>
          <w:tcPr>
            <w:tcW w:type="dxa" w:w="709"/>
          </w:tcPr>
          <w:p>
            <w:r>
              <w:t>28</w:t>
            </w:r>
          </w:p>
        </w:tc>
        <w:tc>
          <w:tcPr>
            <w:tcW w:type="dxa" w:w="3572"/>
          </w:tcPr>
          <w:p>
            <w:r>
              <w:t>Aliquò Maria Stella</w:t>
            </w:r>
          </w:p>
        </w:tc>
        <w:tc>
          <w:tcPr>
            <w:tcW w:type="dxa" w:w="6009"/>
          </w:tcPr>
          <w:p>
            <w:r>
              <w:t>Dirigente medico in pensione</w:t>
            </w:r>
          </w:p>
        </w:tc>
      </w:tr>
      <w:tr>
        <w:tc>
          <w:tcPr>
            <w:tcW w:type="dxa" w:w="709"/>
          </w:tcPr>
          <w:p>
            <w:r>
              <w:t>29</w:t>
            </w:r>
          </w:p>
        </w:tc>
        <w:tc>
          <w:tcPr>
            <w:tcW w:type="dxa" w:w="3572"/>
          </w:tcPr>
          <w:p>
            <w:r>
              <w:t>Alise Marco</w:t>
            </w:r>
          </w:p>
        </w:tc>
        <w:tc>
          <w:tcPr>
            <w:tcW w:type="dxa" w:w="6009"/>
          </w:tcPr>
          <w:p>
            <w:r>
              <w:t>Presidente regionale FMT</w:t>
            </w:r>
          </w:p>
        </w:tc>
      </w:tr>
      <w:tr>
        <w:tc>
          <w:tcPr>
            <w:tcW w:type="dxa" w:w="709"/>
          </w:tcPr>
          <w:p>
            <w:r>
              <w:t>30</w:t>
            </w:r>
          </w:p>
        </w:tc>
        <w:tc>
          <w:tcPr>
            <w:tcW w:type="dxa" w:w="3572"/>
          </w:tcPr>
          <w:p>
            <w:r>
              <w:t>Allegra Alessandro</w:t>
            </w:r>
          </w:p>
        </w:tc>
        <w:tc>
          <w:tcPr>
            <w:tcW w:type="dxa" w:w="6009"/>
          </w:tcPr>
          <w:p>
            <w:r>
              <w:t>Biologo e legale rappresentante di struttura convenzionata - laboratorio di analisi</w:t>
            </w:r>
          </w:p>
        </w:tc>
      </w:tr>
      <w:tr>
        <w:tc>
          <w:tcPr>
            <w:tcW w:type="dxa" w:w="709"/>
          </w:tcPr>
          <w:p>
            <w:r>
              <w:t>31</w:t>
            </w:r>
          </w:p>
        </w:tc>
        <w:tc>
          <w:tcPr>
            <w:tcW w:type="dxa" w:w="3572"/>
          </w:tcPr>
          <w:p>
            <w:r>
              <w:t>Allegro Manuela</w:t>
            </w:r>
          </w:p>
        </w:tc>
        <w:tc>
          <w:tcPr>
            <w:tcW w:type="dxa" w:w="6009"/>
          </w:tcPr>
          <w:p>
            <w:r>
              <w:t>Assistente sociale</w:t>
            </w:r>
          </w:p>
        </w:tc>
      </w:tr>
      <w:tr>
        <w:tc>
          <w:tcPr>
            <w:tcW w:type="dxa" w:w="709"/>
          </w:tcPr>
          <w:p>
            <w:r>
              <w:t>32</w:t>
            </w:r>
          </w:p>
        </w:tc>
        <w:tc>
          <w:tcPr>
            <w:tcW w:type="dxa" w:w="3572"/>
          </w:tcPr>
          <w:p>
            <w:r>
              <w:t>Alletto Francesca</w:t>
            </w:r>
          </w:p>
        </w:tc>
        <w:tc>
          <w:tcPr>
            <w:tcW w:type="dxa" w:w="6009"/>
          </w:tcPr>
          <w:p>
            <w:r>
              <w:t>Dipendente</w:t>
            </w:r>
          </w:p>
        </w:tc>
      </w:tr>
      <w:tr>
        <w:tc>
          <w:tcPr>
            <w:tcW w:type="dxa" w:w="709"/>
          </w:tcPr>
          <w:p>
            <w:r>
              <w:t>33</w:t>
            </w:r>
          </w:p>
        </w:tc>
        <w:tc>
          <w:tcPr>
            <w:tcW w:type="dxa" w:w="3572"/>
          </w:tcPr>
          <w:p>
            <w:r>
              <w:t>Alongi Giuseppina</w:t>
            </w:r>
          </w:p>
        </w:tc>
        <w:tc>
          <w:tcPr>
            <w:tcW w:type="dxa" w:w="6009"/>
          </w:tcPr>
          <w:p>
            <w:r>
              <w:t>Impiegata amministrativa</w:t>
            </w:r>
          </w:p>
        </w:tc>
      </w:tr>
      <w:tr>
        <w:tc>
          <w:tcPr>
            <w:tcW w:type="dxa" w:w="709"/>
          </w:tcPr>
          <w:p>
            <w:r>
              <w:t>34</w:t>
            </w:r>
          </w:p>
        </w:tc>
        <w:tc>
          <w:tcPr>
            <w:tcW w:type="dxa" w:w="3572"/>
          </w:tcPr>
          <w:p>
            <w:r>
              <w:t>Alongi Sergio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35</w:t>
            </w:r>
          </w:p>
        </w:tc>
        <w:tc>
          <w:tcPr>
            <w:tcW w:type="dxa" w:w="3572"/>
          </w:tcPr>
          <w:p>
            <w:r>
              <w:t>Altese Pietro</w:t>
            </w:r>
          </w:p>
        </w:tc>
        <w:tc>
          <w:tcPr>
            <w:tcW w:type="dxa" w:w="6009"/>
          </w:tcPr>
          <w:p>
            <w:r>
              <w:t>Dirigente odontoiatra, ASP Trapani</w:t>
            </w:r>
          </w:p>
        </w:tc>
      </w:tr>
      <w:tr>
        <w:tc>
          <w:tcPr>
            <w:tcW w:type="dxa" w:w="709"/>
          </w:tcPr>
          <w:p>
            <w:r>
              <w:t>36</w:t>
            </w:r>
          </w:p>
        </w:tc>
        <w:tc>
          <w:tcPr>
            <w:tcW w:type="dxa" w:w="3572"/>
          </w:tcPr>
          <w:p>
            <w:r>
              <w:t>Alù Massimiliano</w:t>
            </w:r>
          </w:p>
        </w:tc>
        <w:tc>
          <w:tcPr>
            <w:tcW w:type="dxa" w:w="6009"/>
          </w:tcPr>
          <w:p>
            <w:r>
              <w:t>Dirigente medico, ASP Palermo</w:t>
            </w:r>
          </w:p>
        </w:tc>
      </w:tr>
      <w:tr>
        <w:tc>
          <w:tcPr>
            <w:tcW w:type="dxa" w:w="709"/>
          </w:tcPr>
          <w:p>
            <w:r>
              <w:t>37</w:t>
            </w:r>
          </w:p>
        </w:tc>
        <w:tc>
          <w:tcPr>
            <w:tcW w:type="dxa" w:w="3572"/>
          </w:tcPr>
          <w:p>
            <w:r>
              <w:t>Amato Anna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38</w:t>
            </w:r>
          </w:p>
        </w:tc>
        <w:tc>
          <w:tcPr>
            <w:tcW w:type="dxa" w:w="3572"/>
          </w:tcPr>
          <w:p>
            <w:r>
              <w:t>Amato Arianna</w:t>
            </w:r>
          </w:p>
        </w:tc>
        <w:tc>
          <w:tcPr>
            <w:tcW w:type="dxa" w:w="6009"/>
          </w:tcPr>
          <w:p>
            <w:r>
              <w:t>Centro odontoiatrico dott.ssa Amato Arianna &amp; C. S.a.s.</w:t>
            </w:r>
          </w:p>
        </w:tc>
      </w:tr>
      <w:tr>
        <w:tc>
          <w:tcPr>
            <w:tcW w:type="dxa" w:w="709"/>
          </w:tcPr>
          <w:p>
            <w:r>
              <w:t>39</w:t>
            </w:r>
          </w:p>
        </w:tc>
        <w:tc>
          <w:tcPr>
            <w:tcW w:type="dxa" w:w="3572"/>
          </w:tcPr>
          <w:p>
            <w:r>
              <w:t>Amato Gianluca</w:t>
            </w:r>
          </w:p>
        </w:tc>
        <w:tc>
          <w:tcPr>
            <w:tcW w:type="dxa" w:w="6009"/>
          </w:tcPr>
          <w:p>
            <w:r>
              <w:t>Funzionario</w:t>
            </w:r>
          </w:p>
        </w:tc>
      </w:tr>
      <w:tr>
        <w:tc>
          <w:tcPr>
            <w:tcW w:type="dxa" w:w="709"/>
          </w:tcPr>
          <w:p>
            <w:r>
              <w:t>40</w:t>
            </w:r>
          </w:p>
        </w:tc>
        <w:tc>
          <w:tcPr>
            <w:tcW w:type="dxa" w:w="3572"/>
          </w:tcPr>
          <w:p>
            <w:r>
              <w:t>Amato Orietta</w:t>
            </w:r>
          </w:p>
        </w:tc>
        <w:tc>
          <w:tcPr>
            <w:tcW w:type="dxa" w:w="6009"/>
          </w:tcPr>
          <w:p>
            <w:r>
              <w:t>Docente</w:t>
            </w:r>
          </w:p>
        </w:tc>
      </w:tr>
      <w:tr>
        <w:tc>
          <w:tcPr>
            <w:tcW w:type="dxa" w:w="709"/>
          </w:tcPr>
          <w:p>
            <w:r>
              <w:t>41</w:t>
            </w:r>
          </w:p>
        </w:tc>
        <w:tc>
          <w:tcPr>
            <w:tcW w:type="dxa" w:w="3572"/>
          </w:tcPr>
          <w:p>
            <w:r>
              <w:t>Amato Vincenzo</w:t>
            </w:r>
          </w:p>
        </w:tc>
        <w:tc>
          <w:tcPr>
            <w:tcW w:type="dxa" w:w="6009"/>
          </w:tcPr>
          <w:p>
            <w:r>
              <w:t>Dirigente medico, ARNAS Civico Palermo</w:t>
            </w:r>
          </w:p>
        </w:tc>
      </w:tr>
      <w:tr>
        <w:tc>
          <w:tcPr>
            <w:tcW w:type="dxa" w:w="709"/>
          </w:tcPr>
          <w:p>
            <w:r>
              <w:t>42</w:t>
            </w:r>
          </w:p>
        </w:tc>
        <w:tc>
          <w:tcPr>
            <w:tcW w:type="dxa" w:w="3572"/>
          </w:tcPr>
          <w:p>
            <w:r>
              <w:t>Ambulatorio Polispecialistico SS. Annunziata S.r.l.</w:t>
            </w:r>
          </w:p>
        </w:tc>
        <w:tc>
          <w:tcPr>
            <w:tcW w:type="dxa" w:w="6009"/>
          </w:tcPr>
          <w:p>
            <w:r>
              <w:t>Ambulatorio polispecialistico</w:t>
            </w:r>
          </w:p>
        </w:tc>
      </w:tr>
      <w:tr>
        <w:tc>
          <w:tcPr>
            <w:tcW w:type="dxa" w:w="709"/>
          </w:tcPr>
          <w:p>
            <w:r>
              <w:t>43</w:t>
            </w:r>
          </w:p>
        </w:tc>
        <w:tc>
          <w:tcPr>
            <w:tcW w:type="dxa" w:w="3572"/>
          </w:tcPr>
          <w:p>
            <w:r>
              <w:t>Amendolagine Pasquale</w:t>
            </w:r>
          </w:p>
        </w:tc>
        <w:tc>
          <w:tcPr>
            <w:tcW w:type="dxa" w:w="6009"/>
          </w:tcPr>
          <w:p>
            <w:r>
              <w:t>Direttore UOC Programmazione e Controllo di Gestione, ASP Ragusa</w:t>
            </w:r>
          </w:p>
        </w:tc>
      </w:tr>
      <w:tr>
        <w:tc>
          <w:tcPr>
            <w:tcW w:type="dxa" w:w="709"/>
          </w:tcPr>
          <w:p>
            <w:r>
              <w:t>44</w:t>
            </w:r>
          </w:p>
        </w:tc>
        <w:tc>
          <w:tcPr>
            <w:tcW w:type="dxa" w:w="3572"/>
          </w:tcPr>
          <w:p>
            <w:r>
              <w:t>Amenta Cristian</w:t>
            </w:r>
          </w:p>
        </w:tc>
        <w:tc>
          <w:tcPr>
            <w:tcW w:type="dxa" w:w="6009"/>
          </w:tcPr>
          <w:p>
            <w:r>
              <w:t>Informatore scientifico</w:t>
            </w:r>
          </w:p>
        </w:tc>
      </w:tr>
      <w:tr>
        <w:tc>
          <w:tcPr>
            <w:tcW w:type="dxa" w:w="709"/>
          </w:tcPr>
          <w:p>
            <w:r>
              <w:t>45</w:t>
            </w:r>
          </w:p>
        </w:tc>
        <w:tc>
          <w:tcPr>
            <w:tcW w:type="dxa" w:w="3572"/>
          </w:tcPr>
          <w:p>
            <w:r>
              <w:t>Amico Aldo</w:t>
            </w:r>
          </w:p>
        </w:tc>
        <w:tc>
          <w:tcPr>
            <w:tcW w:type="dxa" w:w="6009"/>
          </w:tcPr>
          <w:p>
            <w:r>
              <w:t>Dirigente medico specialista in Chirurgia Generale, in pensione</w:t>
            </w:r>
          </w:p>
        </w:tc>
      </w:tr>
      <w:tr>
        <w:tc>
          <w:tcPr>
            <w:tcW w:type="dxa" w:w="709"/>
          </w:tcPr>
          <w:p>
            <w:r>
              <w:t>46</w:t>
            </w:r>
          </w:p>
        </w:tc>
        <w:tc>
          <w:tcPr>
            <w:tcW w:type="dxa" w:w="3572"/>
          </w:tcPr>
          <w:p>
            <w:r>
              <w:t>Amico Francesco</w:t>
            </w:r>
          </w:p>
        </w:tc>
        <w:tc>
          <w:tcPr>
            <w:tcW w:type="dxa" w:w="6009"/>
          </w:tcPr>
          <w:p>
            <w:r>
              <w:t>Direttore UOC UTIC-Cardiologia, AOE Cannizzaro, Catania</w:t>
            </w:r>
          </w:p>
        </w:tc>
      </w:tr>
      <w:tr>
        <w:tc>
          <w:tcPr>
            <w:tcW w:type="dxa" w:w="709"/>
          </w:tcPr>
          <w:p>
            <w:r>
              <w:t>47</w:t>
            </w:r>
          </w:p>
        </w:tc>
        <w:tc>
          <w:tcPr>
            <w:tcW w:type="dxa" w:w="3572"/>
          </w:tcPr>
          <w:p>
            <w:r>
              <w:t>Amico Luisa Maria</w:t>
            </w:r>
          </w:p>
        </w:tc>
        <w:tc>
          <w:tcPr>
            <w:tcW w:type="dxa" w:w="6009"/>
          </w:tcPr>
          <w:p>
            <w:r>
              <w:t>Dirigente medico, Nefrologia, Ospedale Cervello</w:t>
            </w:r>
          </w:p>
        </w:tc>
      </w:tr>
      <w:tr>
        <w:tc>
          <w:tcPr>
            <w:tcW w:type="dxa" w:w="709"/>
          </w:tcPr>
          <w:p>
            <w:r>
              <w:t>48</w:t>
            </w:r>
          </w:p>
        </w:tc>
        <w:tc>
          <w:tcPr>
            <w:tcW w:type="dxa" w:w="3572"/>
          </w:tcPr>
          <w:p>
            <w:r>
              <w:t>Ammannato Angela</w:t>
            </w:r>
          </w:p>
        </w:tc>
        <w:tc>
          <w:tcPr>
            <w:tcW w:type="dxa" w:w="6009"/>
          </w:tcPr>
          <w:p>
            <w:r>
              <w:t>Fisiatra</w:t>
            </w:r>
          </w:p>
        </w:tc>
      </w:tr>
      <w:tr>
        <w:tc>
          <w:tcPr>
            <w:tcW w:type="dxa" w:w="709"/>
          </w:tcPr>
          <w:p>
            <w:r>
              <w:t>49</w:t>
            </w:r>
          </w:p>
        </w:tc>
        <w:tc>
          <w:tcPr>
            <w:tcW w:type="dxa" w:w="3572"/>
          </w:tcPr>
          <w:p>
            <w:r>
              <w:t>Amodei Giuseppe</w:t>
            </w:r>
          </w:p>
        </w:tc>
        <w:tc>
          <w:tcPr>
            <w:tcW w:type="dxa" w:w="6009"/>
          </w:tcPr>
          <w:p>
            <w:r>
              <w:t>Oculista convenzionato</w:t>
            </w:r>
          </w:p>
        </w:tc>
      </w:tr>
      <w:tr>
        <w:tc>
          <w:tcPr>
            <w:tcW w:type="dxa" w:w="709"/>
          </w:tcPr>
          <w:p>
            <w:r>
              <w:t>50</w:t>
            </w:r>
          </w:p>
        </w:tc>
        <w:tc>
          <w:tcPr>
            <w:tcW w:type="dxa" w:w="3572"/>
          </w:tcPr>
          <w:p>
            <w:r>
              <w:t>Andaloro Enzo</w:t>
            </w:r>
          </w:p>
        </w:tc>
        <w:tc>
          <w:tcPr>
            <w:tcW w:type="dxa" w:w="6009"/>
          </w:tcPr>
          <w:p>
            <w:r>
              <w:t>Infermiere esperto in maxi-emergenza, Pronto Soccorso, Azienda Ospedaliera Papardo</w:t>
            </w:r>
          </w:p>
        </w:tc>
      </w:tr>
      <w:tr>
        <w:tc>
          <w:tcPr>
            <w:tcW w:type="dxa" w:w="709"/>
          </w:tcPr>
          <w:p>
            <w:r>
              <w:t>51</w:t>
            </w:r>
          </w:p>
        </w:tc>
        <w:tc>
          <w:tcPr>
            <w:tcW w:type="dxa" w:w="3572"/>
          </w:tcPr>
          <w:p>
            <w:r>
              <w:t>Anello Maria</w:t>
            </w:r>
          </w:p>
        </w:tc>
        <w:tc>
          <w:tcPr>
            <w:tcW w:type="dxa" w:w="6009"/>
          </w:tcPr>
          <w:p>
            <w:r>
              <w:t>Assistente sociale, ARNAS Civico</w:t>
            </w:r>
          </w:p>
        </w:tc>
      </w:tr>
      <w:tr>
        <w:tc>
          <w:tcPr>
            <w:tcW w:type="dxa" w:w="709"/>
          </w:tcPr>
          <w:p>
            <w:r>
              <w:t>52</w:t>
            </w:r>
          </w:p>
        </w:tc>
        <w:tc>
          <w:tcPr>
            <w:tcW w:type="dxa" w:w="3572"/>
          </w:tcPr>
          <w:p>
            <w:r>
              <w:t>Angileri Tommaso</w:t>
            </w:r>
          </w:p>
        </w:tc>
        <w:tc>
          <w:tcPr>
            <w:tcW w:type="dxa" w:w="6009"/>
          </w:tcPr>
          <w:p>
            <w:r>
              <w:t>Radiologo; Direttore VST Bagheria</w:t>
            </w:r>
          </w:p>
        </w:tc>
      </w:tr>
      <w:tr>
        <w:tc>
          <w:tcPr>
            <w:tcW w:type="dxa" w:w="709"/>
          </w:tcPr>
          <w:p>
            <w:r>
              <w:t>53</w:t>
            </w:r>
          </w:p>
        </w:tc>
        <w:tc>
          <w:tcPr>
            <w:tcW w:type="dxa" w:w="3572"/>
          </w:tcPr>
          <w:p>
            <w:r>
              <w:t>Anrone Gabriele</w:t>
            </w:r>
          </w:p>
        </w:tc>
        <w:tc>
          <w:tcPr>
            <w:tcW w:type="dxa" w:w="6009"/>
          </w:tcPr>
          <w:p>
            <w:r>
              <w:t>Studente universitario</w:t>
            </w:r>
          </w:p>
        </w:tc>
      </w:tr>
      <w:tr>
        <w:tc>
          <w:tcPr>
            <w:tcW w:type="dxa" w:w="709"/>
          </w:tcPr>
          <w:p>
            <w:r>
              <w:t>54</w:t>
            </w:r>
          </w:p>
        </w:tc>
        <w:tc>
          <w:tcPr>
            <w:tcW w:type="dxa" w:w="3572"/>
          </w:tcPr>
          <w:p>
            <w:r>
              <w:t>Anselmo Alice</w:t>
            </w:r>
          </w:p>
        </w:tc>
        <w:tc>
          <w:tcPr>
            <w:tcW w:type="dxa" w:w="6009"/>
          </w:tcPr>
          <w:p>
            <w:r>
              <w:t>Avvocata in diritto sanitario, Studio Anselmo</w:t>
            </w:r>
          </w:p>
        </w:tc>
      </w:tr>
      <w:tr>
        <w:tc>
          <w:tcPr>
            <w:tcW w:type="dxa" w:w="709"/>
          </w:tcPr>
          <w:p>
            <w:r>
              <w:t>55</w:t>
            </w:r>
          </w:p>
        </w:tc>
        <w:tc>
          <w:tcPr>
            <w:tcW w:type="dxa" w:w="3572"/>
          </w:tcPr>
          <w:p>
            <w:r>
              <w:t>Anzelmo Gaspare</w:t>
            </w:r>
          </w:p>
        </w:tc>
        <w:tc>
          <w:tcPr>
            <w:tcW w:type="dxa" w:w="6009"/>
          </w:tcPr>
          <w:p>
            <w:r>
              <w:t>Ex Direttore UOC di Pediatria, P.O. Civico di Partinico</w:t>
            </w:r>
          </w:p>
        </w:tc>
      </w:tr>
      <w:tr>
        <w:tc>
          <w:tcPr>
            <w:tcW w:type="dxa" w:w="709"/>
          </w:tcPr>
          <w:p>
            <w:r>
              <w:t>56</w:t>
            </w:r>
          </w:p>
        </w:tc>
        <w:tc>
          <w:tcPr>
            <w:tcW w:type="dxa" w:w="3572"/>
          </w:tcPr>
          <w:p>
            <w:r>
              <w:t>Apolito Michela</w:t>
            </w:r>
          </w:p>
        </w:tc>
        <w:tc>
          <w:tcPr>
            <w:tcW w:type="dxa" w:w="6009"/>
          </w:tcPr>
          <w:p>
            <w:r>
              <w:t>Dirigente medico, Chirurgia maxillo-facciale</w:t>
            </w:r>
          </w:p>
        </w:tc>
      </w:tr>
      <w:tr>
        <w:tc>
          <w:tcPr>
            <w:tcW w:type="dxa" w:w="709"/>
          </w:tcPr>
          <w:p>
            <w:r>
              <w:t>57</w:t>
            </w:r>
          </w:p>
        </w:tc>
        <w:tc>
          <w:tcPr>
            <w:tcW w:type="dxa" w:w="3572"/>
          </w:tcPr>
          <w:p>
            <w:r>
              <w:t>Arcarese Marcella</w:t>
            </w:r>
          </w:p>
        </w:tc>
        <w:tc>
          <w:tcPr>
            <w:tcW w:type="dxa" w:w="6009"/>
          </w:tcPr>
          <w:p>
            <w:r>
              <w:t>Ginecologa, Ospedale Buccheri, Palermo</w:t>
            </w:r>
          </w:p>
        </w:tc>
      </w:tr>
      <w:tr>
        <w:tc>
          <w:tcPr>
            <w:tcW w:type="dxa" w:w="709"/>
          </w:tcPr>
          <w:p>
            <w:r>
              <w:t>58</w:t>
            </w:r>
          </w:p>
        </w:tc>
        <w:tc>
          <w:tcPr>
            <w:tcW w:type="dxa" w:w="3572"/>
          </w:tcPr>
          <w:p>
            <w:r>
              <w:t>Arcieri Salvatore</w:t>
            </w:r>
          </w:p>
        </w:tc>
        <w:tc>
          <w:tcPr>
            <w:tcW w:type="dxa" w:w="6009"/>
          </w:tcPr>
          <w:p>
            <w:r>
              <w:t>Ambulatorio Diagnosi Cardiovascolare Salvatore Arcieri S.r.l., Siracusa</w:t>
            </w:r>
          </w:p>
        </w:tc>
      </w:tr>
      <w:tr>
        <w:tc>
          <w:tcPr>
            <w:tcW w:type="dxa" w:w="709"/>
          </w:tcPr>
          <w:p>
            <w:r>
              <w:t>59</w:t>
            </w:r>
          </w:p>
        </w:tc>
        <w:tc>
          <w:tcPr>
            <w:tcW w:type="dxa" w:w="3572"/>
          </w:tcPr>
          <w:p>
            <w:r>
              <w:t>Arcoria Domenico</w:t>
            </w:r>
          </w:p>
        </w:tc>
        <w:tc>
          <w:tcPr>
            <w:tcW w:type="dxa" w:w="6009"/>
          </w:tcPr>
          <w:p>
            <w:r>
              <w:t>Diabetologica S.r.l. Arcoria</w:t>
            </w:r>
          </w:p>
        </w:tc>
      </w:tr>
      <w:tr>
        <w:tc>
          <w:tcPr>
            <w:tcW w:type="dxa" w:w="709"/>
          </w:tcPr>
          <w:p>
            <w:r>
              <w:t>60</w:t>
            </w:r>
          </w:p>
        </w:tc>
        <w:tc>
          <w:tcPr>
            <w:tcW w:type="dxa" w:w="3572"/>
          </w:tcPr>
          <w:p>
            <w:r>
              <w:t>Arduino Walter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61</w:t>
            </w:r>
          </w:p>
        </w:tc>
        <w:tc>
          <w:tcPr>
            <w:tcW w:type="dxa" w:w="3572"/>
          </w:tcPr>
          <w:p>
            <w:r>
              <w:t>Arena Marcello Antonio</w:t>
            </w:r>
          </w:p>
        </w:tc>
        <w:tc>
          <w:tcPr>
            <w:tcW w:type="dxa" w:w="6009"/>
          </w:tcPr>
          <w:p>
            <w:r>
              <w:t>Medico libero professionista, specialista in Anestesia e Rianimazione</w:t>
            </w:r>
          </w:p>
        </w:tc>
      </w:tr>
      <w:tr>
        <w:tc>
          <w:tcPr>
            <w:tcW w:type="dxa" w:w="709"/>
          </w:tcPr>
          <w:p>
            <w:r>
              <w:t>62</w:t>
            </w:r>
          </w:p>
        </w:tc>
        <w:tc>
          <w:tcPr>
            <w:tcW w:type="dxa" w:w="3572"/>
          </w:tcPr>
          <w:p>
            <w:r>
              <w:t>Arena Raimondo</w:t>
            </w:r>
          </w:p>
        </w:tc>
        <w:tc>
          <w:tcPr>
            <w:tcW w:type="dxa" w:w="6009"/>
          </w:tcPr>
          <w:p>
            <w:r>
              <w:t>Presidente regionale dell'Associazione Italiana Stomizzati - AIStom Sicilia</w:t>
            </w:r>
          </w:p>
        </w:tc>
      </w:tr>
      <w:tr>
        <w:tc>
          <w:tcPr>
            <w:tcW w:type="dxa" w:w="709"/>
          </w:tcPr>
          <w:p>
            <w:r>
              <w:t>63</w:t>
            </w:r>
          </w:p>
        </w:tc>
        <w:tc>
          <w:tcPr>
            <w:tcW w:type="dxa" w:w="3572"/>
          </w:tcPr>
          <w:p>
            <w:r>
              <w:t>Arena Sabrina</w:t>
            </w:r>
          </w:p>
        </w:tc>
        <w:tc>
          <w:tcPr>
            <w:tcW w:type="dxa" w:w="6009"/>
          </w:tcPr>
          <w:p>
            <w:r>
              <w:t>Farmacista dirigente, ASP Siracusa</w:t>
            </w:r>
          </w:p>
        </w:tc>
      </w:tr>
      <w:tr>
        <w:tc>
          <w:tcPr>
            <w:tcW w:type="dxa" w:w="709"/>
          </w:tcPr>
          <w:p>
            <w:r>
              <w:t>64</w:t>
            </w:r>
          </w:p>
        </w:tc>
        <w:tc>
          <w:tcPr>
            <w:tcW w:type="dxa" w:w="3572"/>
          </w:tcPr>
          <w:p>
            <w:r>
              <w:t>Argenzio Maria Vita</w:t>
            </w:r>
          </w:p>
        </w:tc>
        <w:tc>
          <w:tcPr>
            <w:tcW w:type="dxa" w:w="6009"/>
          </w:tcPr>
          <w:p>
            <w:r>
              <w:t>Assistente sociale</w:t>
            </w:r>
          </w:p>
        </w:tc>
      </w:tr>
      <w:tr>
        <w:tc>
          <w:tcPr>
            <w:tcW w:type="dxa" w:w="709"/>
          </w:tcPr>
          <w:p>
            <w:r>
              <w:t>65</w:t>
            </w:r>
          </w:p>
        </w:tc>
        <w:tc>
          <w:tcPr>
            <w:tcW w:type="dxa" w:w="3572"/>
          </w:tcPr>
          <w:p>
            <w:r>
              <w:t>Aricò Maurizio</w:t>
            </w:r>
          </w:p>
        </w:tc>
        <w:tc>
          <w:tcPr>
            <w:tcW w:type="dxa" w:w="6009"/>
          </w:tcPr>
          <w:p>
            <w:r>
              <w:t>Già Direttore di UU.OO.CC. e del Dipartimento di Oncoematologia Pediatrica; già Direttore Generale di aziende sanitarie siciliane</w:t>
            </w:r>
          </w:p>
        </w:tc>
      </w:tr>
      <w:tr>
        <w:tc>
          <w:tcPr>
            <w:tcW w:type="dxa" w:w="709"/>
          </w:tcPr>
          <w:p>
            <w:r>
              <w:t>66</w:t>
            </w:r>
          </w:p>
        </w:tc>
        <w:tc>
          <w:tcPr>
            <w:tcW w:type="dxa" w:w="3572"/>
          </w:tcPr>
          <w:p>
            <w:r>
              <w:t>Arini Bruno</w:t>
            </w:r>
          </w:p>
        </w:tc>
        <w:tc>
          <w:tcPr>
            <w:tcW w:type="dxa" w:w="6009"/>
          </w:tcPr>
          <w:p>
            <w:r>
              <w:t>Insegnante</w:t>
            </w:r>
          </w:p>
        </w:tc>
      </w:tr>
      <w:tr>
        <w:tc>
          <w:tcPr>
            <w:tcW w:type="dxa" w:w="709"/>
          </w:tcPr>
          <w:p>
            <w:r>
              <w:t>67</w:t>
            </w:r>
          </w:p>
        </w:tc>
        <w:tc>
          <w:tcPr>
            <w:tcW w:type="dxa" w:w="3572"/>
          </w:tcPr>
          <w:p>
            <w:r>
              <w:t>Armaro Biagio</w:t>
            </w:r>
          </w:p>
        </w:tc>
        <w:tc>
          <w:tcPr>
            <w:tcW w:type="dxa" w:w="6009"/>
          </w:tcPr>
          <w:p>
            <w:r>
              <w:t>Cardiologo</w:t>
            </w:r>
          </w:p>
        </w:tc>
      </w:tr>
      <w:tr>
        <w:tc>
          <w:tcPr>
            <w:tcW w:type="dxa" w:w="709"/>
          </w:tcPr>
          <w:p>
            <w:r>
              <w:t>68</w:t>
            </w:r>
          </w:p>
        </w:tc>
        <w:tc>
          <w:tcPr>
            <w:tcW w:type="dxa" w:w="3572"/>
          </w:tcPr>
          <w:p>
            <w:r>
              <w:t>Armata Michele</w:t>
            </w:r>
          </w:p>
        </w:tc>
        <w:tc>
          <w:tcPr>
            <w:tcW w:type="dxa" w:w="6009"/>
          </w:tcPr>
          <w:p>
            <w:r>
              <w:t>Pensionato</w:t>
            </w:r>
          </w:p>
        </w:tc>
      </w:tr>
      <w:tr>
        <w:tc>
          <w:tcPr>
            <w:tcW w:type="dxa" w:w="709"/>
          </w:tcPr>
          <w:p>
            <w:r>
              <w:t>69</w:t>
            </w:r>
          </w:p>
        </w:tc>
        <w:tc>
          <w:tcPr>
            <w:tcW w:type="dxa" w:w="3572"/>
          </w:tcPr>
          <w:p>
            <w:r>
              <w:t>Armata Nicola</w:t>
            </w:r>
          </w:p>
        </w:tc>
        <w:tc>
          <w:tcPr>
            <w:tcW w:type="dxa" w:w="6009"/>
          </w:tcPr>
          <w:p>
            <w:r>
              <w:t>Educatore professionale</w:t>
            </w:r>
          </w:p>
        </w:tc>
      </w:tr>
      <w:tr>
        <w:tc>
          <w:tcPr>
            <w:tcW w:type="dxa" w:w="709"/>
          </w:tcPr>
          <w:p>
            <w:r>
              <w:t>70</w:t>
            </w:r>
          </w:p>
        </w:tc>
        <w:tc>
          <w:tcPr>
            <w:tcW w:type="dxa" w:w="3572"/>
          </w:tcPr>
          <w:p>
            <w:r>
              <w:t>Armato Giulia</w:t>
            </w:r>
          </w:p>
        </w:tc>
        <w:tc>
          <w:tcPr>
            <w:tcW w:type="dxa" w:w="6009"/>
          </w:tcPr>
          <w:p>
            <w:r>
              <w:t>Biologa, Laboratorio d'analisi convenzionato</w:t>
            </w:r>
          </w:p>
        </w:tc>
      </w:tr>
      <w:tr>
        <w:tc>
          <w:tcPr>
            <w:tcW w:type="dxa" w:w="709"/>
          </w:tcPr>
          <w:p>
            <w:r>
              <w:t>71</w:t>
            </w:r>
          </w:p>
        </w:tc>
        <w:tc>
          <w:tcPr>
            <w:tcW w:type="dxa" w:w="3572"/>
          </w:tcPr>
          <w:p>
            <w:r>
              <w:t>Arnò Marika</w:t>
            </w:r>
          </w:p>
        </w:tc>
        <w:tc>
          <w:tcPr>
            <w:tcW w:type="dxa" w:w="6009"/>
          </w:tcPr>
          <w:p>
            <w:r>
              <w:t>Infermiera, Sanità Pubblica, Pronto Soccorso, AO Villa Sofia-Cervello</w:t>
            </w:r>
          </w:p>
        </w:tc>
      </w:tr>
      <w:tr>
        <w:tc>
          <w:tcPr>
            <w:tcW w:type="dxa" w:w="709"/>
          </w:tcPr>
          <w:p>
            <w:r>
              <w:t>72</w:t>
            </w:r>
          </w:p>
        </w:tc>
        <w:tc>
          <w:tcPr>
            <w:tcW w:type="dxa" w:w="3572"/>
          </w:tcPr>
          <w:p>
            <w:r>
              <w:t>Artale Vincenzo</w:t>
            </w:r>
          </w:p>
        </w:tc>
        <w:tc>
          <w:tcPr>
            <w:tcW w:type="dxa" w:w="6009"/>
          </w:tcPr>
          <w:p>
            <w:r>
              <w:t>Dirigente</w:t>
            </w:r>
          </w:p>
        </w:tc>
      </w:tr>
      <w:tr>
        <w:tc>
          <w:tcPr>
            <w:tcW w:type="dxa" w:w="709"/>
          </w:tcPr>
          <w:p>
            <w:r>
              <w:t>73</w:t>
            </w:r>
          </w:p>
        </w:tc>
        <w:tc>
          <w:tcPr>
            <w:tcW w:type="dxa" w:w="3572"/>
          </w:tcPr>
          <w:p>
            <w:r>
              <w:t>Asaro Giada Maria</w:t>
            </w:r>
          </w:p>
        </w:tc>
        <w:tc>
          <w:tcPr>
            <w:tcW w:type="dxa" w:w="6009"/>
          </w:tcPr>
          <w:p>
            <w:r>
              <w:t>Operatrice sanitaria, Casa di riposo</w:t>
            </w:r>
          </w:p>
        </w:tc>
      </w:tr>
      <w:tr>
        <w:tc>
          <w:tcPr>
            <w:tcW w:type="dxa" w:w="709"/>
          </w:tcPr>
          <w:p>
            <w:r>
              <w:t>74</w:t>
            </w:r>
          </w:p>
        </w:tc>
        <w:tc>
          <w:tcPr>
            <w:tcW w:type="dxa" w:w="3572"/>
          </w:tcPr>
          <w:p>
            <w:r>
              <w:t>Asaro Maria Teresa</w:t>
            </w:r>
          </w:p>
        </w:tc>
        <w:tc>
          <w:tcPr>
            <w:tcW w:type="dxa" w:w="6009"/>
          </w:tcPr>
          <w:p>
            <w:r>
              <w:t>Pensionata del Ministero della Salute</w:t>
            </w:r>
          </w:p>
        </w:tc>
      </w:tr>
      <w:tr>
        <w:tc>
          <w:tcPr>
            <w:tcW w:type="dxa" w:w="709"/>
          </w:tcPr>
          <w:p>
            <w:r>
              <w:t>75</w:t>
            </w:r>
          </w:p>
        </w:tc>
        <w:tc>
          <w:tcPr>
            <w:tcW w:type="dxa" w:w="3572"/>
          </w:tcPr>
          <w:p>
            <w:r>
              <w:t>Asaro Pasquale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76</w:t>
            </w:r>
          </w:p>
        </w:tc>
        <w:tc>
          <w:tcPr>
            <w:tcW w:type="dxa" w:w="3572"/>
          </w:tcPr>
          <w:p>
            <w:r>
              <w:t>Atria Andrea</w:t>
            </w:r>
          </w:p>
        </w:tc>
        <w:tc>
          <w:tcPr>
            <w:tcW w:type="dxa" w:w="6009"/>
          </w:tcPr>
          <w:p>
            <w:r>
              <w:t>Imprenditore della sanità privata</w:t>
            </w:r>
          </w:p>
        </w:tc>
      </w:tr>
      <w:tr>
        <w:tc>
          <w:tcPr>
            <w:tcW w:type="dxa" w:w="709"/>
          </w:tcPr>
          <w:p>
            <w:r>
              <w:t>77</w:t>
            </w:r>
          </w:p>
        </w:tc>
        <w:tc>
          <w:tcPr>
            <w:tcW w:type="dxa" w:w="3572"/>
          </w:tcPr>
          <w:p>
            <w:r>
              <w:t>Atria Giuseppe</w:t>
            </w:r>
          </w:p>
        </w:tc>
        <w:tc>
          <w:tcPr>
            <w:tcW w:type="dxa" w:w="6009"/>
          </w:tcPr>
          <w:p>
            <w:r>
              <w:t>Ufficio legale, Bending Spoons</w:t>
            </w:r>
          </w:p>
        </w:tc>
      </w:tr>
      <w:tr>
        <w:tc>
          <w:tcPr>
            <w:tcW w:type="dxa" w:w="709"/>
          </w:tcPr>
          <w:p>
            <w:r>
              <w:t>78</w:t>
            </w:r>
          </w:p>
        </w:tc>
        <w:tc>
          <w:tcPr>
            <w:tcW w:type="dxa" w:w="3572"/>
          </w:tcPr>
          <w:p>
            <w:r>
              <w:t>Attaguile Michele</w:t>
            </w:r>
          </w:p>
        </w:tc>
        <w:tc>
          <w:tcPr>
            <w:tcW w:type="dxa" w:w="6009"/>
          </w:tcPr>
          <w:p>
            <w:r>
              <w:t>Dirigente medico di Oftalmologia, Ospedale “Gravina” di Caltagirone</w:t>
            </w:r>
          </w:p>
        </w:tc>
      </w:tr>
      <w:tr>
        <w:tc>
          <w:tcPr>
            <w:tcW w:type="dxa" w:w="709"/>
          </w:tcPr>
          <w:p>
            <w:r>
              <w:t>79</w:t>
            </w:r>
          </w:p>
        </w:tc>
        <w:tc>
          <w:tcPr>
            <w:tcW w:type="dxa" w:w="3572"/>
          </w:tcPr>
          <w:p>
            <w:r>
              <w:t>Attaguile Salvatore</w:t>
            </w:r>
          </w:p>
        </w:tc>
        <w:tc>
          <w:tcPr>
            <w:tcW w:type="dxa" w:w="6009"/>
          </w:tcPr>
          <w:p>
            <w:r>
              <w:t>Medico di medicina generale, Grammichele.</w:t>
            </w:r>
          </w:p>
        </w:tc>
      </w:tr>
      <w:tr>
        <w:tc>
          <w:tcPr>
            <w:tcW w:type="dxa" w:w="709"/>
          </w:tcPr>
          <w:p>
            <w:r>
              <w:t>80</w:t>
            </w:r>
          </w:p>
        </w:tc>
        <w:tc>
          <w:tcPr>
            <w:tcW w:type="dxa" w:w="3572"/>
          </w:tcPr>
          <w:p>
            <w:r>
              <w:t>Attanasio Salvatore</w:t>
            </w:r>
          </w:p>
        </w:tc>
        <w:tc>
          <w:tcPr>
            <w:tcW w:type="dxa" w:w="6009"/>
          </w:tcPr>
          <w:p>
            <w:r>
              <w:t>Pneumologo, Favara (Agrigento)</w:t>
            </w:r>
          </w:p>
        </w:tc>
      </w:tr>
      <w:tr>
        <w:tc>
          <w:tcPr>
            <w:tcW w:type="dxa" w:w="709"/>
          </w:tcPr>
          <w:p>
            <w:r>
              <w:t>81</w:t>
            </w:r>
          </w:p>
        </w:tc>
        <w:tc>
          <w:tcPr>
            <w:tcW w:type="dxa" w:w="3572"/>
          </w:tcPr>
          <w:p>
            <w:r>
              <w:t>Attardo Mariannina</w:t>
            </w:r>
          </w:p>
        </w:tc>
        <w:tc>
          <w:tcPr>
            <w:tcW w:type="dxa" w:w="6009"/>
          </w:tcPr>
          <w:p>
            <w:r>
              <w:t>OSS presso struttura socio-assistenziale</w:t>
            </w:r>
          </w:p>
        </w:tc>
      </w:tr>
      <w:tr>
        <w:tc>
          <w:tcPr>
            <w:tcW w:type="dxa" w:w="709"/>
          </w:tcPr>
          <w:p>
            <w:r>
              <w:t>82</w:t>
            </w:r>
          </w:p>
        </w:tc>
        <w:tc>
          <w:tcPr>
            <w:tcW w:type="dxa" w:w="3572"/>
          </w:tcPr>
          <w:p>
            <w:r>
              <w:t>Avitabile Teresio</w:t>
            </w:r>
          </w:p>
        </w:tc>
        <w:tc>
          <w:tcPr>
            <w:tcW w:type="dxa" w:w="6009"/>
          </w:tcPr>
          <w:p>
            <w:r>
              <w:t>Professore ordinario di Oculistica, Università di Catania; Direttore della Clinica Oculistica, Policlinico Universitario di Catania; Presidente della Società Italiana di Scienze Oftalmologiche (SISO)</w:t>
            </w:r>
          </w:p>
        </w:tc>
      </w:tr>
      <w:tr>
        <w:tc>
          <w:tcPr>
            <w:tcW w:type="dxa" w:w="709"/>
          </w:tcPr>
          <w:p>
            <w:r>
              <w:t>83</w:t>
            </w:r>
          </w:p>
        </w:tc>
        <w:tc>
          <w:tcPr>
            <w:tcW w:type="dxa" w:w="3572"/>
          </w:tcPr>
          <w:p>
            <w:r>
              <w:t>Azzara Giovanni</w:t>
            </w:r>
          </w:p>
        </w:tc>
        <w:tc>
          <w:tcPr>
            <w:tcW w:type="dxa" w:w="6009"/>
          </w:tcPr>
          <w:p>
            <w:r>
              <w:t>Farmacista e titolare di Farmacia Chiaramente Gulfi</w:t>
            </w:r>
          </w:p>
        </w:tc>
      </w:tr>
      <w:tr>
        <w:tc>
          <w:tcPr>
            <w:tcW w:type="dxa" w:w="709"/>
          </w:tcPr>
          <w:p>
            <w:r>
              <w:t>84</w:t>
            </w:r>
          </w:p>
        </w:tc>
        <w:tc>
          <w:tcPr>
            <w:tcW w:type="dxa" w:w="3572"/>
          </w:tcPr>
          <w:p>
            <w:r>
              <w:t>Bacchi Antonino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85</w:t>
            </w:r>
          </w:p>
        </w:tc>
        <w:tc>
          <w:tcPr>
            <w:tcW w:type="dxa" w:w="3572"/>
          </w:tcPr>
          <w:p>
            <w:r>
              <w:t>Bafumi Lucia</w:t>
            </w:r>
          </w:p>
        </w:tc>
        <w:tc>
          <w:tcPr>
            <w:tcW w:type="dxa" w:w="6009"/>
          </w:tcPr>
          <w:p>
            <w:r>
              <w:t>Operatrice socio-sanitaria (OSS)</w:t>
            </w:r>
          </w:p>
        </w:tc>
      </w:tr>
      <w:tr>
        <w:tc>
          <w:tcPr>
            <w:tcW w:type="dxa" w:w="709"/>
          </w:tcPr>
          <w:p>
            <w:r>
              <w:t>86</w:t>
            </w:r>
          </w:p>
        </w:tc>
        <w:tc>
          <w:tcPr>
            <w:tcW w:type="dxa" w:w="3572"/>
          </w:tcPr>
          <w:p>
            <w:r>
              <w:t>Baio Maria</w:t>
            </w:r>
          </w:p>
        </w:tc>
        <w:tc>
          <w:tcPr>
            <w:tcW w:type="dxa" w:w="6009"/>
          </w:tcPr>
          <w:p>
            <w:r>
              <w:t>Medico; Direttore tecnico della Centrale operativa del Consorzio Sisifo, ADI Agrigento</w:t>
            </w:r>
          </w:p>
        </w:tc>
      </w:tr>
      <w:tr>
        <w:tc>
          <w:tcPr>
            <w:tcW w:type="dxa" w:w="709"/>
          </w:tcPr>
          <w:p>
            <w:r>
              <w:t>87</w:t>
            </w:r>
          </w:p>
        </w:tc>
        <w:tc>
          <w:tcPr>
            <w:tcW w:type="dxa" w:w="3572"/>
          </w:tcPr>
          <w:p>
            <w:r>
              <w:t>Ballo Michele</w:t>
            </w:r>
          </w:p>
        </w:tc>
        <w:tc>
          <w:tcPr>
            <w:tcW w:type="dxa" w:w="6009"/>
          </w:tcPr>
          <w:p>
            <w:r>
              <w:t>Cardiologo</w:t>
            </w:r>
          </w:p>
        </w:tc>
      </w:tr>
      <w:tr>
        <w:tc>
          <w:tcPr>
            <w:tcW w:type="dxa" w:w="709"/>
          </w:tcPr>
          <w:p>
            <w:r>
              <w:t>88</w:t>
            </w:r>
          </w:p>
        </w:tc>
        <w:tc>
          <w:tcPr>
            <w:tcW w:type="dxa" w:w="3572"/>
          </w:tcPr>
          <w:p>
            <w:r>
              <w:t>Bandinelli Piera</w:t>
            </w:r>
          </w:p>
        </w:tc>
        <w:tc>
          <w:tcPr>
            <w:tcW w:type="dxa" w:w="6009"/>
          </w:tcPr>
          <w:p>
            <w:r>
              <w:t>Infermiera, Gastroenterologia, P.O. Taormina</w:t>
            </w:r>
          </w:p>
        </w:tc>
      </w:tr>
      <w:tr>
        <w:tc>
          <w:tcPr>
            <w:tcW w:type="dxa" w:w="709"/>
          </w:tcPr>
          <w:p>
            <w:r>
              <w:t>89</w:t>
            </w:r>
          </w:p>
        </w:tc>
        <w:tc>
          <w:tcPr>
            <w:tcW w:type="dxa" w:w="3572"/>
          </w:tcPr>
          <w:p>
            <w:r>
              <w:t>Bannò Giancarlo</w:t>
            </w:r>
          </w:p>
        </w:tc>
        <w:tc>
          <w:tcPr>
            <w:tcW w:type="dxa" w:w="6009"/>
          </w:tcPr>
          <w:p>
            <w:r>
              <w:t>Dieci Decimi S.r.l.; convenzionato esterno</w:t>
            </w:r>
          </w:p>
        </w:tc>
      </w:tr>
      <w:tr>
        <w:tc>
          <w:tcPr>
            <w:tcW w:type="dxa" w:w="709"/>
          </w:tcPr>
          <w:p>
            <w:r>
              <w:t>90</w:t>
            </w:r>
          </w:p>
        </w:tc>
        <w:tc>
          <w:tcPr>
            <w:tcW w:type="dxa" w:w="3572"/>
          </w:tcPr>
          <w:p>
            <w:r>
              <w:t>Baraldi Giovanna</w:t>
            </w:r>
          </w:p>
        </w:tc>
        <w:tc>
          <w:tcPr>
            <w:tcW w:type="dxa" w:w="6009"/>
          </w:tcPr>
          <w:p>
            <w:r>
              <w:t>Già Direttore Generale delle Aziende Ospedaliere di Cuneo e Alessandria</w:t>
            </w:r>
          </w:p>
        </w:tc>
      </w:tr>
      <w:tr>
        <w:tc>
          <w:tcPr>
            <w:tcW w:type="dxa" w:w="709"/>
          </w:tcPr>
          <w:p>
            <w:r>
              <w:t>91</w:t>
            </w:r>
          </w:p>
        </w:tc>
        <w:tc>
          <w:tcPr>
            <w:tcW w:type="dxa" w:w="3572"/>
          </w:tcPr>
          <w:p>
            <w:r>
              <w:t>Barba Tonino</w:t>
            </w:r>
          </w:p>
        </w:tc>
        <w:tc>
          <w:tcPr>
            <w:tcW w:type="dxa" w:w="6009"/>
          </w:tcPr>
          <w:p>
            <w:r>
              <w:t>Imprenditore, casa di riposo</w:t>
            </w:r>
          </w:p>
        </w:tc>
      </w:tr>
      <w:tr>
        <w:tc>
          <w:tcPr>
            <w:tcW w:type="dxa" w:w="709"/>
          </w:tcPr>
          <w:p>
            <w:r>
              <w:t>92</w:t>
            </w:r>
          </w:p>
        </w:tc>
        <w:tc>
          <w:tcPr>
            <w:tcW w:type="dxa" w:w="3572"/>
          </w:tcPr>
          <w:p>
            <w:r>
              <w:t>Barbaria Gianluca</w:t>
            </w:r>
          </w:p>
        </w:tc>
        <w:tc>
          <w:tcPr>
            <w:tcW w:type="dxa" w:w="6009"/>
          </w:tcPr>
          <w:p>
            <w:r>
              <w:t>Docente di scuola dell'obbligo</w:t>
            </w:r>
          </w:p>
        </w:tc>
      </w:tr>
      <w:tr>
        <w:tc>
          <w:tcPr>
            <w:tcW w:type="dxa" w:w="709"/>
          </w:tcPr>
          <w:p>
            <w:r>
              <w:t>93</w:t>
            </w:r>
          </w:p>
        </w:tc>
        <w:tc>
          <w:tcPr>
            <w:tcW w:type="dxa" w:w="3572"/>
          </w:tcPr>
          <w:p>
            <w:r>
              <w:t>Barbera Vincenzo</w:t>
            </w:r>
          </w:p>
        </w:tc>
        <w:tc>
          <w:tcPr>
            <w:tcW w:type="dxa" w:w="6009"/>
          </w:tcPr>
          <w:p>
            <w:r>
              <w:t>Dirigente medico, ASP Enna</w:t>
            </w:r>
          </w:p>
        </w:tc>
      </w:tr>
      <w:tr>
        <w:tc>
          <w:tcPr>
            <w:tcW w:type="dxa" w:w="709"/>
          </w:tcPr>
          <w:p>
            <w:r>
              <w:t>94</w:t>
            </w:r>
          </w:p>
        </w:tc>
        <w:tc>
          <w:tcPr>
            <w:tcW w:type="dxa" w:w="3572"/>
          </w:tcPr>
          <w:p>
            <w:r>
              <w:t>Barberi Antonella Daniela</w:t>
            </w:r>
          </w:p>
        </w:tc>
        <w:tc>
          <w:tcPr>
            <w:tcW w:type="dxa" w:w="6009"/>
          </w:tcPr>
          <w:p>
            <w:r>
              <w:t>Operatrice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95</w:t>
            </w:r>
          </w:p>
        </w:tc>
        <w:tc>
          <w:tcPr>
            <w:tcW w:type="dxa" w:w="3572"/>
          </w:tcPr>
          <w:p>
            <w:r>
              <w:t>Barone Giorgio</w:t>
            </w:r>
          </w:p>
        </w:tc>
        <w:tc>
          <w:tcPr>
            <w:tcW w:type="dxa" w:w="6009"/>
          </w:tcPr>
          <w:p>
            <w:r>
              <w:t>Farmacista</w:t>
            </w:r>
          </w:p>
        </w:tc>
      </w:tr>
      <w:tr>
        <w:tc>
          <w:tcPr>
            <w:tcW w:type="dxa" w:w="709"/>
          </w:tcPr>
          <w:p>
            <w:r>
              <w:t>96</w:t>
            </w:r>
          </w:p>
        </w:tc>
        <w:tc>
          <w:tcPr>
            <w:tcW w:type="dxa" w:w="3572"/>
          </w:tcPr>
          <w:p>
            <w:r>
              <w:t>Barone Giuseppe</w:t>
            </w:r>
          </w:p>
        </w:tc>
        <w:tc>
          <w:tcPr>
            <w:tcW w:type="dxa" w:w="6009"/>
          </w:tcPr>
          <w:p>
            <w:r>
              <w:t>Cardiologo interventista, P.O. Sant'Antonio Abate, Trapani</w:t>
            </w:r>
          </w:p>
        </w:tc>
      </w:tr>
      <w:tr>
        <w:tc>
          <w:tcPr>
            <w:tcW w:type="dxa" w:w="709"/>
          </w:tcPr>
          <w:p>
            <w:r>
              <w:t>97</w:t>
            </w:r>
          </w:p>
        </w:tc>
        <w:tc>
          <w:tcPr>
            <w:tcW w:type="dxa" w:w="3572"/>
          </w:tcPr>
          <w:p>
            <w:r>
              <w:t>Barone Rosario</w:t>
            </w:r>
          </w:p>
        </w:tc>
        <w:tc>
          <w:tcPr>
            <w:tcW w:type="dxa" w:w="6009"/>
          </w:tcPr>
          <w:p>
            <w:r>
              <w:t>OSS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98</w:t>
            </w:r>
          </w:p>
        </w:tc>
        <w:tc>
          <w:tcPr>
            <w:tcW w:type="dxa" w:w="3572"/>
          </w:tcPr>
          <w:p>
            <w:r>
              <w:t>Barone Vincenzo</w:t>
            </w:r>
          </w:p>
        </w:tc>
        <w:tc>
          <w:tcPr>
            <w:tcW w:type="dxa" w:w="6009"/>
          </w:tcPr>
          <w:p>
            <w:r>
              <w:t>Dirigente amministrativo, Azienda Ospedaliera Villa Sofia-Cervello</w:t>
            </w:r>
          </w:p>
        </w:tc>
      </w:tr>
      <w:tr>
        <w:tc>
          <w:tcPr>
            <w:tcW w:type="dxa" w:w="709"/>
          </w:tcPr>
          <w:p>
            <w:r>
              <w:t>99</w:t>
            </w:r>
          </w:p>
        </w:tc>
        <w:tc>
          <w:tcPr>
            <w:tcW w:type="dxa" w:w="3572"/>
          </w:tcPr>
          <w:p>
            <w:r>
              <w:t>Barrera Francesco</w:t>
            </w:r>
          </w:p>
        </w:tc>
        <w:tc>
          <w:tcPr>
            <w:tcW w:type="dxa" w:w="6009"/>
          </w:tcPr>
          <w:p>
            <w:r>
              <w:t>Impiegato amministrativo, azienda sanitaria privata</w:t>
            </w:r>
          </w:p>
        </w:tc>
      </w:tr>
      <w:tr>
        <w:tc>
          <w:tcPr>
            <w:tcW w:type="dxa" w:w="709"/>
          </w:tcPr>
          <w:p>
            <w:r>
              <w:t>100</w:t>
            </w:r>
          </w:p>
        </w:tc>
        <w:tc>
          <w:tcPr>
            <w:tcW w:type="dxa" w:w="3572"/>
          </w:tcPr>
          <w:p>
            <w:r>
              <w:t>Barresi Gustavo</w:t>
            </w:r>
          </w:p>
        </w:tc>
        <w:tc>
          <w:tcPr>
            <w:tcW w:type="dxa" w:w="6009"/>
          </w:tcPr>
          <w:p>
            <w:r>
              <w:t>Direttore CREMS - Centro di ricerca in Economia e Management della Sanità, Università di Messina</w:t>
            </w:r>
          </w:p>
        </w:tc>
      </w:tr>
      <w:tr>
        <w:tc>
          <w:tcPr>
            <w:tcW w:type="dxa" w:w="709"/>
          </w:tcPr>
          <w:p>
            <w:r>
              <w:t>101</w:t>
            </w:r>
          </w:p>
        </w:tc>
        <w:tc>
          <w:tcPr>
            <w:tcW w:type="dxa" w:w="3572"/>
          </w:tcPr>
          <w:p>
            <w:r>
              <w:t>Barretta Letizia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102</w:t>
            </w:r>
          </w:p>
        </w:tc>
        <w:tc>
          <w:tcPr>
            <w:tcW w:type="dxa" w:w="3572"/>
          </w:tcPr>
          <w:p>
            <w:r>
              <w:t>Bartoli Enza Maria</w:t>
            </w:r>
          </w:p>
        </w:tc>
        <w:tc>
          <w:tcPr>
            <w:tcW w:type="dxa" w:w="6009"/>
          </w:tcPr>
          <w:p>
            <w:r>
              <w:t>Avvocata; Coordinatrice provinciale della Rete Civica della Salute di Enna</w:t>
            </w:r>
          </w:p>
        </w:tc>
      </w:tr>
      <w:tr>
        <w:tc>
          <w:tcPr>
            <w:tcW w:type="dxa" w:w="709"/>
          </w:tcPr>
          <w:p>
            <w:r>
              <w:t>103</w:t>
            </w:r>
          </w:p>
        </w:tc>
        <w:tc>
          <w:tcPr>
            <w:tcW w:type="dxa" w:w="3572"/>
          </w:tcPr>
          <w:p>
            <w:r>
              <w:t>Battaglia Michele</w:t>
            </w:r>
          </w:p>
        </w:tc>
        <w:tc>
          <w:tcPr>
            <w:tcW w:type="dxa" w:w="6009"/>
          </w:tcPr>
          <w:p>
            <w:r>
              <w:t>Professore, Università degli Studi di Palermo; commercialista; già Presidente dell’Ordine dei Dottori Commercialisti e degli Esperti Contabili di Palermo</w:t>
            </w:r>
          </w:p>
        </w:tc>
      </w:tr>
      <w:tr>
        <w:tc>
          <w:tcPr>
            <w:tcW w:type="dxa" w:w="709"/>
          </w:tcPr>
          <w:p>
            <w:r>
              <w:t>104</w:t>
            </w:r>
          </w:p>
        </w:tc>
        <w:tc>
          <w:tcPr>
            <w:tcW w:type="dxa" w:w="3572"/>
          </w:tcPr>
          <w:p>
            <w:r>
              <w:t>Bavetta Giovanni</w:t>
            </w:r>
          </w:p>
        </w:tc>
        <w:tc>
          <w:tcPr>
            <w:tcW w:type="dxa" w:w="6009"/>
          </w:tcPr>
          <w:p>
            <w:r>
              <w:t>Direttore sanitario, Centro Medico Cantoni, Modena; già Direttore dell’ASP di Trapani.</w:t>
            </w:r>
          </w:p>
        </w:tc>
      </w:tr>
      <w:tr>
        <w:tc>
          <w:tcPr>
            <w:tcW w:type="dxa" w:w="709"/>
          </w:tcPr>
          <w:p>
            <w:r>
              <w:t>105</w:t>
            </w:r>
          </w:p>
        </w:tc>
        <w:tc>
          <w:tcPr>
            <w:tcW w:type="dxa" w:w="3572"/>
          </w:tcPr>
          <w:p>
            <w:r>
              <w:t>Bayaona Lux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106</w:t>
            </w:r>
          </w:p>
        </w:tc>
        <w:tc>
          <w:tcPr>
            <w:tcW w:type="dxa" w:w="3572"/>
          </w:tcPr>
          <w:p>
            <w:r>
              <w:t>Belfiore Margherita</w:t>
            </w:r>
          </w:p>
        </w:tc>
        <w:tc>
          <w:tcPr>
            <w:tcW w:type="dxa" w:w="6009"/>
          </w:tcPr>
          <w:p>
            <w:r>
              <w:t>Farmacista, A.O. Papardo Messina</w:t>
            </w:r>
          </w:p>
        </w:tc>
      </w:tr>
      <w:tr>
        <w:tc>
          <w:tcPr>
            <w:tcW w:type="dxa" w:w="709"/>
          </w:tcPr>
          <w:p>
            <w:r>
              <w:t>107</w:t>
            </w:r>
          </w:p>
        </w:tc>
        <w:tc>
          <w:tcPr>
            <w:tcW w:type="dxa" w:w="3572"/>
          </w:tcPr>
          <w:p>
            <w:r>
              <w:t>Bellanca Salvatore</w:t>
            </w:r>
          </w:p>
        </w:tc>
        <w:tc>
          <w:tcPr>
            <w:tcW w:type="dxa" w:w="6009"/>
          </w:tcPr>
          <w:p>
            <w:r>
              <w:t>Già ricercatore confermato e professore aggregato, Università di Catania</w:t>
            </w:r>
          </w:p>
        </w:tc>
      </w:tr>
      <w:tr>
        <w:tc>
          <w:tcPr>
            <w:tcW w:type="dxa" w:w="709"/>
          </w:tcPr>
          <w:p>
            <w:r>
              <w:t>108</w:t>
            </w:r>
          </w:p>
        </w:tc>
        <w:tc>
          <w:tcPr>
            <w:tcW w:type="dxa" w:w="3572"/>
          </w:tcPr>
          <w:p>
            <w:r>
              <w:t>Bellavia Giuseppe</w:t>
            </w:r>
          </w:p>
        </w:tc>
        <w:tc>
          <w:tcPr>
            <w:tcW w:type="dxa" w:w="6009"/>
          </w:tcPr>
          <w:p>
            <w:r>
              <w:t>Farmacista; già Direttore del Servizio Farmaceutico della Regione Siciliana e dell’ASP Agrigento</w:t>
            </w:r>
          </w:p>
        </w:tc>
      </w:tr>
      <w:tr>
        <w:tc>
          <w:tcPr>
            <w:tcW w:type="dxa" w:w="709"/>
          </w:tcPr>
          <w:p>
            <w:r>
              <w:t>109</w:t>
            </w:r>
          </w:p>
        </w:tc>
        <w:tc>
          <w:tcPr>
            <w:tcW w:type="dxa" w:w="3572"/>
          </w:tcPr>
          <w:p>
            <w:r>
              <w:t>Bellavia Massimo</w:t>
            </w:r>
          </w:p>
        </w:tc>
        <w:tc>
          <w:tcPr>
            <w:tcW w:type="dxa" w:w="6009"/>
          </w:tcPr>
          <w:p>
            <w:r>
              <w:t>Geriatra</w:t>
            </w:r>
          </w:p>
        </w:tc>
      </w:tr>
      <w:tr>
        <w:tc>
          <w:tcPr>
            <w:tcW w:type="dxa" w:w="709"/>
          </w:tcPr>
          <w:p>
            <w:r>
              <w:t>110</w:t>
            </w:r>
          </w:p>
        </w:tc>
        <w:tc>
          <w:tcPr>
            <w:tcW w:type="dxa" w:w="3572"/>
          </w:tcPr>
          <w:p>
            <w:r>
              <w:t>Bellavista Giorgia</w:t>
            </w:r>
          </w:p>
        </w:tc>
        <w:tc>
          <w:tcPr>
            <w:tcW w:type="dxa" w:w="6009"/>
          </w:tcPr>
          <w:p>
            <w:r>
              <w:t>Operatrice socio-sanitaria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111</w:t>
            </w:r>
          </w:p>
        </w:tc>
        <w:tc>
          <w:tcPr>
            <w:tcW w:type="dxa" w:w="3572"/>
          </w:tcPr>
          <w:p>
            <w:r>
              <w:t>Bello Letterio</w:t>
            </w:r>
          </w:p>
        </w:tc>
        <w:tc>
          <w:tcPr>
            <w:tcW w:type="dxa" w:w="6009"/>
          </w:tcPr>
          <w:p>
            <w:r>
              <w:t>Imprenditore nel settore socio-sanitario accreditato</w:t>
            </w:r>
          </w:p>
        </w:tc>
      </w:tr>
      <w:tr>
        <w:tc>
          <w:tcPr>
            <w:tcW w:type="dxa" w:w="709"/>
          </w:tcPr>
          <w:p>
            <w:r>
              <w:t>112</w:t>
            </w:r>
          </w:p>
        </w:tc>
        <w:tc>
          <w:tcPr>
            <w:tcW w:type="dxa" w:w="3572"/>
          </w:tcPr>
          <w:p>
            <w:r>
              <w:t>Bellomo Sara</w:t>
            </w:r>
          </w:p>
        </w:tc>
        <w:tc>
          <w:tcPr>
            <w:tcW w:type="dxa" w:w="6009"/>
          </w:tcPr>
          <w:p>
            <w:r>
              <w:t>Medico pediatra</w:t>
            </w:r>
          </w:p>
        </w:tc>
      </w:tr>
      <w:tr>
        <w:tc>
          <w:tcPr>
            <w:tcW w:type="dxa" w:w="709"/>
          </w:tcPr>
          <w:p>
            <w:r>
              <w:t>113</w:t>
            </w:r>
          </w:p>
        </w:tc>
        <w:tc>
          <w:tcPr>
            <w:tcW w:type="dxa" w:w="3572"/>
          </w:tcPr>
          <w:p>
            <w:r>
              <w:t>Belvedere Alessandro</w:t>
            </w:r>
          </w:p>
        </w:tc>
        <w:tc>
          <w:tcPr>
            <w:tcW w:type="dxa" w:w="6009"/>
          </w:tcPr>
          <w:p>
            <w:r>
              <w:t>Dirigente medico di Pronto Soccorso, Policlinico</w:t>
            </w:r>
          </w:p>
        </w:tc>
      </w:tr>
      <w:tr>
        <w:tc>
          <w:tcPr>
            <w:tcW w:type="dxa" w:w="709"/>
          </w:tcPr>
          <w:p>
            <w:r>
              <w:t>114</w:t>
            </w:r>
          </w:p>
        </w:tc>
        <w:tc>
          <w:tcPr>
            <w:tcW w:type="dxa" w:w="3572"/>
          </w:tcPr>
          <w:p>
            <w:r>
              <w:t>Beninato Francesco</w:t>
            </w:r>
          </w:p>
        </w:tc>
        <w:tc>
          <w:tcPr>
            <w:tcW w:type="dxa" w:w="6009"/>
          </w:tcPr>
          <w:p>
            <w:r>
              <w:t>Infermiere caposala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115</w:t>
            </w:r>
          </w:p>
        </w:tc>
        <w:tc>
          <w:tcPr>
            <w:tcW w:type="dxa" w:w="3572"/>
          </w:tcPr>
          <w:p>
            <w:r>
              <w:t>Benintende Antonino</w:t>
            </w:r>
          </w:p>
        </w:tc>
        <w:tc>
          <w:tcPr>
            <w:tcW w:type="dxa" w:w="6009"/>
          </w:tcPr>
          <w:p>
            <w:r>
              <w:t>Avvocato</w:t>
            </w:r>
          </w:p>
        </w:tc>
      </w:tr>
      <w:tr>
        <w:tc>
          <w:tcPr>
            <w:tcW w:type="dxa" w:w="709"/>
          </w:tcPr>
          <w:p>
            <w:r>
              <w:t>116</w:t>
            </w:r>
          </w:p>
        </w:tc>
        <w:tc>
          <w:tcPr>
            <w:tcW w:type="dxa" w:w="3572"/>
          </w:tcPr>
          <w:p>
            <w:r>
              <w:t>Benintende Ones</w:t>
            </w:r>
          </w:p>
        </w:tc>
        <w:tc>
          <w:tcPr>
            <w:tcW w:type="dxa" w:w="6009"/>
          </w:tcPr>
          <w:p>
            <w:r>
              <w:t>Avvocato, Leonforte</w:t>
            </w:r>
          </w:p>
        </w:tc>
      </w:tr>
      <w:tr>
        <w:tc>
          <w:tcPr>
            <w:tcW w:type="dxa" w:w="709"/>
          </w:tcPr>
          <w:p>
            <w:r>
              <w:t>117</w:t>
            </w:r>
          </w:p>
        </w:tc>
        <w:tc>
          <w:tcPr>
            <w:tcW w:type="dxa" w:w="3572"/>
          </w:tcPr>
          <w:p>
            <w:r>
              <w:t>Bentivegna Francesca</w:t>
            </w:r>
          </w:p>
        </w:tc>
        <w:tc>
          <w:tcPr>
            <w:tcW w:type="dxa" w:w="6009"/>
          </w:tcPr>
          <w:p>
            <w:r>
              <w:t>Coordinatrice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118</w:t>
            </w:r>
          </w:p>
        </w:tc>
        <w:tc>
          <w:tcPr>
            <w:tcW w:type="dxa" w:w="3572"/>
          </w:tcPr>
          <w:p>
            <w:r>
              <w:t>Bentivegna Mario</w:t>
            </w:r>
          </w:p>
        </w:tc>
        <w:tc>
          <w:tcPr>
            <w:tcW w:type="dxa" w:w="6009"/>
          </w:tcPr>
          <w:p>
            <w:r>
              <w:t>Responsabile Reumatologia, ASP 7 Ragusa</w:t>
            </w:r>
          </w:p>
        </w:tc>
      </w:tr>
      <w:tr>
        <w:tc>
          <w:tcPr>
            <w:tcW w:type="dxa" w:w="709"/>
          </w:tcPr>
          <w:p>
            <w:r>
              <w:t>119</w:t>
            </w:r>
          </w:p>
        </w:tc>
        <w:tc>
          <w:tcPr>
            <w:tcW w:type="dxa" w:w="3572"/>
          </w:tcPr>
          <w:p>
            <w:r>
              <w:t>Bentivoglio Maria Giovanna</w:t>
            </w:r>
          </w:p>
        </w:tc>
        <w:tc>
          <w:tcPr>
            <w:tcW w:type="dxa" w:w="6009"/>
          </w:tcPr>
          <w:p>
            <w:r>
              <w:t>Rete Civica della Salute di Ragusa</w:t>
            </w:r>
          </w:p>
        </w:tc>
      </w:tr>
      <w:tr>
        <w:tc>
          <w:tcPr>
            <w:tcW w:type="dxa" w:w="709"/>
          </w:tcPr>
          <w:p>
            <w:r>
              <w:t>120</w:t>
            </w:r>
          </w:p>
        </w:tc>
        <w:tc>
          <w:tcPr>
            <w:tcW w:type="dxa" w:w="3572"/>
          </w:tcPr>
          <w:p>
            <w:r>
              <w:t>Benvesti Alessandro</w:t>
            </w:r>
          </w:p>
        </w:tc>
        <w:tc>
          <w:tcPr>
            <w:tcW w:type="dxa" w:w="6009"/>
          </w:tcPr>
          <w:p>
            <w:r>
              <w:t>Amministratore unico di struttura sanitaria privata accreditata</w:t>
            </w:r>
          </w:p>
        </w:tc>
      </w:tr>
      <w:tr>
        <w:tc>
          <w:tcPr>
            <w:tcW w:type="dxa" w:w="709"/>
          </w:tcPr>
          <w:p>
            <w:r>
              <w:t>121</w:t>
            </w:r>
          </w:p>
        </w:tc>
        <w:tc>
          <w:tcPr>
            <w:tcW w:type="dxa" w:w="3572"/>
          </w:tcPr>
          <w:p>
            <w:r>
              <w:t>Benvesti Andrea</w:t>
            </w:r>
          </w:p>
        </w:tc>
        <w:tc>
          <w:tcPr>
            <w:tcW w:type="dxa" w:w="6009"/>
          </w:tcPr>
          <w:p>
            <w:r>
              <w:t>Caposquadra VV.F.</w:t>
            </w:r>
          </w:p>
        </w:tc>
      </w:tr>
      <w:tr>
        <w:tc>
          <w:tcPr>
            <w:tcW w:type="dxa" w:w="709"/>
          </w:tcPr>
          <w:p>
            <w:r>
              <w:t>122</w:t>
            </w:r>
          </w:p>
        </w:tc>
        <w:tc>
          <w:tcPr>
            <w:tcW w:type="dxa" w:w="3572"/>
          </w:tcPr>
          <w:p>
            <w:r>
              <w:t>Bergamo Pasquale</w:t>
            </w:r>
          </w:p>
        </w:tc>
        <w:tc>
          <w:tcPr>
            <w:tcW w:type="dxa" w:w="6009"/>
          </w:tcPr>
          <w:p>
            <w:r>
              <w:t>Fisioterapista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123</w:t>
            </w:r>
          </w:p>
        </w:tc>
        <w:tc>
          <w:tcPr>
            <w:tcW w:type="dxa" w:w="3572"/>
          </w:tcPr>
          <w:p>
            <w:r>
              <w:t>Bernardini Renato</w:t>
            </w:r>
          </w:p>
        </w:tc>
        <w:tc>
          <w:tcPr>
            <w:tcW w:type="dxa" w:w="6009"/>
          </w:tcPr>
          <w:p>
            <w:r>
              <w:t>Professore ordinario di Farmacologia, Università di Catania; esperto del Ministro presso il Consiglio Superiore di Sanità</w:t>
            </w:r>
          </w:p>
        </w:tc>
      </w:tr>
      <w:tr>
        <w:tc>
          <w:tcPr>
            <w:tcW w:type="dxa" w:w="709"/>
          </w:tcPr>
          <w:p>
            <w:r>
              <w:t>124</w:t>
            </w:r>
          </w:p>
        </w:tc>
        <w:tc>
          <w:tcPr>
            <w:tcW w:type="dxa" w:w="3572"/>
          </w:tcPr>
          <w:p>
            <w:r>
              <w:t>Bertuglia Nicasio</w:t>
            </w:r>
          </w:p>
        </w:tc>
        <w:tc>
          <w:tcPr>
            <w:tcW w:type="dxa" w:w="6009"/>
          </w:tcPr>
          <w:p>
            <w:r>
              <w:t>Pensionato</w:t>
            </w:r>
          </w:p>
        </w:tc>
      </w:tr>
      <w:tr>
        <w:tc>
          <w:tcPr>
            <w:tcW w:type="dxa" w:w="709"/>
          </w:tcPr>
          <w:p>
            <w:r>
              <w:t>125</w:t>
            </w:r>
          </w:p>
        </w:tc>
        <w:tc>
          <w:tcPr>
            <w:tcW w:type="dxa" w:w="3572"/>
          </w:tcPr>
          <w:p>
            <w:r>
              <w:t>Bianco Camilla</w:t>
            </w:r>
          </w:p>
        </w:tc>
        <w:tc>
          <w:tcPr>
            <w:tcW w:type="dxa" w:w="6009"/>
          </w:tcPr>
          <w:p>
            <w:r>
              <w:t>Insegnante</w:t>
            </w:r>
          </w:p>
        </w:tc>
      </w:tr>
      <w:tr>
        <w:tc>
          <w:tcPr>
            <w:tcW w:type="dxa" w:w="709"/>
          </w:tcPr>
          <w:p>
            <w:r>
              <w:t>126</w:t>
            </w:r>
          </w:p>
        </w:tc>
        <w:tc>
          <w:tcPr>
            <w:tcW w:type="dxa" w:w="3572"/>
          </w:tcPr>
          <w:p>
            <w:r>
              <w:t>Bianco Giuseppe</w:t>
            </w:r>
          </w:p>
        </w:tc>
        <w:tc>
          <w:tcPr>
            <w:tcW w:type="dxa" w:w="6009"/>
          </w:tcPr>
          <w:p>
            <w:r>
              <w:t>Medico cardiochirurgo, Maria Eleonora Hospital</w:t>
            </w:r>
          </w:p>
        </w:tc>
      </w:tr>
      <w:tr>
        <w:tc>
          <w:tcPr>
            <w:tcW w:type="dxa" w:w="709"/>
          </w:tcPr>
          <w:p>
            <w:r>
              <w:t>127</w:t>
            </w:r>
          </w:p>
        </w:tc>
        <w:tc>
          <w:tcPr>
            <w:tcW w:type="dxa" w:w="3572"/>
          </w:tcPr>
          <w:p>
            <w:r>
              <w:t>Biondi Davide</w:t>
            </w:r>
          </w:p>
        </w:tc>
        <w:tc>
          <w:tcPr>
            <w:tcW w:type="dxa" w:w="6009"/>
          </w:tcPr>
          <w:p>
            <w:r>
              <w:t>Farmacista</w:t>
            </w:r>
          </w:p>
        </w:tc>
      </w:tr>
      <w:tr>
        <w:tc>
          <w:tcPr>
            <w:tcW w:type="dxa" w:w="709"/>
          </w:tcPr>
          <w:p>
            <w:r>
              <w:t>128</w:t>
            </w:r>
          </w:p>
        </w:tc>
        <w:tc>
          <w:tcPr>
            <w:tcW w:type="dxa" w:w="3572"/>
          </w:tcPr>
          <w:p>
            <w:r>
              <w:t>Bitetti Rocco</w:t>
            </w:r>
          </w:p>
        </w:tc>
        <w:tc>
          <w:tcPr>
            <w:tcW w:type="dxa" w:w="6009"/>
          </w:tcPr>
          <w:p>
            <w:r>
              <w:t>Medico di medicina generale, in pensione dal 2025</w:t>
            </w:r>
          </w:p>
        </w:tc>
      </w:tr>
      <w:tr>
        <w:tc>
          <w:tcPr>
            <w:tcW w:type="dxa" w:w="709"/>
          </w:tcPr>
          <w:p>
            <w:r>
              <w:t>129</w:t>
            </w:r>
          </w:p>
        </w:tc>
        <w:tc>
          <w:tcPr>
            <w:tcW w:type="dxa" w:w="3572"/>
          </w:tcPr>
          <w:p>
            <w:r>
              <w:t>Bizzini Luigi</w:t>
            </w:r>
          </w:p>
        </w:tc>
        <w:tc>
          <w:tcPr>
            <w:tcW w:type="dxa" w:w="6009"/>
          </w:tcPr>
          <w:p>
            <w:r>
              <w:t>Direttore UOC Radiologia Territoriale, ASP Catania</w:t>
            </w:r>
          </w:p>
        </w:tc>
      </w:tr>
      <w:tr>
        <w:tc>
          <w:tcPr>
            <w:tcW w:type="dxa" w:w="709"/>
          </w:tcPr>
          <w:p>
            <w:r>
              <w:t>130</w:t>
            </w:r>
          </w:p>
        </w:tc>
        <w:tc>
          <w:tcPr>
            <w:tcW w:type="dxa" w:w="3572"/>
          </w:tcPr>
          <w:p>
            <w:r>
              <w:t>Blangiardo Francesco</w:t>
            </w:r>
          </w:p>
        </w:tc>
        <w:tc>
          <w:tcPr>
            <w:tcW w:type="dxa" w:w="6009"/>
          </w:tcPr>
          <w:p>
            <w:r>
              <w:t>Operatore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131</w:t>
            </w:r>
          </w:p>
        </w:tc>
        <w:tc>
          <w:tcPr>
            <w:tcW w:type="dxa" w:w="3572"/>
          </w:tcPr>
          <w:p>
            <w:r>
              <w:t>Blasi Livio</w:t>
            </w:r>
          </w:p>
        </w:tc>
        <w:tc>
          <w:tcPr>
            <w:tcW w:type="dxa" w:w="6009"/>
          </w:tcPr>
          <w:p>
            <w:r>
              <w:t>Direttore UOC Oncologia, ARNAS Civico Palermo</w:t>
            </w:r>
          </w:p>
        </w:tc>
      </w:tr>
      <w:tr>
        <w:tc>
          <w:tcPr>
            <w:tcW w:type="dxa" w:w="709"/>
          </w:tcPr>
          <w:p>
            <w:r>
              <w:t>132</w:t>
            </w:r>
          </w:p>
        </w:tc>
        <w:tc>
          <w:tcPr>
            <w:tcW w:type="dxa" w:w="3572"/>
          </w:tcPr>
          <w:p>
            <w:r>
              <w:t>Boatta Massimiliano</w:t>
            </w:r>
          </w:p>
        </w:tc>
        <w:tc>
          <w:tcPr>
            <w:tcW w:type="dxa" w:w="6009"/>
          </w:tcPr>
          <w:p>
            <w:r>
              <w:t>Impiegato ausiliario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133</w:t>
            </w:r>
          </w:p>
        </w:tc>
        <w:tc>
          <w:tcPr>
            <w:tcW w:type="dxa" w:w="3572"/>
          </w:tcPr>
          <w:p>
            <w:r>
              <w:t>Bonaccorsi Gabriella</w:t>
            </w:r>
          </w:p>
        </w:tc>
        <w:tc>
          <w:tcPr>
            <w:tcW w:type="dxa" w:w="6009"/>
          </w:tcPr>
          <w:p>
            <w:r>
              <w:t>Neuropsichiatra infantile; Direttore medico San Nullo, S.O.SSI</w:t>
            </w:r>
          </w:p>
        </w:tc>
      </w:tr>
      <w:tr>
        <w:tc>
          <w:tcPr>
            <w:tcW w:type="dxa" w:w="709"/>
          </w:tcPr>
          <w:p>
            <w:r>
              <w:t>134</w:t>
            </w:r>
          </w:p>
        </w:tc>
        <w:tc>
          <w:tcPr>
            <w:tcW w:type="dxa" w:w="3572"/>
          </w:tcPr>
          <w:p>
            <w:r>
              <w:t>Bonaccorsi Grazia</w:t>
            </w:r>
          </w:p>
        </w:tc>
        <w:tc>
          <w:tcPr>
            <w:tcW w:type="dxa" w:w="6009"/>
          </w:tcPr>
          <w:p>
            <w:r>
              <w:t>Ortottista</w:t>
            </w:r>
          </w:p>
        </w:tc>
      </w:tr>
      <w:tr>
        <w:tc>
          <w:tcPr>
            <w:tcW w:type="dxa" w:w="709"/>
          </w:tcPr>
          <w:p>
            <w:r>
              <w:t>135</w:t>
            </w:r>
          </w:p>
        </w:tc>
        <w:tc>
          <w:tcPr>
            <w:tcW w:type="dxa" w:w="3572"/>
          </w:tcPr>
          <w:p>
            <w:r>
              <w:t>Bonaccorso Renata</w:t>
            </w:r>
          </w:p>
        </w:tc>
        <w:tc>
          <w:tcPr>
            <w:tcW w:type="dxa" w:w="6009"/>
          </w:tcPr>
          <w:p>
            <w:r>
              <w:t>Già dirigente medico di Medicina Trasfusionale; in pensione</w:t>
            </w:r>
          </w:p>
        </w:tc>
      </w:tr>
      <w:tr>
        <w:tc>
          <w:tcPr>
            <w:tcW w:type="dxa" w:w="709"/>
          </w:tcPr>
          <w:p>
            <w:r>
              <w:t>136</w:t>
            </w:r>
          </w:p>
        </w:tc>
        <w:tc>
          <w:tcPr>
            <w:tcW w:type="dxa" w:w="3572"/>
          </w:tcPr>
          <w:p>
            <w:r>
              <w:t>Bonaffini Paola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137</w:t>
            </w:r>
          </w:p>
        </w:tc>
        <w:tc>
          <w:tcPr>
            <w:tcW w:type="dxa" w:w="3572"/>
          </w:tcPr>
          <w:p>
            <w:r>
              <w:t>Bonanno Eugenio</w:t>
            </w:r>
          </w:p>
        </w:tc>
        <w:tc>
          <w:tcPr>
            <w:tcW w:type="dxa" w:w="6009"/>
          </w:tcPr>
          <w:p>
            <w:r>
              <w:t>Pensionato; già dirigente amministrativo ASP</w:t>
            </w:r>
          </w:p>
        </w:tc>
      </w:tr>
      <w:tr>
        <w:tc>
          <w:tcPr>
            <w:tcW w:type="dxa" w:w="709"/>
          </w:tcPr>
          <w:p>
            <w:r>
              <w:t>138</w:t>
            </w:r>
          </w:p>
        </w:tc>
        <w:tc>
          <w:tcPr>
            <w:tcW w:type="dxa" w:w="3572"/>
          </w:tcPr>
          <w:p>
            <w:r>
              <w:t>Bonaventura Lorenzo</w:t>
            </w:r>
          </w:p>
        </w:tc>
        <w:tc>
          <w:tcPr>
            <w:tcW w:type="dxa" w:w="6009"/>
          </w:tcPr>
          <w:p>
            <w:r>
              <w:t>Avvocato</w:t>
            </w:r>
          </w:p>
        </w:tc>
      </w:tr>
      <w:tr>
        <w:tc>
          <w:tcPr>
            <w:tcW w:type="dxa" w:w="709"/>
          </w:tcPr>
          <w:p>
            <w:r>
              <w:t>139</w:t>
            </w:r>
          </w:p>
        </w:tc>
        <w:tc>
          <w:tcPr>
            <w:tcW w:type="dxa" w:w="3572"/>
          </w:tcPr>
          <w:p>
            <w:r>
              <w:t>Bonfiglio Salvatore</w:t>
            </w:r>
          </w:p>
        </w:tc>
        <w:tc>
          <w:tcPr>
            <w:tcW w:type="dxa" w:w="6009"/>
          </w:tcPr>
          <w:p>
            <w:r>
              <w:t>FTK</w:t>
            </w:r>
          </w:p>
        </w:tc>
      </w:tr>
      <w:tr>
        <w:tc>
          <w:tcPr>
            <w:tcW w:type="dxa" w:w="709"/>
          </w:tcPr>
          <w:p>
            <w:r>
              <w:t>140</w:t>
            </w:r>
          </w:p>
        </w:tc>
        <w:tc>
          <w:tcPr>
            <w:tcW w:type="dxa" w:w="3572"/>
          </w:tcPr>
          <w:p>
            <w:r>
              <w:t>Bonfiglio Vincenza</w:t>
            </w:r>
          </w:p>
        </w:tc>
        <w:tc>
          <w:tcPr>
            <w:tcW w:type="dxa" w:w="6009"/>
          </w:tcPr>
          <w:p>
            <w:r>
              <w:t>Direttore UOC Oculistica, Policlinico “P. Giaccone” di Palermo.</w:t>
            </w:r>
          </w:p>
        </w:tc>
      </w:tr>
      <w:tr>
        <w:tc>
          <w:tcPr>
            <w:tcW w:type="dxa" w:w="709"/>
          </w:tcPr>
          <w:p>
            <w:r>
              <w:t>141</w:t>
            </w:r>
          </w:p>
        </w:tc>
        <w:tc>
          <w:tcPr>
            <w:tcW w:type="dxa" w:w="3572"/>
          </w:tcPr>
          <w:p>
            <w:r>
              <w:t>Bongiorno Francesco</w:t>
            </w:r>
          </w:p>
        </w:tc>
        <w:tc>
          <w:tcPr>
            <w:tcW w:type="dxa" w:w="6009"/>
          </w:tcPr>
          <w:p>
            <w:r>
              <w:t>Ingegnere ambientale</w:t>
            </w:r>
          </w:p>
        </w:tc>
      </w:tr>
      <w:tr>
        <w:tc>
          <w:tcPr>
            <w:tcW w:type="dxa" w:w="709"/>
          </w:tcPr>
          <w:p>
            <w:r>
              <w:t>142</w:t>
            </w:r>
          </w:p>
        </w:tc>
        <w:tc>
          <w:tcPr>
            <w:tcW w:type="dxa" w:w="3572"/>
          </w:tcPr>
          <w:p>
            <w:r>
              <w:t>Bongiorno Sonia Giovanna</w:t>
            </w:r>
          </w:p>
        </w:tc>
        <w:tc>
          <w:tcPr>
            <w:tcW w:type="dxa" w:w="6009"/>
          </w:tcPr>
          <w:p>
            <w:r>
              <w:t>Addetta alla lavanderia, RSA</w:t>
            </w:r>
          </w:p>
        </w:tc>
      </w:tr>
      <w:tr>
        <w:tc>
          <w:tcPr>
            <w:tcW w:type="dxa" w:w="709"/>
          </w:tcPr>
          <w:p>
            <w:r>
              <w:t>143</w:t>
            </w:r>
          </w:p>
        </w:tc>
        <w:tc>
          <w:tcPr>
            <w:tcW w:type="dxa" w:w="3572"/>
          </w:tcPr>
          <w:p>
            <w:r>
              <w:t>Boniforti Filippo</w:t>
            </w:r>
          </w:p>
        </w:tc>
        <w:tc>
          <w:tcPr>
            <w:tcW w:type="dxa" w:w="6009"/>
          </w:tcPr>
          <w:p>
            <w:r>
              <w:t>Direttore UOC Ortopedia e Traumatologia, Ospedale Giglio di Cefalù</w:t>
            </w:r>
          </w:p>
        </w:tc>
      </w:tr>
      <w:tr>
        <w:tc>
          <w:tcPr>
            <w:tcW w:type="dxa" w:w="709"/>
          </w:tcPr>
          <w:p>
            <w:r>
              <w:t>144</w:t>
            </w:r>
          </w:p>
        </w:tc>
        <w:tc>
          <w:tcPr>
            <w:tcW w:type="dxa" w:w="3572"/>
          </w:tcPr>
          <w:p>
            <w:r>
              <w:t>Bono Lucia</w:t>
            </w:r>
          </w:p>
        </w:tc>
        <w:tc>
          <w:tcPr>
            <w:tcW w:type="dxa" w:w="6009"/>
          </w:tcPr>
          <w:p>
            <w:r>
              <w:t>Direttore amministrativo, Casa di riposo</w:t>
            </w:r>
          </w:p>
        </w:tc>
      </w:tr>
      <w:tr>
        <w:tc>
          <w:tcPr>
            <w:tcW w:type="dxa" w:w="709"/>
          </w:tcPr>
          <w:p>
            <w:r>
              <w:t>145</w:t>
            </w:r>
          </w:p>
        </w:tc>
        <w:tc>
          <w:tcPr>
            <w:tcW w:type="dxa" w:w="3572"/>
          </w:tcPr>
          <w:p>
            <w:r>
              <w:t>Bonsignore Vito</w:t>
            </w:r>
          </w:p>
        </w:tc>
        <w:tc>
          <w:tcPr>
            <w:tcW w:type="dxa" w:w="6009"/>
          </w:tcPr>
          <w:p>
            <w:r>
              <w:t>Già dirigente di azienda farmaceutica</w:t>
            </w:r>
          </w:p>
        </w:tc>
      </w:tr>
      <w:tr>
        <w:tc>
          <w:tcPr>
            <w:tcW w:type="dxa" w:w="709"/>
          </w:tcPr>
          <w:p>
            <w:r>
              <w:t>146</w:t>
            </w:r>
          </w:p>
        </w:tc>
        <w:tc>
          <w:tcPr>
            <w:tcW w:type="dxa" w:w="3572"/>
          </w:tcPr>
          <w:p>
            <w:r>
              <w:t>Bonura Filippa</w:t>
            </w:r>
          </w:p>
        </w:tc>
        <w:tc>
          <w:tcPr>
            <w:tcW w:type="dxa" w:w="6009"/>
          </w:tcPr>
          <w:p>
            <w:r>
              <w:t>Dirigente biologa, A.O.U.P. “P. Giaccone” di Palermo</w:t>
            </w:r>
          </w:p>
        </w:tc>
      </w:tr>
      <w:tr>
        <w:tc>
          <w:tcPr>
            <w:tcW w:type="dxa" w:w="709"/>
          </w:tcPr>
          <w:p>
            <w:r>
              <w:t>147</w:t>
            </w:r>
          </w:p>
        </w:tc>
        <w:tc>
          <w:tcPr>
            <w:tcW w:type="dxa" w:w="3572"/>
          </w:tcPr>
          <w:p>
            <w:r>
              <w:t>Bonvegna Nerina Lucia</w:t>
            </w:r>
          </w:p>
        </w:tc>
        <w:tc>
          <w:tcPr>
            <w:tcW w:type="dxa" w:w="6009"/>
          </w:tcPr>
          <w:p>
            <w:r>
              <w:t>Operatrice socio-sanitaria (OSS), Neonatologia UTIN, Azienda Ospedaliero-Universitaria Policlinico “G. Rodolico - San Marco”</w:t>
            </w:r>
          </w:p>
        </w:tc>
      </w:tr>
      <w:tr>
        <w:tc>
          <w:tcPr>
            <w:tcW w:type="dxa" w:w="709"/>
          </w:tcPr>
          <w:p>
            <w:r>
              <w:t>148</w:t>
            </w:r>
          </w:p>
        </w:tc>
        <w:tc>
          <w:tcPr>
            <w:tcW w:type="dxa" w:w="3572"/>
          </w:tcPr>
          <w:p>
            <w:r>
              <w:t>Borgonovi Elio</w:t>
            </w:r>
          </w:p>
        </w:tc>
        <w:tc>
          <w:tcPr>
            <w:tcW w:type="dxa" w:w="6009"/>
          </w:tcPr>
          <w:p>
            <w:r>
              <w:t>Presidente CERGAS - SDA Bocconi</w:t>
            </w:r>
          </w:p>
        </w:tc>
      </w:tr>
      <w:tr>
        <w:tc>
          <w:tcPr>
            <w:tcW w:type="dxa" w:w="709"/>
          </w:tcPr>
          <w:p>
            <w:r>
              <w:t>149</w:t>
            </w:r>
          </w:p>
        </w:tc>
        <w:tc>
          <w:tcPr>
            <w:tcW w:type="dxa" w:w="3572"/>
          </w:tcPr>
          <w:p>
            <w:r>
              <w:t>Borruso Vito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150</w:t>
            </w:r>
          </w:p>
        </w:tc>
        <w:tc>
          <w:tcPr>
            <w:tcW w:type="dxa" w:w="3572"/>
          </w:tcPr>
          <w:p>
            <w:r>
              <w:t>Borsellino Nicolò</w:t>
            </w:r>
          </w:p>
        </w:tc>
        <w:tc>
          <w:tcPr>
            <w:tcW w:type="dxa" w:w="6009"/>
          </w:tcPr>
          <w:p>
            <w:r>
              <w:t>Direttore UOC Oncologia Medica, Ospedale Buccheri La Ferla Fatebenefratelli, Palermo</w:t>
            </w:r>
          </w:p>
        </w:tc>
      </w:tr>
      <w:tr>
        <w:tc>
          <w:tcPr>
            <w:tcW w:type="dxa" w:w="709"/>
          </w:tcPr>
          <w:p>
            <w:r>
              <w:t>151</w:t>
            </w:r>
          </w:p>
        </w:tc>
        <w:tc>
          <w:tcPr>
            <w:tcW w:type="dxa" w:w="3572"/>
          </w:tcPr>
          <w:p>
            <w:r>
              <w:t>Borsellino Tommaso</w:t>
            </w:r>
          </w:p>
        </w:tc>
        <w:tc>
          <w:tcPr>
            <w:tcW w:type="dxa" w:w="6009"/>
          </w:tcPr>
          <w:p>
            <w:r>
              <w:t>Studente di Medicina e Chirurgia, Università degli Studi di Palermo</w:t>
            </w:r>
          </w:p>
        </w:tc>
      </w:tr>
      <w:tr>
        <w:tc>
          <w:tcPr>
            <w:tcW w:type="dxa" w:w="709"/>
          </w:tcPr>
          <w:p>
            <w:r>
              <w:t>152</w:t>
            </w:r>
          </w:p>
        </w:tc>
        <w:tc>
          <w:tcPr>
            <w:tcW w:type="dxa" w:w="3572"/>
          </w:tcPr>
          <w:p>
            <w:r>
              <w:t>Boscarino Giovanni</w:t>
            </w:r>
          </w:p>
        </w:tc>
        <w:tc>
          <w:tcPr>
            <w:tcW w:type="dxa" w:w="6009"/>
          </w:tcPr>
          <w:p>
            <w:r>
              <w:t>Associazione ciechi</w:t>
            </w:r>
          </w:p>
        </w:tc>
      </w:tr>
      <w:tr>
        <w:tc>
          <w:tcPr>
            <w:tcW w:type="dxa" w:w="709"/>
          </w:tcPr>
          <w:p>
            <w:r>
              <w:t>153</w:t>
            </w:r>
          </w:p>
        </w:tc>
        <w:tc>
          <w:tcPr>
            <w:tcW w:type="dxa" w:w="3572"/>
          </w:tcPr>
          <w:p>
            <w:r>
              <w:t>Bosco Giuseppe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154</w:t>
            </w:r>
          </w:p>
        </w:tc>
        <w:tc>
          <w:tcPr>
            <w:tcW w:type="dxa" w:w="3572"/>
          </w:tcPr>
          <w:p>
            <w:r>
              <w:t>Branca Angela</w:t>
            </w:r>
          </w:p>
        </w:tc>
        <w:tc>
          <w:tcPr>
            <w:tcW w:type="dxa" w:w="6009"/>
          </w:tcPr>
          <w:p>
            <w:r>
              <w:t>Farmacista</w:t>
            </w:r>
          </w:p>
        </w:tc>
      </w:tr>
      <w:tr>
        <w:tc>
          <w:tcPr>
            <w:tcW w:type="dxa" w:w="709"/>
          </w:tcPr>
          <w:p>
            <w:r>
              <w:t>155</w:t>
            </w:r>
          </w:p>
        </w:tc>
        <w:tc>
          <w:tcPr>
            <w:tcW w:type="dxa" w:w="3572"/>
          </w:tcPr>
          <w:p>
            <w:r>
              <w:t>Briguglio Marisa</w:t>
            </w:r>
          </w:p>
        </w:tc>
        <w:tc>
          <w:tcPr>
            <w:tcW w:type="dxa" w:w="6009"/>
          </w:tcPr>
          <w:p>
            <w:r>
              <w:t>Presidente dell’Associazione Semplice...MENTE Insieme; Coordinatrice provinciale della Rete Civica della Salute di Messina</w:t>
            </w:r>
          </w:p>
        </w:tc>
      </w:tr>
      <w:tr>
        <w:tc>
          <w:tcPr>
            <w:tcW w:type="dxa" w:w="709"/>
          </w:tcPr>
          <w:p>
            <w:r>
              <w:t>156</w:t>
            </w:r>
          </w:p>
        </w:tc>
        <w:tc>
          <w:tcPr>
            <w:tcW w:type="dxa" w:w="3572"/>
          </w:tcPr>
          <w:p>
            <w:r>
              <w:t>Briuccia Giuseppe</w:t>
            </w:r>
          </w:p>
        </w:tc>
        <w:tc>
          <w:tcPr>
            <w:tcW w:type="dxa" w:w="6009"/>
          </w:tcPr>
          <w:p>
            <w:r>
              <w:t>Consulente commercialista</w:t>
            </w:r>
          </w:p>
        </w:tc>
      </w:tr>
      <w:tr>
        <w:tc>
          <w:tcPr>
            <w:tcW w:type="dxa" w:w="709"/>
          </w:tcPr>
          <w:p>
            <w:r>
              <w:t>157</w:t>
            </w:r>
          </w:p>
        </w:tc>
        <w:tc>
          <w:tcPr>
            <w:tcW w:type="dxa" w:w="3572"/>
          </w:tcPr>
          <w:p>
            <w:r>
              <w:t>Brugaletta Concetta</w:t>
            </w:r>
          </w:p>
        </w:tc>
        <w:tc>
          <w:tcPr>
            <w:tcW w:type="dxa" w:w="6009"/>
          </w:tcPr>
          <w:p>
            <w:r>
              <w:t>Primario di Medicina Legale, ASP Ragusa.</w:t>
            </w:r>
          </w:p>
        </w:tc>
      </w:tr>
      <w:tr>
        <w:tc>
          <w:tcPr>
            <w:tcW w:type="dxa" w:w="709"/>
          </w:tcPr>
          <w:p>
            <w:r>
              <w:t>158</w:t>
            </w:r>
          </w:p>
        </w:tc>
        <w:tc>
          <w:tcPr>
            <w:tcW w:type="dxa" w:w="3572"/>
          </w:tcPr>
          <w:p>
            <w:r>
              <w:t>Brugaletta Salvatore</w:t>
            </w:r>
          </w:p>
        </w:tc>
        <w:tc>
          <w:tcPr>
            <w:tcW w:type="dxa" w:w="6009"/>
          </w:tcPr>
          <w:p>
            <w:r>
              <w:t>Già Direttore Generale di ASP in Sicilia e di ASL in Piemonte</w:t>
            </w:r>
          </w:p>
        </w:tc>
      </w:tr>
      <w:tr>
        <w:tc>
          <w:tcPr>
            <w:tcW w:type="dxa" w:w="709"/>
          </w:tcPr>
          <w:p>
            <w:r>
              <w:t>159</w:t>
            </w:r>
          </w:p>
        </w:tc>
        <w:tc>
          <w:tcPr>
            <w:tcW w:type="dxa" w:w="3572"/>
          </w:tcPr>
          <w:p>
            <w:r>
              <w:t>Brunacci Giuseppina</w:t>
            </w:r>
          </w:p>
        </w:tc>
        <w:tc>
          <w:tcPr>
            <w:tcW w:type="dxa" w:w="6009"/>
          </w:tcPr>
          <w:p>
            <w:r>
              <w:t>Dirigente biologa sanitaria, presidio ospedaliero</w:t>
            </w:r>
          </w:p>
        </w:tc>
      </w:tr>
      <w:tr>
        <w:tc>
          <w:tcPr>
            <w:tcW w:type="dxa" w:w="709"/>
          </w:tcPr>
          <w:p>
            <w:r>
              <w:t>160</w:t>
            </w:r>
          </w:p>
        </w:tc>
        <w:tc>
          <w:tcPr>
            <w:tcW w:type="dxa" w:w="3572"/>
          </w:tcPr>
          <w:p>
            <w:r>
              <w:t>Bruno Giuseppa</w:t>
            </w:r>
          </w:p>
        </w:tc>
        <w:tc>
          <w:tcPr>
            <w:tcW w:type="dxa" w:w="6009"/>
          </w:tcPr>
          <w:p>
            <w:r>
              <w:t>Medico anestesista rianimatore, libera professionista</w:t>
            </w:r>
          </w:p>
        </w:tc>
      </w:tr>
      <w:tr>
        <w:tc>
          <w:tcPr>
            <w:tcW w:type="dxa" w:w="709"/>
          </w:tcPr>
          <w:p>
            <w:r>
              <w:t>161</w:t>
            </w:r>
          </w:p>
        </w:tc>
        <w:tc>
          <w:tcPr>
            <w:tcW w:type="dxa" w:w="3572"/>
          </w:tcPr>
          <w:p>
            <w:r>
              <w:t>Bruno Loredana</w:t>
            </w:r>
          </w:p>
        </w:tc>
        <w:tc>
          <w:tcPr>
            <w:tcW w:type="dxa" w:w="6009"/>
          </w:tcPr>
          <w:p>
            <w:r>
              <w:t>Dirigente biologa, AUC Patologia Clinica, Ospedale Buccheri La Ferla, Palermo</w:t>
            </w:r>
          </w:p>
        </w:tc>
      </w:tr>
      <w:tr>
        <w:tc>
          <w:tcPr>
            <w:tcW w:type="dxa" w:w="709"/>
          </w:tcPr>
          <w:p>
            <w:r>
              <w:t>162</w:t>
            </w:r>
          </w:p>
        </w:tc>
        <w:tc>
          <w:tcPr>
            <w:tcW w:type="dxa" w:w="3572"/>
          </w:tcPr>
          <w:p>
            <w:r>
              <w:t>Bruno Mariangela</w:t>
            </w:r>
          </w:p>
        </w:tc>
        <w:tc>
          <w:tcPr>
            <w:tcW w:type="dxa" w:w="6009"/>
          </w:tcPr>
          <w:p>
            <w:r>
              <w:t>Dirigente medico in Anestesia e Rianimazione</w:t>
            </w:r>
          </w:p>
        </w:tc>
      </w:tr>
      <w:tr>
        <w:tc>
          <w:tcPr>
            <w:tcW w:type="dxa" w:w="709"/>
          </w:tcPr>
          <w:p>
            <w:r>
              <w:t>163</w:t>
            </w:r>
          </w:p>
        </w:tc>
        <w:tc>
          <w:tcPr>
            <w:tcW w:type="dxa" w:w="3572"/>
          </w:tcPr>
          <w:p>
            <w:r>
              <w:t>Brusca Gabriele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164</w:t>
            </w:r>
          </w:p>
        </w:tc>
        <w:tc>
          <w:tcPr>
            <w:tcW w:type="dxa" w:w="3572"/>
          </w:tcPr>
          <w:p>
            <w:r>
              <w:t>Brusca Ignazio</w:t>
            </w:r>
          </w:p>
        </w:tc>
        <w:tc>
          <w:tcPr>
            <w:tcW w:type="dxa" w:w="6009"/>
          </w:tcPr>
          <w:p>
            <w:r>
              <w:t>Direttore AUC Patologia Clinica, Ospedale Buccheri La Ferla, Palermo</w:t>
            </w:r>
          </w:p>
        </w:tc>
      </w:tr>
      <w:tr>
        <w:tc>
          <w:tcPr>
            <w:tcW w:type="dxa" w:w="709"/>
          </w:tcPr>
          <w:p>
            <w:r>
              <w:t>165</w:t>
            </w:r>
          </w:p>
        </w:tc>
        <w:tc>
          <w:tcPr>
            <w:tcW w:type="dxa" w:w="3572"/>
          </w:tcPr>
          <w:p>
            <w:r>
              <w:t>Bua Maria Lume</w:t>
            </w:r>
          </w:p>
        </w:tc>
        <w:tc>
          <w:tcPr>
            <w:tcW w:type="dxa" w:w="6009"/>
          </w:tcPr>
          <w:p>
            <w:r>
              <w:t>Funzionario Direttivo, Regione Siciliana - Assessorato per la Salute</w:t>
            </w:r>
          </w:p>
        </w:tc>
      </w:tr>
      <w:tr>
        <w:tc>
          <w:tcPr>
            <w:tcW w:type="dxa" w:w="709"/>
          </w:tcPr>
          <w:p>
            <w:r>
              <w:t>166</w:t>
            </w:r>
          </w:p>
        </w:tc>
        <w:tc>
          <w:tcPr>
            <w:tcW w:type="dxa" w:w="3572"/>
          </w:tcPr>
          <w:p>
            <w:r>
              <w:t>Buffa Luana</w:t>
            </w:r>
          </w:p>
        </w:tc>
        <w:tc>
          <w:tcPr>
            <w:tcW w:type="dxa" w:w="6009"/>
          </w:tcPr>
          <w:p>
            <w:r>
              <w:t>Biologa</w:t>
            </w:r>
          </w:p>
        </w:tc>
      </w:tr>
      <w:tr>
        <w:tc>
          <w:tcPr>
            <w:tcW w:type="dxa" w:w="709"/>
          </w:tcPr>
          <w:p>
            <w:r>
              <w:t>167</w:t>
            </w:r>
          </w:p>
        </w:tc>
        <w:tc>
          <w:tcPr>
            <w:tcW w:type="dxa" w:w="3572"/>
          </w:tcPr>
          <w:p>
            <w:r>
              <w:t>Buffa Paolo</w:t>
            </w:r>
          </w:p>
        </w:tc>
        <w:tc>
          <w:tcPr>
            <w:tcW w:type="dxa" w:w="6009"/>
          </w:tcPr>
          <w:p>
            <w:r>
              <w:t>Direttore UOC Chirurgia Generale, Ospedale Sant’Antonio Abate di Trapani</w:t>
            </w:r>
          </w:p>
        </w:tc>
      </w:tr>
      <w:tr>
        <w:tc>
          <w:tcPr>
            <w:tcW w:type="dxa" w:w="709"/>
          </w:tcPr>
          <w:p>
            <w:r>
              <w:t>168</w:t>
            </w:r>
          </w:p>
        </w:tc>
        <w:tc>
          <w:tcPr>
            <w:tcW w:type="dxa" w:w="3572"/>
          </w:tcPr>
          <w:p>
            <w:r>
              <w:t>Buffa Vito</w:t>
            </w:r>
          </w:p>
        </w:tc>
        <w:tc>
          <w:tcPr>
            <w:tcW w:type="dxa" w:w="6009"/>
          </w:tcPr>
          <w:p>
            <w:r>
              <w:t>Biologo</w:t>
            </w:r>
          </w:p>
        </w:tc>
      </w:tr>
      <w:tr>
        <w:tc>
          <w:tcPr>
            <w:tcW w:type="dxa" w:w="709"/>
          </w:tcPr>
          <w:p>
            <w:r>
              <w:t>169</w:t>
            </w:r>
          </w:p>
        </w:tc>
        <w:tc>
          <w:tcPr>
            <w:tcW w:type="dxa" w:w="3572"/>
          </w:tcPr>
          <w:p>
            <w:r>
              <w:t>Burgio Gaetano</w:t>
            </w:r>
          </w:p>
        </w:tc>
        <w:tc>
          <w:tcPr>
            <w:tcW w:type="dxa" w:w="6009"/>
          </w:tcPr>
          <w:p>
            <w:r>
              <w:t>Medico anestesista</w:t>
            </w:r>
          </w:p>
        </w:tc>
      </w:tr>
      <w:tr>
        <w:tc>
          <w:tcPr>
            <w:tcW w:type="dxa" w:w="709"/>
          </w:tcPr>
          <w:p>
            <w:r>
              <w:t>170</w:t>
            </w:r>
          </w:p>
        </w:tc>
        <w:tc>
          <w:tcPr>
            <w:tcW w:type="dxa" w:w="3572"/>
          </w:tcPr>
          <w:p>
            <w:r>
              <w:t>Busacca Davide</w:t>
            </w:r>
          </w:p>
        </w:tc>
        <w:tc>
          <w:tcPr>
            <w:tcW w:type="dxa" w:w="6009"/>
          </w:tcPr>
          <w:p>
            <w:r>
              <w:t>Coordinatore infermieristico, Ospedale “Gravina” di Caltagirone</w:t>
            </w:r>
          </w:p>
        </w:tc>
      </w:tr>
      <w:tr>
        <w:tc>
          <w:tcPr>
            <w:tcW w:type="dxa" w:w="709"/>
          </w:tcPr>
          <w:p>
            <w:r>
              <w:t>171</w:t>
            </w:r>
          </w:p>
        </w:tc>
        <w:tc>
          <w:tcPr>
            <w:tcW w:type="dxa" w:w="3572"/>
          </w:tcPr>
          <w:p>
            <w:r>
              <w:t>Buscarino Cristian</w:t>
            </w:r>
          </w:p>
        </w:tc>
        <w:tc>
          <w:tcPr>
            <w:tcW w:type="dxa" w:w="6009"/>
          </w:tcPr>
          <w:p>
            <w:r>
              <w:t>Operatore sanitario, RSA</w:t>
            </w:r>
          </w:p>
        </w:tc>
      </w:tr>
      <w:tr>
        <w:tc>
          <w:tcPr>
            <w:tcW w:type="dxa" w:w="709"/>
          </w:tcPr>
          <w:p>
            <w:r>
              <w:t>172</w:t>
            </w:r>
          </w:p>
        </w:tc>
        <w:tc>
          <w:tcPr>
            <w:tcW w:type="dxa" w:w="3572"/>
          </w:tcPr>
          <w:p>
            <w:r>
              <w:t>Buscemi Riccardo</w:t>
            </w:r>
          </w:p>
        </w:tc>
        <w:tc>
          <w:tcPr>
            <w:tcW w:type="dxa" w:w="6009"/>
          </w:tcPr>
          <w:p>
            <w:r>
              <w:t>Anestesista, Biomedical Clinic</w:t>
            </w:r>
          </w:p>
        </w:tc>
      </w:tr>
      <w:tr>
        <w:tc>
          <w:tcPr>
            <w:tcW w:type="dxa" w:w="709"/>
          </w:tcPr>
          <w:p>
            <w:r>
              <w:t>173</w:t>
            </w:r>
          </w:p>
        </w:tc>
        <w:tc>
          <w:tcPr>
            <w:tcW w:type="dxa" w:w="3572"/>
          </w:tcPr>
          <w:p>
            <w:r>
              <w:t>Buzzotta Francesca</w:t>
            </w:r>
          </w:p>
        </w:tc>
        <w:tc>
          <w:tcPr>
            <w:tcW w:type="dxa" w:w="6009"/>
          </w:tcPr>
          <w:p>
            <w:r>
              <w:t>Docente</w:t>
            </w:r>
          </w:p>
        </w:tc>
      </w:tr>
      <w:tr>
        <w:tc>
          <w:tcPr>
            <w:tcW w:type="dxa" w:w="709"/>
          </w:tcPr>
          <w:p>
            <w:r>
              <w:t>174</w:t>
            </w:r>
          </w:p>
        </w:tc>
        <w:tc>
          <w:tcPr>
            <w:tcW w:type="dxa" w:w="3572"/>
          </w:tcPr>
          <w:p>
            <w:r>
              <w:t>Caccamo Maria</w:t>
            </w:r>
          </w:p>
        </w:tc>
        <w:tc>
          <w:tcPr>
            <w:tcW w:type="dxa" w:w="6009"/>
          </w:tcPr>
          <w:p>
            <w:r>
              <w:t>Coordinatrice Radiologia pediatrica</w:t>
            </w:r>
          </w:p>
        </w:tc>
      </w:tr>
      <w:tr>
        <w:tc>
          <w:tcPr>
            <w:tcW w:type="dxa" w:w="709"/>
          </w:tcPr>
          <w:p>
            <w:r>
              <w:t>175</w:t>
            </w:r>
          </w:p>
        </w:tc>
        <w:tc>
          <w:tcPr>
            <w:tcW w:type="dxa" w:w="3572"/>
          </w:tcPr>
          <w:p>
            <w:r>
              <w:t>Cacciaguerra Sebastiano</w:t>
            </w:r>
          </w:p>
        </w:tc>
        <w:tc>
          <w:tcPr>
            <w:tcW w:type="dxa" w:w="6009"/>
          </w:tcPr>
          <w:p>
            <w:r>
              <w:t>Direttore UOC Chirurgia Pediatrica, ARNAS Garibaldi, Catania</w:t>
            </w:r>
          </w:p>
        </w:tc>
      </w:tr>
      <w:tr>
        <w:tc>
          <w:tcPr>
            <w:tcW w:type="dxa" w:w="709"/>
          </w:tcPr>
          <w:p>
            <w:r>
              <w:t>176</w:t>
            </w:r>
          </w:p>
        </w:tc>
        <w:tc>
          <w:tcPr>
            <w:tcW w:type="dxa" w:w="3572"/>
          </w:tcPr>
          <w:p>
            <w:r>
              <w:t>Caceci Silvio</w:t>
            </w:r>
          </w:p>
        </w:tc>
        <w:tc>
          <w:tcPr>
            <w:tcW w:type="dxa" w:w="6009"/>
          </w:tcPr>
          <w:p>
            <w:r>
              <w:t>Coordinatore infermieristico</w:t>
            </w:r>
          </w:p>
        </w:tc>
      </w:tr>
      <w:tr>
        <w:tc>
          <w:tcPr>
            <w:tcW w:type="dxa" w:w="709"/>
          </w:tcPr>
          <w:p>
            <w:r>
              <w:t>177</w:t>
            </w:r>
          </w:p>
        </w:tc>
        <w:tc>
          <w:tcPr>
            <w:tcW w:type="dxa" w:w="3572"/>
          </w:tcPr>
          <w:p>
            <w:r>
              <w:t>Caci Lucia</w:t>
            </w:r>
          </w:p>
        </w:tc>
        <w:tc>
          <w:tcPr>
            <w:tcW w:type="dxa" w:w="6009"/>
          </w:tcPr>
          <w:p>
            <w:r>
              <w:t>Biologa</w:t>
            </w:r>
          </w:p>
        </w:tc>
      </w:tr>
      <w:tr>
        <w:tc>
          <w:tcPr>
            <w:tcW w:type="dxa" w:w="709"/>
          </w:tcPr>
          <w:p>
            <w:r>
              <w:t>178</w:t>
            </w:r>
          </w:p>
        </w:tc>
        <w:tc>
          <w:tcPr>
            <w:tcW w:type="dxa" w:w="3572"/>
          </w:tcPr>
          <w:p>
            <w:r>
              <w:t>Cafà Fabrizio</w:t>
            </w:r>
          </w:p>
        </w:tc>
        <w:tc>
          <w:tcPr>
            <w:tcW w:type="dxa" w:w="6009"/>
          </w:tcPr>
          <w:p>
            <w:r>
              <w:t>Dirigente medico di Oftalmologia, Ospedale di Gela</w:t>
            </w:r>
          </w:p>
        </w:tc>
      </w:tr>
      <w:tr>
        <w:tc>
          <w:tcPr>
            <w:tcW w:type="dxa" w:w="709"/>
          </w:tcPr>
          <w:p>
            <w:r>
              <w:t>179</w:t>
            </w:r>
          </w:p>
        </w:tc>
        <w:tc>
          <w:tcPr>
            <w:tcW w:type="dxa" w:w="3572"/>
          </w:tcPr>
          <w:p>
            <w:r>
              <w:t>Caimi Ornella</w:t>
            </w:r>
          </w:p>
        </w:tc>
        <w:tc>
          <w:tcPr>
            <w:tcW w:type="dxa" w:w="6009"/>
          </w:tcPr>
          <w:p>
            <w:r>
              <w:t>Legale rappresentante di struttura convenzionata - laboratorio di analisi</w:t>
            </w:r>
          </w:p>
        </w:tc>
      </w:tr>
      <w:tr>
        <w:tc>
          <w:tcPr>
            <w:tcW w:type="dxa" w:w="709"/>
          </w:tcPr>
          <w:p>
            <w:r>
              <w:t>180</w:t>
            </w:r>
          </w:p>
        </w:tc>
        <w:tc>
          <w:tcPr>
            <w:tcW w:type="dxa" w:w="3572"/>
          </w:tcPr>
          <w:p>
            <w:r>
              <w:t>Calamia Maria Antonietta</w:t>
            </w:r>
          </w:p>
        </w:tc>
        <w:tc>
          <w:tcPr>
            <w:tcW w:type="dxa" w:w="6009"/>
          </w:tcPr>
          <w:p>
            <w:r>
              <w:t>Coordinatrice di Pediatria</w:t>
            </w:r>
          </w:p>
        </w:tc>
      </w:tr>
      <w:tr>
        <w:tc>
          <w:tcPr>
            <w:tcW w:type="dxa" w:w="709"/>
          </w:tcPr>
          <w:p>
            <w:r>
              <w:t>181</w:t>
            </w:r>
          </w:p>
        </w:tc>
        <w:tc>
          <w:tcPr>
            <w:tcW w:type="dxa" w:w="3572"/>
          </w:tcPr>
          <w:p>
            <w:r>
              <w:t>Calamia Tommaso</w:t>
            </w:r>
          </w:p>
        </w:tc>
        <w:tc>
          <w:tcPr>
            <w:tcW w:type="dxa" w:w="6009"/>
          </w:tcPr>
          <w:p>
            <w:r>
              <w:t>Emoteam Laboratori Analisi S.c. a r.l.</w:t>
            </w:r>
          </w:p>
        </w:tc>
      </w:tr>
      <w:tr>
        <w:tc>
          <w:tcPr>
            <w:tcW w:type="dxa" w:w="709"/>
          </w:tcPr>
          <w:p>
            <w:r>
              <w:t>182</w:t>
            </w:r>
          </w:p>
        </w:tc>
        <w:tc>
          <w:tcPr>
            <w:tcW w:type="dxa" w:w="3572"/>
          </w:tcPr>
          <w:p>
            <w:r>
              <w:t>Calcara Maria Luisa</w:t>
            </w:r>
          </w:p>
        </w:tc>
        <w:tc>
          <w:tcPr>
            <w:tcW w:type="dxa" w:w="6009"/>
          </w:tcPr>
          <w:p>
            <w:r>
              <w:t>Già specialista ambulatoriale fisiatra, ASP Palermo</w:t>
            </w:r>
          </w:p>
        </w:tc>
      </w:tr>
      <w:tr>
        <w:tc>
          <w:tcPr>
            <w:tcW w:type="dxa" w:w="709"/>
          </w:tcPr>
          <w:p>
            <w:r>
              <w:t>183</w:t>
            </w:r>
          </w:p>
        </w:tc>
        <w:tc>
          <w:tcPr>
            <w:tcW w:type="dxa" w:w="3572"/>
          </w:tcPr>
          <w:p>
            <w:r>
              <w:t>Caldarera Emanuele</w:t>
            </w:r>
          </w:p>
        </w:tc>
        <w:tc>
          <w:tcPr>
            <w:tcW w:type="dxa" w:w="6009"/>
          </w:tcPr>
          <w:p>
            <w:r>
              <w:t>Direttore UOC, Ospedale Paolo Borsellino di Marsala; Coordinatore regionale e componente del Consiglio direttivo nazionale AURO.it - Associazione Urologi Italiani</w:t>
            </w:r>
          </w:p>
        </w:tc>
      </w:tr>
      <w:tr>
        <w:tc>
          <w:tcPr>
            <w:tcW w:type="dxa" w:w="709"/>
          </w:tcPr>
          <w:p>
            <w:r>
              <w:t>184</w:t>
            </w:r>
          </w:p>
        </w:tc>
        <w:tc>
          <w:tcPr>
            <w:tcW w:type="dxa" w:w="3572"/>
          </w:tcPr>
          <w:p>
            <w:r>
              <w:t>Caldaronello Ciro</w:t>
            </w:r>
          </w:p>
        </w:tc>
        <w:tc>
          <w:tcPr>
            <w:tcW w:type="dxa" w:w="6009"/>
          </w:tcPr>
          <w:p>
            <w:r>
              <w:t>Autista di ambulanza</w:t>
            </w:r>
          </w:p>
        </w:tc>
      </w:tr>
      <w:tr>
        <w:tc>
          <w:tcPr>
            <w:tcW w:type="dxa" w:w="709"/>
          </w:tcPr>
          <w:p>
            <w:r>
              <w:t>185</w:t>
            </w:r>
          </w:p>
        </w:tc>
        <w:tc>
          <w:tcPr>
            <w:tcW w:type="dxa" w:w="3572"/>
          </w:tcPr>
          <w:p>
            <w:r>
              <w:t>Caleca Mariacristina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186</w:t>
            </w:r>
          </w:p>
        </w:tc>
        <w:tc>
          <w:tcPr>
            <w:tcW w:type="dxa" w:w="3572"/>
          </w:tcPr>
          <w:p>
            <w:r>
              <w:t>Calì Salvo</w:t>
            </w:r>
          </w:p>
        </w:tc>
        <w:tc>
          <w:tcPr>
            <w:tcW w:type="dxa" w:w="6009"/>
          </w:tcPr>
          <w:p>
            <w:r>
              <w:t>Presidente del Centro Studi e Ricerche Sociali e Sanitarie G.A. Maccacaro</w:t>
            </w:r>
          </w:p>
        </w:tc>
      </w:tr>
      <w:tr>
        <w:tc>
          <w:tcPr>
            <w:tcW w:type="dxa" w:w="709"/>
          </w:tcPr>
          <w:p>
            <w:r>
              <w:t>187</w:t>
            </w:r>
          </w:p>
        </w:tc>
        <w:tc>
          <w:tcPr>
            <w:tcW w:type="dxa" w:w="3572"/>
          </w:tcPr>
          <w:p>
            <w:r>
              <w:t>Calò Leonardo</w:t>
            </w:r>
          </w:p>
        </w:tc>
        <w:tc>
          <w:tcPr>
            <w:tcW w:type="dxa" w:w="6009"/>
          </w:tcPr>
          <w:p>
            <w:r>
              <w:t>Operatore socio-sanitario (OSS)</w:t>
            </w:r>
          </w:p>
        </w:tc>
      </w:tr>
      <w:tr>
        <w:tc>
          <w:tcPr>
            <w:tcW w:type="dxa" w:w="709"/>
          </w:tcPr>
          <w:p>
            <w:r>
              <w:t>188</w:t>
            </w:r>
          </w:p>
        </w:tc>
        <w:tc>
          <w:tcPr>
            <w:tcW w:type="dxa" w:w="3572"/>
          </w:tcPr>
          <w:p>
            <w:r>
              <w:t>Calsabianca Girolamo</w:t>
            </w:r>
          </w:p>
        </w:tc>
        <w:tc>
          <w:tcPr>
            <w:tcW w:type="dxa" w:w="6009"/>
          </w:tcPr>
          <w:p>
            <w:r>
              <w:t>Presidente nazionale ANIO</w:t>
            </w:r>
          </w:p>
        </w:tc>
      </w:tr>
      <w:tr>
        <w:tc>
          <w:tcPr>
            <w:tcW w:type="dxa" w:w="709"/>
          </w:tcPr>
          <w:p>
            <w:r>
              <w:t>189</w:t>
            </w:r>
          </w:p>
        </w:tc>
        <w:tc>
          <w:tcPr>
            <w:tcW w:type="dxa" w:w="3572"/>
          </w:tcPr>
          <w:p>
            <w:r>
              <w:t>Caltagirone Francesca</w:t>
            </w:r>
          </w:p>
        </w:tc>
        <w:tc>
          <w:tcPr>
            <w:tcW w:type="dxa" w:w="6009"/>
          </w:tcPr>
          <w:p>
            <w:r>
              <w:t>OSS presso struttura socio-assistenziale</w:t>
            </w:r>
          </w:p>
        </w:tc>
      </w:tr>
      <w:tr>
        <w:tc>
          <w:tcPr>
            <w:tcW w:type="dxa" w:w="709"/>
          </w:tcPr>
          <w:p>
            <w:r>
              <w:t>190</w:t>
            </w:r>
          </w:p>
        </w:tc>
        <w:tc>
          <w:tcPr>
            <w:tcW w:type="dxa" w:w="3572"/>
          </w:tcPr>
          <w:p>
            <w:r>
              <w:t>Calvaruso Alessandra</w:t>
            </w:r>
          </w:p>
        </w:tc>
        <w:tc>
          <w:tcPr>
            <w:tcW w:type="dxa" w:w="6009"/>
          </w:tcPr>
          <w:p>
            <w:r>
              <w:t>Medico</w:t>
            </w:r>
          </w:p>
        </w:tc>
      </w:tr>
      <w:tr>
        <w:tc>
          <w:tcPr>
            <w:tcW w:type="dxa" w:w="709"/>
          </w:tcPr>
          <w:p>
            <w:r>
              <w:t>191</w:t>
            </w:r>
          </w:p>
        </w:tc>
        <w:tc>
          <w:tcPr>
            <w:tcW w:type="dxa" w:w="3572"/>
          </w:tcPr>
          <w:p>
            <w:r>
              <w:t>Calvaruso Massimiliano</w:t>
            </w:r>
          </w:p>
        </w:tc>
        <w:tc>
          <w:tcPr>
            <w:tcW w:type="dxa" w:w="6009"/>
          </w:tcPr>
          <w:p>
            <w:r>
              <w:t>FTK</w:t>
            </w:r>
          </w:p>
        </w:tc>
      </w:tr>
      <w:tr>
        <w:tc>
          <w:tcPr>
            <w:tcW w:type="dxa" w:w="709"/>
          </w:tcPr>
          <w:p>
            <w:r>
              <w:t>192</w:t>
            </w:r>
          </w:p>
        </w:tc>
        <w:tc>
          <w:tcPr>
            <w:tcW w:type="dxa" w:w="3572"/>
          </w:tcPr>
          <w:p>
            <w:r>
              <w:t>Calvaruso Salvatore</w:t>
            </w:r>
          </w:p>
        </w:tc>
        <w:tc>
          <w:tcPr>
            <w:tcW w:type="dxa" w:w="6009"/>
          </w:tcPr>
          <w:p>
            <w:r>
              <w:t>Medico ortopedico</w:t>
            </w:r>
          </w:p>
        </w:tc>
      </w:tr>
      <w:tr>
        <w:tc>
          <w:tcPr>
            <w:tcW w:type="dxa" w:w="709"/>
          </w:tcPr>
          <w:p>
            <w:r>
              <w:t>193</w:t>
            </w:r>
          </w:p>
        </w:tc>
        <w:tc>
          <w:tcPr>
            <w:tcW w:type="dxa" w:w="3572"/>
          </w:tcPr>
          <w:p>
            <w:r>
              <w:t>Calvaruso Veronica</w:t>
            </w:r>
          </w:p>
        </w:tc>
        <w:tc>
          <w:tcPr>
            <w:tcW w:type="dxa" w:w="6009"/>
          </w:tcPr>
          <w:p>
            <w:r>
              <w:t>Medico anestesista</w:t>
            </w:r>
          </w:p>
        </w:tc>
      </w:tr>
      <w:tr>
        <w:tc>
          <w:tcPr>
            <w:tcW w:type="dxa" w:w="709"/>
          </w:tcPr>
          <w:p>
            <w:r>
              <w:t>194</w:t>
            </w:r>
          </w:p>
        </w:tc>
        <w:tc>
          <w:tcPr>
            <w:tcW w:type="dxa" w:w="3572"/>
          </w:tcPr>
          <w:p>
            <w:r>
              <w:t>Camarda Lawrence</w:t>
            </w:r>
          </w:p>
        </w:tc>
        <w:tc>
          <w:tcPr>
            <w:tcW w:type="dxa" w:w="6009"/>
          </w:tcPr>
          <w:p>
            <w:r>
              <w:t>Direttore UOC di Ortopedia e Traumatologia, Policlinico Universitario “Paolo Giaccone” di Palermo</w:t>
            </w:r>
          </w:p>
        </w:tc>
      </w:tr>
      <w:tr>
        <w:tc>
          <w:tcPr>
            <w:tcW w:type="dxa" w:w="709"/>
          </w:tcPr>
          <w:p>
            <w:r>
              <w:t>195</w:t>
            </w:r>
          </w:p>
        </w:tc>
        <w:tc>
          <w:tcPr>
            <w:tcW w:type="dxa" w:w="3572"/>
          </w:tcPr>
          <w:p>
            <w:r>
              <w:t>Cambria Nunzio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196</w:t>
            </w:r>
          </w:p>
        </w:tc>
        <w:tc>
          <w:tcPr>
            <w:tcW w:type="dxa" w:w="3572"/>
          </w:tcPr>
          <w:p>
            <w:r>
              <w:t>Cambria Sergio</w:t>
            </w:r>
          </w:p>
        </w:tc>
        <w:tc>
          <w:tcPr>
            <w:tcW w:type="dxa" w:w="6009"/>
          </w:tcPr>
          <w:p>
            <w:r>
              <w:t>Imprenditore nel settore socio-sanitario accreditato</w:t>
            </w:r>
          </w:p>
        </w:tc>
      </w:tr>
      <w:tr>
        <w:tc>
          <w:tcPr>
            <w:tcW w:type="dxa" w:w="709"/>
          </w:tcPr>
          <w:p>
            <w:r>
              <w:t>197</w:t>
            </w:r>
          </w:p>
        </w:tc>
        <w:tc>
          <w:tcPr>
            <w:tcW w:type="dxa" w:w="3572"/>
          </w:tcPr>
          <w:p>
            <w:r>
              <w:t>Camerino Silvana</w:t>
            </w:r>
          </w:p>
        </w:tc>
        <w:tc>
          <w:tcPr>
            <w:tcW w:type="dxa" w:w="6009"/>
          </w:tcPr>
          <w:p>
            <w:r>
              <w:t>Già dirigente medico, ASP Palermo</w:t>
            </w:r>
          </w:p>
        </w:tc>
      </w:tr>
      <w:tr>
        <w:tc>
          <w:tcPr>
            <w:tcW w:type="dxa" w:w="709"/>
          </w:tcPr>
          <w:p>
            <w:r>
              <w:t>198</w:t>
            </w:r>
          </w:p>
        </w:tc>
        <w:tc>
          <w:tcPr>
            <w:tcW w:type="dxa" w:w="3572"/>
          </w:tcPr>
          <w:p>
            <w:r>
              <w:t>Camilleri Maria Grazia</w:t>
            </w:r>
          </w:p>
        </w:tc>
        <w:tc>
          <w:tcPr>
            <w:tcW w:type="dxa" w:w="6009"/>
          </w:tcPr>
          <w:p>
            <w:r>
              <w:t>Ostetrica, ASP Agrigento; in servizio presso il Presidio Ospedaliero di Licata</w:t>
            </w:r>
          </w:p>
        </w:tc>
      </w:tr>
      <w:tr>
        <w:tc>
          <w:tcPr>
            <w:tcW w:type="dxa" w:w="709"/>
          </w:tcPr>
          <w:p>
            <w:r>
              <w:t>199</w:t>
            </w:r>
          </w:p>
        </w:tc>
        <w:tc>
          <w:tcPr>
            <w:tcW w:type="dxa" w:w="3572"/>
          </w:tcPr>
          <w:p>
            <w:r>
              <w:t>Cammalleri Ignazio</w:t>
            </w:r>
          </w:p>
        </w:tc>
        <w:tc>
          <w:tcPr>
            <w:tcW w:type="dxa" w:w="6009"/>
          </w:tcPr>
          <w:p>
            <w:r>
              <w:t>Biologo</w:t>
            </w:r>
          </w:p>
        </w:tc>
      </w:tr>
      <w:tr>
        <w:tc>
          <w:tcPr>
            <w:tcW w:type="dxa" w:w="709"/>
          </w:tcPr>
          <w:p>
            <w:r>
              <w:t>200</w:t>
            </w:r>
          </w:p>
        </w:tc>
        <w:tc>
          <w:tcPr>
            <w:tcW w:type="dxa" w:w="3572"/>
          </w:tcPr>
          <w:p>
            <w:r>
              <w:t>Cammarata Felice</w:t>
            </w:r>
          </w:p>
        </w:tc>
        <w:tc>
          <w:tcPr>
            <w:tcW w:type="dxa" w:w="6009"/>
          </w:tcPr>
          <w:p>
            <w:r>
              <w:t>Oculista</w:t>
            </w:r>
          </w:p>
        </w:tc>
      </w:tr>
      <w:tr>
        <w:tc>
          <w:tcPr>
            <w:tcW w:type="dxa" w:w="709"/>
          </w:tcPr>
          <w:p>
            <w:r>
              <w:t>201</w:t>
            </w:r>
          </w:p>
        </w:tc>
        <w:tc>
          <w:tcPr>
            <w:tcW w:type="dxa" w:w="3572"/>
          </w:tcPr>
          <w:p>
            <w:r>
              <w:t>Campanella Viviana</w:t>
            </w:r>
          </w:p>
        </w:tc>
        <w:tc>
          <w:tcPr>
            <w:tcW w:type="dxa" w:w="6009"/>
          </w:tcPr>
          <w:p>
            <w:r>
              <w:t>Direttore laboratorio di analisi</w:t>
            </w:r>
          </w:p>
        </w:tc>
      </w:tr>
      <w:tr>
        <w:tc>
          <w:tcPr>
            <w:tcW w:type="dxa" w:w="709"/>
          </w:tcPr>
          <w:p>
            <w:r>
              <w:t>202</w:t>
            </w:r>
          </w:p>
        </w:tc>
        <w:tc>
          <w:tcPr>
            <w:tcW w:type="dxa" w:w="3572"/>
          </w:tcPr>
          <w:p>
            <w:r>
              <w:t>Campione Marcello</w:t>
            </w:r>
          </w:p>
        </w:tc>
        <w:tc>
          <w:tcPr>
            <w:tcW w:type="dxa" w:w="6009"/>
          </w:tcPr>
          <w:p>
            <w:r>
              <w:t>Imprenditore nel settore della sanità privata</w:t>
            </w:r>
          </w:p>
        </w:tc>
      </w:tr>
      <w:tr>
        <w:tc>
          <w:tcPr>
            <w:tcW w:type="dxa" w:w="709"/>
          </w:tcPr>
          <w:p>
            <w:r>
              <w:t>203</w:t>
            </w:r>
          </w:p>
        </w:tc>
        <w:tc>
          <w:tcPr>
            <w:tcW w:type="dxa" w:w="3572"/>
          </w:tcPr>
          <w:p>
            <w:r>
              <w:t>Campisi Alessandro</w:t>
            </w:r>
          </w:p>
        </w:tc>
        <w:tc>
          <w:tcPr>
            <w:tcW w:type="dxa" w:w="6009"/>
          </w:tcPr>
          <w:p>
            <w:r>
              <w:t>Imprenditore nel settore delle telecomunicazioni</w:t>
            </w:r>
          </w:p>
        </w:tc>
      </w:tr>
      <w:tr>
        <w:tc>
          <w:tcPr>
            <w:tcW w:type="dxa" w:w="709"/>
          </w:tcPr>
          <w:p>
            <w:r>
              <w:t>204</w:t>
            </w:r>
          </w:p>
        </w:tc>
        <w:tc>
          <w:tcPr>
            <w:tcW w:type="dxa" w:w="3572"/>
          </w:tcPr>
          <w:p>
            <w:r>
              <w:t>Campisi Corrado</w:t>
            </w:r>
          </w:p>
        </w:tc>
        <w:tc>
          <w:tcPr>
            <w:tcW w:type="dxa" w:w="6009"/>
          </w:tcPr>
          <w:p>
            <w:r>
              <w:t>Presidente</w:t>
            </w:r>
          </w:p>
        </w:tc>
      </w:tr>
      <w:tr>
        <w:tc>
          <w:tcPr>
            <w:tcW w:type="dxa" w:w="709"/>
          </w:tcPr>
          <w:p>
            <w:r>
              <w:t>205</w:t>
            </w:r>
          </w:p>
        </w:tc>
        <w:tc>
          <w:tcPr>
            <w:tcW w:type="dxa" w:w="3572"/>
          </w:tcPr>
          <w:p>
            <w:r>
              <w:t>Campisi Giuseppe</w:t>
            </w:r>
          </w:p>
        </w:tc>
        <w:tc>
          <w:tcPr>
            <w:tcW w:type="dxa" w:w="6009"/>
          </w:tcPr>
          <w:p>
            <w:r>
              <w:t>Biologo</w:t>
            </w:r>
          </w:p>
        </w:tc>
      </w:tr>
      <w:tr>
        <w:tc>
          <w:tcPr>
            <w:tcW w:type="dxa" w:w="709"/>
          </w:tcPr>
          <w:p>
            <w:r>
              <w:t>206</w:t>
            </w:r>
          </w:p>
        </w:tc>
        <w:tc>
          <w:tcPr>
            <w:tcW w:type="dxa" w:w="3572"/>
          </w:tcPr>
          <w:p>
            <w:r>
              <w:t>Campisi Rosario</w:t>
            </w:r>
          </w:p>
        </w:tc>
        <w:tc>
          <w:tcPr>
            <w:tcW w:type="dxa" w:w="6009"/>
          </w:tcPr>
          <w:p>
            <w:r>
              <w:t>Direttore generale</w:t>
            </w:r>
          </w:p>
        </w:tc>
      </w:tr>
      <w:tr>
        <w:tc>
          <w:tcPr>
            <w:tcW w:type="dxa" w:w="709"/>
          </w:tcPr>
          <w:p>
            <w:r>
              <w:t>207</w:t>
            </w:r>
          </w:p>
        </w:tc>
        <w:tc>
          <w:tcPr>
            <w:tcW w:type="dxa" w:w="3572"/>
          </w:tcPr>
          <w:p>
            <w:r>
              <w:t>Campisi Vincenza</w:t>
            </w:r>
          </w:p>
        </w:tc>
        <w:tc>
          <w:tcPr>
            <w:tcW w:type="dxa" w:w="6009"/>
          </w:tcPr>
          <w:p>
            <w:r>
              <w:t>Rappresentante della Direzione</w:t>
            </w:r>
          </w:p>
        </w:tc>
      </w:tr>
      <w:tr>
        <w:tc>
          <w:tcPr>
            <w:tcW w:type="dxa" w:w="709"/>
          </w:tcPr>
          <w:p>
            <w:r>
              <w:t>208</w:t>
            </w:r>
          </w:p>
        </w:tc>
        <w:tc>
          <w:tcPr>
            <w:tcW w:type="dxa" w:w="3572"/>
          </w:tcPr>
          <w:p>
            <w:r>
              <w:t>Campochiaro Milena</w:t>
            </w:r>
          </w:p>
        </w:tc>
        <w:tc>
          <w:tcPr>
            <w:tcW w:type="dxa" w:w="6009"/>
          </w:tcPr>
          <w:p>
            <w:r>
              <w:t>Dipendente pubblico</w:t>
            </w:r>
          </w:p>
        </w:tc>
      </w:tr>
      <w:tr>
        <w:tc>
          <w:tcPr>
            <w:tcW w:type="dxa" w:w="709"/>
          </w:tcPr>
          <w:p>
            <w:r>
              <w:t>209</w:t>
            </w:r>
          </w:p>
        </w:tc>
        <w:tc>
          <w:tcPr>
            <w:tcW w:type="dxa" w:w="3572"/>
          </w:tcPr>
          <w:p>
            <w:r>
              <w:t>Canale Salvatore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210</w:t>
            </w:r>
          </w:p>
        </w:tc>
        <w:tc>
          <w:tcPr>
            <w:tcW w:type="dxa" w:w="3572"/>
          </w:tcPr>
          <w:p>
            <w:r>
              <w:t>Cancelleri Giovanni Carlo</w:t>
            </w:r>
          </w:p>
        </w:tc>
        <w:tc>
          <w:tcPr>
            <w:tcW w:type="dxa" w:w="6009"/>
          </w:tcPr>
          <w:p>
            <w:r>
              <w:t>Già Viceministro delle Infrastrutture e dei Trasporti e Sottosegretario nel Governo Draghi; consulente aziendale ed esperto di relazioni istituzionali e governative.</w:t>
            </w:r>
          </w:p>
        </w:tc>
      </w:tr>
      <w:tr>
        <w:tc>
          <w:tcPr>
            <w:tcW w:type="dxa" w:w="709"/>
          </w:tcPr>
          <w:p>
            <w:r>
              <w:t>211</w:t>
            </w:r>
          </w:p>
        </w:tc>
        <w:tc>
          <w:tcPr>
            <w:tcW w:type="dxa" w:w="3572"/>
          </w:tcPr>
          <w:p>
            <w:r>
              <w:t>Cannata Assunta</w:t>
            </w:r>
          </w:p>
        </w:tc>
        <w:tc>
          <w:tcPr>
            <w:tcW w:type="dxa" w:w="6009"/>
          </w:tcPr>
          <w:p>
            <w:r>
              <w:t>Coordinatrice infermieristica, Cardiologia Pediatrica</w:t>
            </w:r>
          </w:p>
        </w:tc>
      </w:tr>
      <w:tr>
        <w:tc>
          <w:tcPr>
            <w:tcW w:type="dxa" w:w="709"/>
          </w:tcPr>
          <w:p>
            <w:r>
              <w:t>212</w:t>
            </w:r>
          </w:p>
        </w:tc>
        <w:tc>
          <w:tcPr>
            <w:tcW w:type="dxa" w:w="3572"/>
          </w:tcPr>
          <w:p>
            <w:r>
              <w:t>Cannizzo Chiara</w:t>
            </w:r>
          </w:p>
        </w:tc>
        <w:tc>
          <w:tcPr>
            <w:tcW w:type="dxa" w:w="6009"/>
          </w:tcPr>
          <w:p>
            <w:r>
              <w:t>Psichiatra</w:t>
            </w:r>
          </w:p>
        </w:tc>
      </w:tr>
      <w:tr>
        <w:tc>
          <w:tcPr>
            <w:tcW w:type="dxa" w:w="709"/>
          </w:tcPr>
          <w:p>
            <w:r>
              <w:t>213</w:t>
            </w:r>
          </w:p>
        </w:tc>
        <w:tc>
          <w:tcPr>
            <w:tcW w:type="dxa" w:w="3572"/>
          </w:tcPr>
          <w:p>
            <w:r>
              <w:t>Cantaro Paolo</w:t>
            </w:r>
          </w:p>
        </w:tc>
        <w:tc>
          <w:tcPr>
            <w:tcW w:type="dxa" w:w="6009"/>
          </w:tcPr>
          <w:p>
            <w:r>
              <w:t>Già Direttore Generale di aziende sanitarie in Sicilia</w:t>
            </w:r>
          </w:p>
        </w:tc>
      </w:tr>
      <w:tr>
        <w:tc>
          <w:tcPr>
            <w:tcW w:type="dxa" w:w="709"/>
          </w:tcPr>
          <w:p>
            <w:r>
              <w:t>214</w:t>
            </w:r>
          </w:p>
        </w:tc>
        <w:tc>
          <w:tcPr>
            <w:tcW w:type="dxa" w:w="3572"/>
          </w:tcPr>
          <w:p>
            <w:r>
              <w:t>Capodicasa Antonio</w:t>
            </w:r>
          </w:p>
        </w:tc>
        <w:tc>
          <w:tcPr>
            <w:tcW w:type="dxa" w:w="6009"/>
          </w:tcPr>
          <w:p>
            <w:r>
              <w:t>Ex Responsabile UOS Qualità e Rischio Clinico, ARNAS Civico Palermo</w:t>
            </w:r>
          </w:p>
        </w:tc>
      </w:tr>
      <w:tr>
        <w:tc>
          <w:tcPr>
            <w:tcW w:type="dxa" w:w="709"/>
          </w:tcPr>
          <w:p>
            <w:r>
              <w:t>215</w:t>
            </w:r>
          </w:p>
        </w:tc>
        <w:tc>
          <w:tcPr>
            <w:tcW w:type="dxa" w:w="3572"/>
          </w:tcPr>
          <w:p>
            <w:r>
              <w:t>Capone Roberto</w:t>
            </w:r>
          </w:p>
        </w:tc>
        <w:tc>
          <w:tcPr>
            <w:tcW w:type="dxa" w:w="6009"/>
          </w:tcPr>
          <w:p>
            <w:r>
              <w:t>Direttore artistico di eventi culturali</w:t>
            </w:r>
          </w:p>
        </w:tc>
      </w:tr>
      <w:tr>
        <w:tc>
          <w:tcPr>
            <w:tcW w:type="dxa" w:w="709"/>
          </w:tcPr>
          <w:p>
            <w:r>
              <w:t>216</w:t>
            </w:r>
          </w:p>
        </w:tc>
        <w:tc>
          <w:tcPr>
            <w:tcW w:type="dxa" w:w="3572"/>
          </w:tcPr>
          <w:p>
            <w:r>
              <w:t>Cappellani Alessandro</w:t>
            </w:r>
          </w:p>
        </w:tc>
        <w:tc>
          <w:tcPr>
            <w:tcW w:type="dxa" w:w="6009"/>
          </w:tcPr>
          <w:p>
            <w:r>
              <w:t>Professore universitario e Primario di Chirurgia Generale in quiescenza.</w:t>
            </w:r>
          </w:p>
        </w:tc>
      </w:tr>
      <w:tr>
        <w:tc>
          <w:tcPr>
            <w:tcW w:type="dxa" w:w="709"/>
          </w:tcPr>
          <w:p>
            <w:r>
              <w:t>217</w:t>
            </w:r>
          </w:p>
        </w:tc>
        <w:tc>
          <w:tcPr>
            <w:tcW w:type="dxa" w:w="3572"/>
          </w:tcPr>
          <w:p>
            <w:r>
              <w:t>Cappuccio Giuseppa</w:t>
            </w:r>
          </w:p>
        </w:tc>
        <w:tc>
          <w:tcPr>
            <w:tcW w:type="dxa" w:w="6009"/>
          </w:tcPr>
          <w:p>
            <w:r>
              <w:t>Docente universitaria</w:t>
            </w:r>
          </w:p>
        </w:tc>
      </w:tr>
      <w:tr>
        <w:tc>
          <w:tcPr>
            <w:tcW w:type="dxa" w:w="709"/>
          </w:tcPr>
          <w:p>
            <w:r>
              <w:t>218</w:t>
            </w:r>
          </w:p>
        </w:tc>
        <w:tc>
          <w:tcPr>
            <w:tcW w:type="dxa" w:w="3572"/>
          </w:tcPr>
          <w:p>
            <w:r>
              <w:t>Capraia Paola</w:t>
            </w:r>
          </w:p>
        </w:tc>
        <w:tc>
          <w:tcPr>
            <w:tcW w:type="dxa" w:w="6009"/>
          </w:tcPr>
          <w:p>
            <w:r>
              <w:t>Colf</w:t>
            </w:r>
          </w:p>
        </w:tc>
      </w:tr>
      <w:tr>
        <w:tc>
          <w:tcPr>
            <w:tcW w:type="dxa" w:w="709"/>
          </w:tcPr>
          <w:p>
            <w:r>
              <w:t>219</w:t>
            </w:r>
          </w:p>
        </w:tc>
        <w:tc>
          <w:tcPr>
            <w:tcW w:type="dxa" w:w="3572"/>
          </w:tcPr>
          <w:p>
            <w:r>
              <w:t>Capurso Francesco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220</w:t>
            </w:r>
          </w:p>
        </w:tc>
        <w:tc>
          <w:tcPr>
            <w:tcW w:type="dxa" w:w="3572"/>
          </w:tcPr>
          <w:p>
            <w:r>
              <w:t>Caputi Achille P.</w:t>
            </w:r>
          </w:p>
        </w:tc>
        <w:tc>
          <w:tcPr>
            <w:tcW w:type="dxa" w:w="6009"/>
          </w:tcPr>
          <w:p>
            <w:r>
              <w:t>Professore emerito di Farmacologia, Università degli Studi di Messina</w:t>
            </w:r>
          </w:p>
        </w:tc>
      </w:tr>
      <w:tr>
        <w:tc>
          <w:tcPr>
            <w:tcW w:type="dxa" w:w="709"/>
          </w:tcPr>
          <w:p>
            <w:r>
              <w:t>221</w:t>
            </w:r>
          </w:p>
        </w:tc>
        <w:tc>
          <w:tcPr>
            <w:tcW w:type="dxa" w:w="3572"/>
          </w:tcPr>
          <w:p>
            <w:r>
              <w:t>Caputo Flavia</w:t>
            </w:r>
          </w:p>
        </w:tc>
        <w:tc>
          <w:tcPr>
            <w:tcW w:type="dxa" w:w="6009"/>
          </w:tcPr>
          <w:p>
            <w:r>
              <w:t>Già Direttore UOC Nefrologia, Dialisi e Trapianto, ARNAS Civico Palermo</w:t>
            </w:r>
          </w:p>
        </w:tc>
      </w:tr>
      <w:tr>
        <w:tc>
          <w:tcPr>
            <w:tcW w:type="dxa" w:w="709"/>
          </w:tcPr>
          <w:p>
            <w:r>
              <w:t>222</w:t>
            </w:r>
          </w:p>
        </w:tc>
        <w:tc>
          <w:tcPr>
            <w:tcW w:type="dxa" w:w="3572"/>
          </w:tcPr>
          <w:p>
            <w:r>
              <w:t>Caracausi Paolo</w:t>
            </w:r>
          </w:p>
        </w:tc>
        <w:tc>
          <w:tcPr>
            <w:tcW w:type="dxa" w:w="6009"/>
          </w:tcPr>
          <w:p>
            <w:r>
              <w:t>Operatore socio-sanitario (OSS)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223</w:t>
            </w:r>
          </w:p>
        </w:tc>
        <w:tc>
          <w:tcPr>
            <w:tcW w:type="dxa" w:w="3572"/>
          </w:tcPr>
          <w:p>
            <w:r>
              <w:t>Caradonna Vito</w:t>
            </w:r>
          </w:p>
        </w:tc>
        <w:tc>
          <w:tcPr>
            <w:tcW w:type="dxa" w:w="6009"/>
          </w:tcPr>
          <w:p>
            <w:r>
              <w:t>Architetto</w:t>
            </w:r>
          </w:p>
        </w:tc>
      </w:tr>
      <w:tr>
        <w:tc>
          <w:tcPr>
            <w:tcW w:type="dxa" w:w="709"/>
          </w:tcPr>
          <w:p>
            <w:r>
              <w:t>224</w:t>
            </w:r>
          </w:p>
        </w:tc>
        <w:tc>
          <w:tcPr>
            <w:tcW w:type="dxa" w:w="3572"/>
          </w:tcPr>
          <w:p>
            <w:r>
              <w:t>Caramazza Flavio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225</w:t>
            </w:r>
          </w:p>
        </w:tc>
        <w:tc>
          <w:tcPr>
            <w:tcW w:type="dxa" w:w="3572"/>
          </w:tcPr>
          <w:p>
            <w:r>
              <w:t>Carapezza Giovanni</w:t>
            </w:r>
          </w:p>
        </w:tc>
        <w:tc>
          <w:tcPr>
            <w:tcW w:type="dxa" w:w="6009"/>
          </w:tcPr>
          <w:p>
            <w:r>
              <w:t>Già Segretario Generale della Regione Siciliana</w:t>
            </w:r>
          </w:p>
        </w:tc>
      </w:tr>
      <w:tr>
        <w:tc>
          <w:tcPr>
            <w:tcW w:type="dxa" w:w="709"/>
          </w:tcPr>
          <w:p>
            <w:r>
              <w:t>226</w:t>
            </w:r>
          </w:p>
        </w:tc>
        <w:tc>
          <w:tcPr>
            <w:tcW w:type="dxa" w:w="3572"/>
          </w:tcPr>
          <w:p>
            <w:r>
              <w:t>Carbonaro Alessandro</w:t>
            </w:r>
          </w:p>
        </w:tc>
        <w:tc>
          <w:tcPr>
            <w:tcW w:type="dxa" w:w="6009"/>
          </w:tcPr>
          <w:p>
            <w:r>
              <w:t>Dirigente medico cardiologo, Policlinico di Catania</w:t>
            </w:r>
          </w:p>
        </w:tc>
      </w:tr>
      <w:tr>
        <w:tc>
          <w:tcPr>
            <w:tcW w:type="dxa" w:w="709"/>
          </w:tcPr>
          <w:p>
            <w:r>
              <w:t>227</w:t>
            </w:r>
          </w:p>
        </w:tc>
        <w:tc>
          <w:tcPr>
            <w:tcW w:type="dxa" w:w="3572"/>
          </w:tcPr>
          <w:p>
            <w:r>
              <w:t>Carbonaro Marcello</w:t>
            </w:r>
          </w:p>
        </w:tc>
        <w:tc>
          <w:tcPr>
            <w:tcW w:type="dxa" w:w="6009"/>
          </w:tcPr>
          <w:p>
            <w:r>
              <w:t>Direzione operativa Lazio ADI, Gruppo Sanimedica; centrali operative a Catania, Palermo ed Enna</w:t>
            </w:r>
          </w:p>
        </w:tc>
      </w:tr>
      <w:tr>
        <w:tc>
          <w:tcPr>
            <w:tcW w:type="dxa" w:w="709"/>
          </w:tcPr>
          <w:p>
            <w:r>
              <w:t>228</w:t>
            </w:r>
          </w:p>
        </w:tc>
        <w:tc>
          <w:tcPr>
            <w:tcW w:type="dxa" w:w="3572"/>
          </w:tcPr>
          <w:p>
            <w:r>
              <w:t>Carcò Grazia</w:t>
            </w:r>
          </w:p>
        </w:tc>
        <w:tc>
          <w:tcPr>
            <w:tcW w:type="dxa" w:w="6009"/>
          </w:tcPr>
          <w:p>
            <w:r>
              <w:t>Addetta alla cucina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229</w:t>
            </w:r>
          </w:p>
        </w:tc>
        <w:tc>
          <w:tcPr>
            <w:tcW w:type="dxa" w:w="3572"/>
          </w:tcPr>
          <w:p>
            <w:r>
              <w:t>Cardella Domenico</w:t>
            </w:r>
          </w:p>
        </w:tc>
        <w:tc>
          <w:tcPr>
            <w:tcW w:type="dxa" w:w="6009"/>
          </w:tcPr>
          <w:p>
            <w:r>
              <w:t>Cardiologo</w:t>
            </w:r>
          </w:p>
        </w:tc>
      </w:tr>
      <w:tr>
        <w:tc>
          <w:tcPr>
            <w:tcW w:type="dxa" w:w="709"/>
          </w:tcPr>
          <w:p>
            <w:r>
              <w:t>230</w:t>
            </w:r>
          </w:p>
        </w:tc>
        <w:tc>
          <w:tcPr>
            <w:tcW w:type="dxa" w:w="3572"/>
          </w:tcPr>
          <w:p>
            <w:r>
              <w:t>Cardella Salvatore</w:t>
            </w:r>
          </w:p>
        </w:tc>
        <w:tc>
          <w:tcPr>
            <w:tcW w:type="dxa" w:w="6009"/>
          </w:tcPr>
          <w:p>
            <w:r>
              <w:t>Cappellano presso il Presidio Ospedaliero di Licata</w:t>
            </w:r>
          </w:p>
        </w:tc>
      </w:tr>
      <w:tr>
        <w:tc>
          <w:tcPr>
            <w:tcW w:type="dxa" w:w="709"/>
          </w:tcPr>
          <w:p>
            <w:r>
              <w:t>231</w:t>
            </w:r>
          </w:p>
        </w:tc>
        <w:tc>
          <w:tcPr>
            <w:tcW w:type="dxa" w:w="3572"/>
          </w:tcPr>
          <w:p>
            <w:r>
              <w:t>Carini Francesco</w:t>
            </w:r>
          </w:p>
        </w:tc>
        <w:tc>
          <w:tcPr>
            <w:tcW w:type="dxa" w:w="6009"/>
          </w:tcPr>
          <w:p>
            <w:r>
              <w:t>Dirigente medico e docente, A.O.U.P. “P. Giaccone” di Palermo</w:t>
            </w:r>
          </w:p>
        </w:tc>
      </w:tr>
      <w:tr>
        <w:tc>
          <w:tcPr>
            <w:tcW w:type="dxa" w:w="709"/>
          </w:tcPr>
          <w:p>
            <w:r>
              <w:t>232</w:t>
            </w:r>
          </w:p>
        </w:tc>
        <w:tc>
          <w:tcPr>
            <w:tcW w:type="dxa" w:w="3572"/>
          </w:tcPr>
          <w:p>
            <w:r>
              <w:t>Cariolo Alessandro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233</w:t>
            </w:r>
          </w:p>
        </w:tc>
        <w:tc>
          <w:tcPr>
            <w:tcW w:type="dxa" w:w="3572"/>
          </w:tcPr>
          <w:p>
            <w:r>
              <w:t>Carmelitano Marta</w:t>
            </w:r>
          </w:p>
        </w:tc>
        <w:tc>
          <w:tcPr>
            <w:tcW w:type="dxa" w:w="6009"/>
          </w:tcPr>
          <w:p>
            <w:r>
              <w:t>Infermiera professionale presso struttura sanitaria</w:t>
            </w:r>
          </w:p>
        </w:tc>
      </w:tr>
      <w:tr>
        <w:tc>
          <w:tcPr>
            <w:tcW w:type="dxa" w:w="709"/>
          </w:tcPr>
          <w:p>
            <w:r>
              <w:t>234</w:t>
            </w:r>
          </w:p>
        </w:tc>
        <w:tc>
          <w:tcPr>
            <w:tcW w:type="dxa" w:w="3572"/>
          </w:tcPr>
          <w:p>
            <w:r>
              <w:t>Carollo Paolo</w:t>
            </w:r>
          </w:p>
        </w:tc>
        <w:tc>
          <w:tcPr>
            <w:tcW w:type="dxa" w:w="6009"/>
          </w:tcPr>
          <w:p>
            <w:r>
              <w:t>Medico di medicina generale; già Segretario regionale FISMU</w:t>
            </w:r>
          </w:p>
        </w:tc>
      </w:tr>
      <w:tr>
        <w:tc>
          <w:tcPr>
            <w:tcW w:type="dxa" w:w="709"/>
          </w:tcPr>
          <w:p>
            <w:r>
              <w:t>235</w:t>
            </w:r>
          </w:p>
        </w:tc>
        <w:tc>
          <w:tcPr>
            <w:tcW w:type="dxa" w:w="3572"/>
          </w:tcPr>
          <w:p>
            <w:r>
              <w:t>Carpinato Ifigenia</w:t>
            </w:r>
          </w:p>
        </w:tc>
        <w:tc>
          <w:tcPr>
            <w:tcW w:type="dxa" w:w="6009"/>
          </w:tcPr>
          <w:p>
            <w:r>
              <w:t>Dottoressa in Lingue e Letterature Straniere</w:t>
            </w:r>
          </w:p>
        </w:tc>
      </w:tr>
      <w:tr>
        <w:tc>
          <w:tcPr>
            <w:tcW w:type="dxa" w:w="709"/>
          </w:tcPr>
          <w:p>
            <w:r>
              <w:t>236</w:t>
            </w:r>
          </w:p>
        </w:tc>
        <w:tc>
          <w:tcPr>
            <w:tcW w:type="dxa" w:w="3572"/>
          </w:tcPr>
          <w:p>
            <w:r>
              <w:t>Carra Elena</w:t>
            </w:r>
          </w:p>
        </w:tc>
        <w:tc>
          <w:tcPr>
            <w:tcW w:type="dxa" w:w="6009"/>
          </w:tcPr>
          <w:p>
            <w:r>
              <w:t>Genetista forense; professoressa, Università degli Studi di Palermo</w:t>
            </w:r>
          </w:p>
        </w:tc>
      </w:tr>
      <w:tr>
        <w:tc>
          <w:tcPr>
            <w:tcW w:type="dxa" w:w="709"/>
          </w:tcPr>
          <w:p>
            <w:r>
              <w:t>237</w:t>
            </w:r>
          </w:p>
        </w:tc>
        <w:tc>
          <w:tcPr>
            <w:tcW w:type="dxa" w:w="3572"/>
          </w:tcPr>
          <w:p>
            <w:r>
              <w:t>Carrozza Marco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238</w:t>
            </w:r>
          </w:p>
        </w:tc>
        <w:tc>
          <w:tcPr>
            <w:tcW w:type="dxa" w:w="3572"/>
          </w:tcPr>
          <w:p>
            <w:r>
              <w:t>Cartabellotta Fabio</w:t>
            </w:r>
          </w:p>
        </w:tc>
        <w:tc>
          <w:tcPr>
            <w:tcW w:type="dxa" w:w="6009"/>
          </w:tcPr>
          <w:p>
            <w:r>
              <w:t>Direttore Dipartimento Medico, Ospedale Buccheri La Ferla</w:t>
            </w:r>
          </w:p>
        </w:tc>
      </w:tr>
      <w:tr>
        <w:tc>
          <w:tcPr>
            <w:tcW w:type="dxa" w:w="709"/>
          </w:tcPr>
          <w:p>
            <w:r>
              <w:t>239</w:t>
            </w:r>
          </w:p>
        </w:tc>
        <w:tc>
          <w:tcPr>
            <w:tcW w:type="dxa" w:w="3572"/>
          </w:tcPr>
          <w:p>
            <w:r>
              <w:t>Caruso Angela</w:t>
            </w:r>
          </w:p>
        </w:tc>
        <w:tc>
          <w:tcPr>
            <w:tcW w:type="dxa" w:w="6009"/>
          </w:tcPr>
          <w:p>
            <w:r>
              <w:t>Farmacista</w:t>
            </w:r>
          </w:p>
        </w:tc>
      </w:tr>
      <w:tr>
        <w:tc>
          <w:tcPr>
            <w:tcW w:type="dxa" w:w="709"/>
          </w:tcPr>
          <w:p>
            <w:r>
              <w:t>240</w:t>
            </w:r>
          </w:p>
        </w:tc>
        <w:tc>
          <w:tcPr>
            <w:tcW w:type="dxa" w:w="3572"/>
          </w:tcPr>
          <w:p>
            <w:r>
              <w:t>Caruso Carmelo</w:t>
            </w:r>
          </w:p>
        </w:tc>
        <w:tc>
          <w:tcPr>
            <w:tcW w:type="dxa" w:w="6009"/>
          </w:tcPr>
          <w:p>
            <w:r>
              <w:t>Progettista; Direttore dei lavori del primo Hospice per Cure Palliative della Sicilia; componente della direzione dei lavori per il recupero degli Ospedali Gravina e Santo Pietro di Caltagirone</w:t>
            </w:r>
          </w:p>
        </w:tc>
      </w:tr>
      <w:tr>
        <w:tc>
          <w:tcPr>
            <w:tcW w:type="dxa" w:w="709"/>
          </w:tcPr>
          <w:p>
            <w:r>
              <w:t>241</w:t>
            </w:r>
          </w:p>
        </w:tc>
        <w:tc>
          <w:tcPr>
            <w:tcW w:type="dxa" w:w="3572"/>
          </w:tcPr>
          <w:p>
            <w:r>
              <w:t>Caruso Casimiro</w:t>
            </w:r>
          </w:p>
        </w:tc>
        <w:tc>
          <w:tcPr>
            <w:tcW w:type="dxa" w:w="6009"/>
          </w:tcPr>
          <w:p>
            <w:r>
              <w:t>Dirigente medico di I livello, Cardiologia</w:t>
            </w:r>
          </w:p>
        </w:tc>
      </w:tr>
      <w:tr>
        <w:tc>
          <w:tcPr>
            <w:tcW w:type="dxa" w:w="709"/>
          </w:tcPr>
          <w:p>
            <w:r>
              <w:t>242</w:t>
            </w:r>
          </w:p>
        </w:tc>
        <w:tc>
          <w:tcPr>
            <w:tcW w:type="dxa" w:w="3572"/>
          </w:tcPr>
          <w:p>
            <w:r>
              <w:t>Caruso Massimo</w:t>
            </w:r>
          </w:p>
        </w:tc>
        <w:tc>
          <w:tcPr>
            <w:tcW w:type="dxa" w:w="6009"/>
          </w:tcPr>
          <w:p>
            <w:r>
              <w:t>Consulente della comunicazione</w:t>
            </w:r>
          </w:p>
        </w:tc>
      </w:tr>
      <w:tr>
        <w:tc>
          <w:tcPr>
            <w:tcW w:type="dxa" w:w="709"/>
          </w:tcPr>
          <w:p>
            <w:r>
              <w:t>243</w:t>
            </w:r>
          </w:p>
        </w:tc>
        <w:tc>
          <w:tcPr>
            <w:tcW w:type="dxa" w:w="3572"/>
          </w:tcPr>
          <w:p>
            <w:r>
              <w:t>Caruso Vincenza</w:t>
            </w:r>
          </w:p>
        </w:tc>
        <w:tc>
          <w:tcPr>
            <w:tcW w:type="dxa" w:w="6009"/>
          </w:tcPr>
          <w:p>
            <w:r>
              <w:t>Pensionata</w:t>
            </w:r>
          </w:p>
        </w:tc>
      </w:tr>
      <w:tr>
        <w:tc>
          <w:tcPr>
            <w:tcW w:type="dxa" w:w="709"/>
          </w:tcPr>
          <w:p>
            <w:r>
              <w:t>244</w:t>
            </w:r>
          </w:p>
        </w:tc>
        <w:tc>
          <w:tcPr>
            <w:tcW w:type="dxa" w:w="3572"/>
          </w:tcPr>
          <w:p>
            <w:r>
              <w:t>Casale Agatina</w:t>
            </w:r>
          </w:p>
        </w:tc>
        <w:tc>
          <w:tcPr>
            <w:tcW w:type="dxa" w:w="6009"/>
          </w:tcPr>
          <w:p>
            <w:r>
              <w:t>Coordinatrice infermieristica, Ortopedia, P.O. Taormina</w:t>
            </w:r>
          </w:p>
        </w:tc>
      </w:tr>
      <w:tr>
        <w:tc>
          <w:tcPr>
            <w:tcW w:type="dxa" w:w="709"/>
          </w:tcPr>
          <w:p>
            <w:r>
              <w:t>245</w:t>
            </w:r>
          </w:p>
        </w:tc>
        <w:tc>
          <w:tcPr>
            <w:tcW w:type="dxa" w:w="3572"/>
          </w:tcPr>
          <w:p>
            <w:r>
              <w:t>Casales Concetta</w:t>
            </w:r>
          </w:p>
        </w:tc>
        <w:tc>
          <w:tcPr>
            <w:tcW w:type="dxa" w:w="6009"/>
          </w:tcPr>
          <w:p>
            <w:r>
              <w:t>Infermiera professionale, Ospedale V. Cervello</w:t>
            </w:r>
          </w:p>
        </w:tc>
      </w:tr>
      <w:tr>
        <w:tc>
          <w:tcPr>
            <w:tcW w:type="dxa" w:w="709"/>
          </w:tcPr>
          <w:p>
            <w:r>
              <w:t>246</w:t>
            </w:r>
          </w:p>
        </w:tc>
        <w:tc>
          <w:tcPr>
            <w:tcW w:type="dxa" w:w="3572"/>
          </w:tcPr>
          <w:p>
            <w:r>
              <w:t>Casano Gaspare Lucio</w:t>
            </w:r>
          </w:p>
        </w:tc>
        <w:tc>
          <w:tcPr>
            <w:tcW w:type="dxa" w:w="6009"/>
          </w:tcPr>
          <w:p>
            <w:r>
              <w:t>Già Direttore UOC Oculistica, P.O. Paolo Borsellino di Marsala - ASP Trapani</w:t>
            </w:r>
          </w:p>
        </w:tc>
      </w:tr>
      <w:tr>
        <w:tc>
          <w:tcPr>
            <w:tcW w:type="dxa" w:w="709"/>
          </w:tcPr>
          <w:p>
            <w:r>
              <w:t>247</w:t>
            </w:r>
          </w:p>
        </w:tc>
        <w:tc>
          <w:tcPr>
            <w:tcW w:type="dxa" w:w="3572"/>
          </w:tcPr>
          <w:p>
            <w:r>
              <w:t>Cassarà Dario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248</w:t>
            </w:r>
          </w:p>
        </w:tc>
        <w:tc>
          <w:tcPr>
            <w:tcW w:type="dxa" w:w="3572"/>
          </w:tcPr>
          <w:p>
            <w:r>
              <w:t>Cassarà Fabio</w:t>
            </w:r>
          </w:p>
        </w:tc>
        <w:tc>
          <w:tcPr>
            <w:tcW w:type="dxa" w:w="6009"/>
          </w:tcPr>
          <w:p>
            <w:r>
              <w:t>Operatore sanitario</w:t>
            </w:r>
          </w:p>
        </w:tc>
      </w:tr>
      <w:tr>
        <w:tc>
          <w:tcPr>
            <w:tcW w:type="dxa" w:w="709"/>
          </w:tcPr>
          <w:p>
            <w:r>
              <w:t>249</w:t>
            </w:r>
          </w:p>
        </w:tc>
        <w:tc>
          <w:tcPr>
            <w:tcW w:type="dxa" w:w="3572"/>
          </w:tcPr>
          <w:p>
            <w:r>
              <w:t>Castagno Giuseppa</w:t>
            </w:r>
          </w:p>
        </w:tc>
        <w:tc>
          <w:tcPr>
            <w:tcW w:type="dxa" w:w="6009"/>
          </w:tcPr>
          <w:p>
            <w:r>
              <w:t>Già dirigente medico, P.O. di Sciacca, ASP Agrigento</w:t>
            </w:r>
          </w:p>
        </w:tc>
      </w:tr>
      <w:tr>
        <w:tc>
          <w:tcPr>
            <w:tcW w:type="dxa" w:w="709"/>
          </w:tcPr>
          <w:p>
            <w:r>
              <w:t>250</w:t>
            </w:r>
          </w:p>
        </w:tc>
        <w:tc>
          <w:tcPr>
            <w:tcW w:type="dxa" w:w="3572"/>
          </w:tcPr>
          <w:p>
            <w:r>
              <w:t>Castelli Melissa</w:t>
            </w:r>
          </w:p>
        </w:tc>
        <w:tc>
          <w:tcPr>
            <w:tcW w:type="dxa" w:w="6009"/>
          </w:tcPr>
          <w:p>
            <w:r>
              <w:t>Assistente sociale</w:t>
            </w:r>
          </w:p>
        </w:tc>
      </w:tr>
      <w:tr>
        <w:tc>
          <w:tcPr>
            <w:tcW w:type="dxa" w:w="709"/>
          </w:tcPr>
          <w:p>
            <w:r>
              <w:t>251</w:t>
            </w:r>
          </w:p>
        </w:tc>
        <w:tc>
          <w:tcPr>
            <w:tcW w:type="dxa" w:w="3572"/>
          </w:tcPr>
          <w:p>
            <w:r>
              <w:t>Castorina Antonio</w:t>
            </w:r>
          </w:p>
        </w:tc>
        <w:tc>
          <w:tcPr>
            <w:tcW w:type="dxa" w:w="6009"/>
          </w:tcPr>
          <w:p>
            <w:r>
              <w:t>Già dirigente del Servizio 7 dell’Assessorato della Salute e già Direttore della UOC Assistenza Farmaceutica Territoriale, ASP Messina</w:t>
            </w:r>
          </w:p>
        </w:tc>
      </w:tr>
      <w:tr>
        <w:tc>
          <w:tcPr>
            <w:tcW w:type="dxa" w:w="709"/>
          </w:tcPr>
          <w:p>
            <w:r>
              <w:t>252</w:t>
            </w:r>
          </w:p>
        </w:tc>
        <w:tc>
          <w:tcPr>
            <w:tcW w:type="dxa" w:w="3572"/>
          </w:tcPr>
          <w:p>
            <w:r>
              <w:t>Castronovo Carla</w:t>
            </w:r>
          </w:p>
        </w:tc>
        <w:tc>
          <w:tcPr>
            <w:tcW w:type="dxa" w:w="6009"/>
          </w:tcPr>
          <w:p>
            <w:r>
              <w:t>Chinesiologa e insegnante di Scienze motorie</w:t>
            </w:r>
          </w:p>
        </w:tc>
      </w:tr>
      <w:tr>
        <w:tc>
          <w:tcPr>
            <w:tcW w:type="dxa" w:w="709"/>
          </w:tcPr>
          <w:p>
            <w:r>
              <w:t>253</w:t>
            </w:r>
          </w:p>
        </w:tc>
        <w:tc>
          <w:tcPr>
            <w:tcW w:type="dxa" w:w="3572"/>
          </w:tcPr>
          <w:p>
            <w:r>
              <w:t>Castronovo Stefano</w:t>
            </w:r>
          </w:p>
        </w:tc>
        <w:tc>
          <w:tcPr>
            <w:tcW w:type="dxa" w:w="6009"/>
          </w:tcPr>
          <w:p>
            <w:r>
              <w:t>Studente universitario</w:t>
            </w:r>
          </w:p>
        </w:tc>
      </w:tr>
      <w:tr>
        <w:tc>
          <w:tcPr>
            <w:tcW w:type="dxa" w:w="709"/>
          </w:tcPr>
          <w:p>
            <w:r>
              <w:t>254</w:t>
            </w:r>
          </w:p>
        </w:tc>
        <w:tc>
          <w:tcPr>
            <w:tcW w:type="dxa" w:w="3572"/>
          </w:tcPr>
          <w:p>
            <w:r>
              <w:t>Catalano Antonio</w:t>
            </w:r>
          </w:p>
        </w:tc>
        <w:tc>
          <w:tcPr>
            <w:tcW w:type="dxa" w:w="6009"/>
          </w:tcPr>
          <w:p>
            <w:r>
              <w:t>Consulente informatico</w:t>
            </w:r>
          </w:p>
        </w:tc>
      </w:tr>
      <w:tr>
        <w:tc>
          <w:tcPr>
            <w:tcW w:type="dxa" w:w="709"/>
          </w:tcPr>
          <w:p>
            <w:r>
              <w:t>255</w:t>
            </w:r>
          </w:p>
        </w:tc>
        <w:tc>
          <w:tcPr>
            <w:tcW w:type="dxa" w:w="3572"/>
          </w:tcPr>
          <w:p>
            <w:r>
              <w:t>Catalano Francesca</w:t>
            </w:r>
          </w:p>
        </w:tc>
        <w:tc>
          <w:tcPr>
            <w:tcW w:type="dxa" w:w="6009"/>
          </w:tcPr>
          <w:p>
            <w:r>
              <w:t>Direttore UOC Senologia, Azienda Ospedaliera Cannizzaro, Catania</w:t>
            </w:r>
          </w:p>
        </w:tc>
      </w:tr>
      <w:tr>
        <w:tc>
          <w:tcPr>
            <w:tcW w:type="dxa" w:w="709"/>
          </w:tcPr>
          <w:p>
            <w:r>
              <w:t>256</w:t>
            </w:r>
          </w:p>
        </w:tc>
        <w:tc>
          <w:tcPr>
            <w:tcW w:type="dxa" w:w="3572"/>
          </w:tcPr>
          <w:p>
            <w:r>
              <w:t>Catalano Tony</w:t>
            </w:r>
          </w:p>
        </w:tc>
        <w:tc>
          <w:tcPr>
            <w:tcW w:type="dxa" w:w="6009"/>
          </w:tcPr>
          <w:p>
            <w:r>
              <w:t>Responsabile crediti small business</w:t>
            </w:r>
          </w:p>
        </w:tc>
      </w:tr>
      <w:tr>
        <w:tc>
          <w:tcPr>
            <w:tcW w:type="dxa" w:w="709"/>
          </w:tcPr>
          <w:p>
            <w:r>
              <w:t>257</w:t>
            </w:r>
          </w:p>
        </w:tc>
        <w:tc>
          <w:tcPr>
            <w:tcW w:type="dxa" w:w="3572"/>
          </w:tcPr>
          <w:p>
            <w:r>
              <w:t>Catalano Veronica</w:t>
            </w:r>
          </w:p>
        </w:tc>
        <w:tc>
          <w:tcPr>
            <w:tcW w:type="dxa" w:w="6009"/>
          </w:tcPr>
          <w:p>
            <w:r>
              <w:t>Dirigente biologa, AUC Patologia Clinica, Ospedale Buccheri La Ferla, Palermo</w:t>
            </w:r>
          </w:p>
        </w:tc>
      </w:tr>
      <w:tr>
        <w:tc>
          <w:tcPr>
            <w:tcW w:type="dxa" w:w="709"/>
          </w:tcPr>
          <w:p>
            <w:r>
              <w:t>258</w:t>
            </w:r>
          </w:p>
        </w:tc>
        <w:tc>
          <w:tcPr>
            <w:tcW w:type="dxa" w:w="3572"/>
          </w:tcPr>
          <w:p>
            <w:r>
              <w:t>Cataldo Rosa</w:t>
            </w:r>
          </w:p>
        </w:tc>
        <w:tc>
          <w:tcPr>
            <w:tcW w:type="dxa" w:w="6009"/>
          </w:tcPr>
          <w:p>
            <w:r>
              <w:t>Impiegata</w:t>
            </w:r>
          </w:p>
        </w:tc>
      </w:tr>
      <w:tr>
        <w:tc>
          <w:tcPr>
            <w:tcW w:type="dxa" w:w="709"/>
          </w:tcPr>
          <w:p>
            <w:r>
              <w:t>259</w:t>
            </w:r>
          </w:p>
        </w:tc>
        <w:tc>
          <w:tcPr>
            <w:tcW w:type="dxa" w:w="3572"/>
          </w:tcPr>
          <w:p>
            <w:r>
              <w:t>Catanzaro Ivan</w:t>
            </w:r>
          </w:p>
        </w:tc>
        <w:tc>
          <w:tcPr>
            <w:tcW w:type="dxa" w:w="6009"/>
          </w:tcPr>
          <w:p>
            <w:r>
              <w:t>Dipendente SEUS 118, Messina</w:t>
            </w:r>
          </w:p>
        </w:tc>
      </w:tr>
      <w:tr>
        <w:tc>
          <w:tcPr>
            <w:tcW w:type="dxa" w:w="709"/>
          </w:tcPr>
          <w:p>
            <w:r>
              <w:t>260</w:t>
            </w:r>
          </w:p>
        </w:tc>
        <w:tc>
          <w:tcPr>
            <w:tcW w:type="dxa" w:w="3572"/>
          </w:tcPr>
          <w:p>
            <w:r>
              <w:t>Catrisano Antonio</w:t>
            </w:r>
          </w:p>
        </w:tc>
        <w:tc>
          <w:tcPr>
            <w:tcW w:type="dxa" w:w="6009"/>
          </w:tcPr>
          <w:p>
            <w:r>
              <w:t>SEUS 118</w:t>
            </w:r>
          </w:p>
        </w:tc>
      </w:tr>
      <w:tr>
        <w:tc>
          <w:tcPr>
            <w:tcW w:type="dxa" w:w="709"/>
          </w:tcPr>
          <w:p>
            <w:r>
              <w:t>261</w:t>
            </w:r>
          </w:p>
        </w:tc>
        <w:tc>
          <w:tcPr>
            <w:tcW w:type="dxa" w:w="3572"/>
          </w:tcPr>
          <w:p>
            <w:r>
              <w:t>Caudo Giacomo</w:t>
            </w:r>
          </w:p>
        </w:tc>
        <w:tc>
          <w:tcPr>
            <w:tcW w:type="dxa" w:w="6009"/>
          </w:tcPr>
          <w:p>
            <w:r>
              <w:t>Presidente dell’Ordine dei Medici di Messina e Presidente FIMMG</w:t>
            </w:r>
          </w:p>
        </w:tc>
      </w:tr>
      <w:tr>
        <w:tc>
          <w:tcPr>
            <w:tcW w:type="dxa" w:w="709"/>
          </w:tcPr>
          <w:p>
            <w:r>
              <w:t>262</w:t>
            </w:r>
          </w:p>
        </w:tc>
        <w:tc>
          <w:tcPr>
            <w:tcW w:type="dxa" w:w="3572"/>
          </w:tcPr>
          <w:p>
            <w:r>
              <w:t>Cavallaro Marco</w:t>
            </w:r>
          </w:p>
        </w:tc>
        <w:tc>
          <w:tcPr>
            <w:tcW w:type="dxa" w:w="6009"/>
          </w:tcPr>
          <w:p>
            <w:r>
              <w:t>Operatore socio-sanitario; Coordinatore nazionale Operatori socio-sanitari, Confintesa Sanità</w:t>
            </w:r>
          </w:p>
        </w:tc>
      </w:tr>
      <w:tr>
        <w:tc>
          <w:tcPr>
            <w:tcW w:type="dxa" w:w="709"/>
          </w:tcPr>
          <w:p>
            <w:r>
              <w:t>263</w:t>
            </w:r>
          </w:p>
        </w:tc>
        <w:tc>
          <w:tcPr>
            <w:tcW w:type="dxa" w:w="3572"/>
          </w:tcPr>
          <w:p>
            <w:r>
              <w:t>Cavallaro Maria Ausilia</w:t>
            </w:r>
          </w:p>
        </w:tc>
        <w:tc>
          <w:tcPr>
            <w:tcW w:type="dxa" w:w="6009"/>
          </w:tcPr>
          <w:p>
            <w:r>
              <w:t>Psicologa e psicoterapeuta clinica e della salute; riferimento civico di Taormina</w:t>
            </w:r>
          </w:p>
        </w:tc>
      </w:tr>
      <w:tr>
        <w:tc>
          <w:tcPr>
            <w:tcW w:type="dxa" w:w="709"/>
          </w:tcPr>
          <w:p>
            <w:r>
              <w:t>264</w:t>
            </w:r>
          </w:p>
        </w:tc>
        <w:tc>
          <w:tcPr>
            <w:tcW w:type="dxa" w:w="3572"/>
          </w:tcPr>
          <w:p>
            <w:r>
              <w:t>Celano Antonella</w:t>
            </w:r>
          </w:p>
        </w:tc>
        <w:tc>
          <w:tcPr>
            <w:tcW w:type="dxa" w:w="6009"/>
          </w:tcPr>
          <w:p>
            <w:r>
              <w:t>Presidente APMARR APS - Associazione Nazionale Persone con Malattie Reumatologiche e Rare</w:t>
            </w:r>
          </w:p>
        </w:tc>
      </w:tr>
      <w:tr>
        <w:tc>
          <w:tcPr>
            <w:tcW w:type="dxa" w:w="709"/>
          </w:tcPr>
          <w:p>
            <w:r>
              <w:t>265</w:t>
            </w:r>
          </w:p>
        </w:tc>
        <w:tc>
          <w:tcPr>
            <w:tcW w:type="dxa" w:w="3572"/>
          </w:tcPr>
          <w:p>
            <w:r>
              <w:t>Celi Barbara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266</w:t>
            </w:r>
          </w:p>
        </w:tc>
        <w:tc>
          <w:tcPr>
            <w:tcW w:type="dxa" w:w="3572"/>
          </w:tcPr>
          <w:p>
            <w:r>
              <w:t>Cellura Emmanuel</w:t>
            </w:r>
          </w:p>
        </w:tc>
        <w:tc>
          <w:tcPr>
            <w:tcW w:type="dxa" w:w="6009"/>
          </w:tcPr>
          <w:p>
            <w:r>
              <w:t>Operatore socio-sanitario (OSS) presso struttura sanitaria pubblica</w:t>
            </w:r>
          </w:p>
        </w:tc>
      </w:tr>
      <w:tr>
        <w:tc>
          <w:tcPr>
            <w:tcW w:type="dxa" w:w="709"/>
          </w:tcPr>
          <w:p>
            <w:r>
              <w:t>267</w:t>
            </w:r>
          </w:p>
        </w:tc>
        <w:tc>
          <w:tcPr>
            <w:tcW w:type="dxa" w:w="3572"/>
          </w:tcPr>
          <w:p>
            <w:r>
              <w:t>Cellura Melchiorre Gilberto</w:t>
            </w:r>
          </w:p>
        </w:tc>
        <w:tc>
          <w:tcPr>
            <w:tcW w:type="dxa" w:w="6009"/>
          </w:tcPr>
          <w:p>
            <w:r>
              <w:t>Cardiologo; già presso ARNAS Civico Palermo; libero professionista</w:t>
            </w:r>
          </w:p>
        </w:tc>
      </w:tr>
      <w:tr>
        <w:tc>
          <w:tcPr>
            <w:tcW w:type="dxa" w:w="709"/>
          </w:tcPr>
          <w:p>
            <w:r>
              <w:t>268</w:t>
            </w:r>
          </w:p>
        </w:tc>
        <w:tc>
          <w:tcPr>
            <w:tcW w:type="dxa" w:w="3572"/>
          </w:tcPr>
          <w:p>
            <w:r>
              <w:t>Cellura Miriam</w:t>
            </w:r>
          </w:p>
        </w:tc>
        <w:tc>
          <w:tcPr>
            <w:tcW w:type="dxa" w:w="6009"/>
          </w:tcPr>
          <w:p>
            <w:r>
              <w:t>ASACOM</w:t>
            </w:r>
          </w:p>
        </w:tc>
      </w:tr>
      <w:tr>
        <w:tc>
          <w:tcPr>
            <w:tcW w:type="dxa" w:w="709"/>
          </w:tcPr>
          <w:p>
            <w:r>
              <w:t>269</w:t>
            </w:r>
          </w:p>
        </w:tc>
        <w:tc>
          <w:tcPr>
            <w:tcW w:type="dxa" w:w="3572"/>
          </w:tcPr>
          <w:p>
            <w:r>
              <w:t>Cellura Salvatore</w:t>
            </w:r>
          </w:p>
        </w:tc>
        <w:tc>
          <w:tcPr>
            <w:tcW w:type="dxa" w:w="6009"/>
          </w:tcPr>
          <w:p>
            <w:r>
              <w:t>Imprenditore nel settore socio-assistenziale</w:t>
            </w:r>
          </w:p>
        </w:tc>
      </w:tr>
      <w:tr>
        <w:tc>
          <w:tcPr>
            <w:tcW w:type="dxa" w:w="709"/>
          </w:tcPr>
          <w:p>
            <w:r>
              <w:t>270</w:t>
            </w:r>
          </w:p>
        </w:tc>
        <w:tc>
          <w:tcPr>
            <w:tcW w:type="dxa" w:w="3572"/>
          </w:tcPr>
          <w:p>
            <w:r>
              <w:t>Cellura Soraja</w:t>
            </w:r>
          </w:p>
        </w:tc>
        <w:tc>
          <w:tcPr>
            <w:tcW w:type="dxa" w:w="6009"/>
          </w:tcPr>
          <w:p>
            <w:r>
              <w:t>Impiegata amministrativa</w:t>
            </w:r>
          </w:p>
        </w:tc>
      </w:tr>
      <w:tr>
        <w:tc>
          <w:tcPr>
            <w:tcW w:type="dxa" w:w="709"/>
          </w:tcPr>
          <w:p>
            <w:r>
              <w:t>271</w:t>
            </w:r>
          </w:p>
        </w:tc>
        <w:tc>
          <w:tcPr>
            <w:tcW w:type="dxa" w:w="3572"/>
          </w:tcPr>
          <w:p>
            <w:r>
              <w:t>CEMED del dott. Di Rosolini</w:t>
            </w:r>
          </w:p>
        </w:tc>
        <w:tc>
          <w:tcPr>
            <w:tcW w:type="dxa" w:w="6009"/>
          </w:tcPr>
          <w:p>
            <w:r>
              <w:t>Centro di endocrinologia</w:t>
            </w:r>
          </w:p>
        </w:tc>
      </w:tr>
      <w:tr>
        <w:tc>
          <w:tcPr>
            <w:tcW w:type="dxa" w:w="709"/>
          </w:tcPr>
          <w:p>
            <w:r>
              <w:t>272</w:t>
            </w:r>
          </w:p>
        </w:tc>
        <w:tc>
          <w:tcPr>
            <w:tcW w:type="dxa" w:w="3572"/>
          </w:tcPr>
          <w:p>
            <w:r>
              <w:t>Centonze Mariachiara</w:t>
            </w:r>
          </w:p>
        </w:tc>
        <w:tc>
          <w:tcPr>
            <w:tcW w:type="dxa" w:w="6009"/>
          </w:tcPr>
          <w:p>
            <w:r>
              <w:t>Infermiera, RSA</w:t>
            </w:r>
          </w:p>
        </w:tc>
      </w:tr>
      <w:tr>
        <w:tc>
          <w:tcPr>
            <w:tcW w:type="dxa" w:w="709"/>
          </w:tcPr>
          <w:p>
            <w:r>
              <w:t>273</w:t>
            </w:r>
          </w:p>
        </w:tc>
        <w:tc>
          <w:tcPr>
            <w:tcW w:type="dxa" w:w="3572"/>
          </w:tcPr>
          <w:p>
            <w:r>
              <w:t>Centro Cardiologico Montaina S.r.l.</w:t>
            </w:r>
          </w:p>
        </w:tc>
        <w:tc>
          <w:tcPr>
            <w:tcW w:type="dxa" w:w="6009"/>
          </w:tcPr>
          <w:p>
            <w:r>
              <w:t>Centro cardiologico</w:t>
            </w:r>
          </w:p>
        </w:tc>
      </w:tr>
      <w:tr>
        <w:tc>
          <w:tcPr>
            <w:tcW w:type="dxa" w:w="709"/>
          </w:tcPr>
          <w:p>
            <w:r>
              <w:t>274</w:t>
            </w:r>
          </w:p>
        </w:tc>
        <w:tc>
          <w:tcPr>
            <w:tcW w:type="dxa" w:w="3572"/>
          </w:tcPr>
          <w:p>
            <w:r>
              <w:t>Centro di Otorinolaringoiatria S.a.s. di Mattina Gianfranco e C.</w:t>
            </w:r>
          </w:p>
        </w:tc>
        <w:tc>
          <w:tcPr>
            <w:tcW w:type="dxa" w:w="6009"/>
          </w:tcPr>
          <w:p>
            <w:r>
              <w:t>Centro di otorinolaringoiatria</w:t>
            </w:r>
          </w:p>
        </w:tc>
      </w:tr>
      <w:tr>
        <w:tc>
          <w:tcPr>
            <w:tcW w:type="dxa" w:w="709"/>
          </w:tcPr>
          <w:p>
            <w:r>
              <w:t>275</w:t>
            </w:r>
          </w:p>
        </w:tc>
        <w:tc>
          <w:tcPr>
            <w:tcW w:type="dxa" w:w="3572"/>
          </w:tcPr>
          <w:p>
            <w:r>
              <w:t>Centro Odontoiatrico Lo Giudice</w:t>
            </w:r>
          </w:p>
        </w:tc>
        <w:tc>
          <w:tcPr>
            <w:tcW w:type="dxa" w:w="6009"/>
          </w:tcPr>
          <w:p>
            <w:r>
              <w:t>Centro odontoiatrico</w:t>
            </w:r>
          </w:p>
        </w:tc>
      </w:tr>
      <w:tr>
        <w:tc>
          <w:tcPr>
            <w:tcW w:type="dxa" w:w="709"/>
          </w:tcPr>
          <w:p>
            <w:r>
              <w:t>276</w:t>
            </w:r>
          </w:p>
        </w:tc>
        <w:tc>
          <w:tcPr>
            <w:tcW w:type="dxa" w:w="3572"/>
          </w:tcPr>
          <w:p>
            <w:r>
              <w:t>Cerioni Flavia</w:t>
            </w:r>
          </w:p>
        </w:tc>
        <w:tc>
          <w:tcPr>
            <w:tcW w:type="dxa" w:w="6009"/>
          </w:tcPr>
          <w:p>
            <w:r>
              <w:t>Responsabile commerciale Sud Italia, azienda farmaceutica</w:t>
            </w:r>
          </w:p>
        </w:tc>
      </w:tr>
      <w:tr>
        <w:tc>
          <w:tcPr>
            <w:tcW w:type="dxa" w:w="709"/>
          </w:tcPr>
          <w:p>
            <w:r>
              <w:t>277</w:t>
            </w:r>
          </w:p>
        </w:tc>
        <w:tc>
          <w:tcPr>
            <w:tcW w:type="dxa" w:w="3572"/>
          </w:tcPr>
          <w:p>
            <w:r>
              <w:t>Cherif Nejmeddinne</w:t>
            </w:r>
          </w:p>
        </w:tc>
        <w:tc>
          <w:tcPr>
            <w:tcW w:type="dxa" w:w="6009"/>
          </w:tcPr>
          <w:p>
            <w:r>
              <w:t>Cuoco, Casa di riposo</w:t>
            </w:r>
          </w:p>
        </w:tc>
      </w:tr>
      <w:tr>
        <w:tc>
          <w:tcPr>
            <w:tcW w:type="dxa" w:w="709"/>
          </w:tcPr>
          <w:p>
            <w:r>
              <w:t>278</w:t>
            </w:r>
          </w:p>
        </w:tc>
        <w:tc>
          <w:tcPr>
            <w:tcW w:type="dxa" w:w="3572"/>
          </w:tcPr>
          <w:p>
            <w:r>
              <w:t>Chianetta Giovanni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279</w:t>
            </w:r>
          </w:p>
        </w:tc>
        <w:tc>
          <w:tcPr>
            <w:tcW w:type="dxa" w:w="3572"/>
          </w:tcPr>
          <w:p>
            <w:r>
              <w:t>Chiaramonte Nunzio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280</w:t>
            </w:r>
          </w:p>
        </w:tc>
        <w:tc>
          <w:tcPr>
            <w:tcW w:type="dxa" w:w="3572"/>
          </w:tcPr>
          <w:p>
            <w:r>
              <w:t>Chillemi Prospero Marcello</w:t>
            </w:r>
          </w:p>
        </w:tc>
        <w:tc>
          <w:tcPr>
            <w:tcW w:type="dxa" w:w="6009"/>
          </w:tcPr>
          <w:p>
            <w:r>
              <w:t>Manager di società informatica</w:t>
            </w:r>
          </w:p>
        </w:tc>
      </w:tr>
      <w:tr>
        <w:tc>
          <w:tcPr>
            <w:tcW w:type="dxa" w:w="709"/>
          </w:tcPr>
          <w:p>
            <w:r>
              <w:t>281</w:t>
            </w:r>
          </w:p>
        </w:tc>
        <w:tc>
          <w:tcPr>
            <w:tcW w:type="dxa" w:w="3572"/>
          </w:tcPr>
          <w:p>
            <w:r>
              <w:t>Ciaccio Giorgio</w:t>
            </w:r>
          </w:p>
        </w:tc>
        <w:tc>
          <w:tcPr>
            <w:tcW w:type="dxa" w:w="6009"/>
          </w:tcPr>
          <w:p>
            <w:r>
              <w:t>Medico anestesista rianimatore</w:t>
            </w:r>
          </w:p>
        </w:tc>
      </w:tr>
      <w:tr>
        <w:tc>
          <w:tcPr>
            <w:tcW w:type="dxa" w:w="709"/>
          </w:tcPr>
          <w:p>
            <w:r>
              <w:t>282</w:t>
            </w:r>
          </w:p>
        </w:tc>
        <w:tc>
          <w:tcPr>
            <w:tcW w:type="dxa" w:w="3572"/>
          </w:tcPr>
          <w:p>
            <w:r>
              <w:t>Ciancio Nicola</w:t>
            </w:r>
          </w:p>
        </w:tc>
        <w:tc>
          <w:tcPr>
            <w:tcW w:type="dxa" w:w="6009"/>
          </w:tcPr>
          <w:p>
            <w:r>
              <w:t>Direttore UOC Pneumologia, Ospedale Sant'Elia di Caltanissetta</w:t>
            </w:r>
          </w:p>
        </w:tc>
      </w:tr>
      <w:tr>
        <w:tc>
          <w:tcPr>
            <w:tcW w:type="dxa" w:w="709"/>
          </w:tcPr>
          <w:p>
            <w:r>
              <w:t>283</w:t>
            </w:r>
          </w:p>
        </w:tc>
        <w:tc>
          <w:tcPr>
            <w:tcW w:type="dxa" w:w="3572"/>
          </w:tcPr>
          <w:p>
            <w:r>
              <w:t>Cicero Mario</w:t>
            </w:r>
          </w:p>
        </w:tc>
        <w:tc>
          <w:tcPr>
            <w:tcW w:type="dxa" w:w="6009"/>
          </w:tcPr>
          <w:p>
            <w:r>
              <w:t>Sindaco di Castelbuono</w:t>
            </w:r>
          </w:p>
        </w:tc>
      </w:tr>
      <w:tr>
        <w:tc>
          <w:tcPr>
            <w:tcW w:type="dxa" w:w="709"/>
          </w:tcPr>
          <w:p>
            <w:r>
              <w:t>284</w:t>
            </w:r>
          </w:p>
        </w:tc>
        <w:tc>
          <w:tcPr>
            <w:tcW w:type="dxa" w:w="3572"/>
          </w:tcPr>
          <w:p>
            <w:r>
              <w:t>Cicero Massimo</w:t>
            </w:r>
          </w:p>
        </w:tc>
        <w:tc>
          <w:tcPr>
            <w:tcW w:type="dxa" w:w="6009"/>
          </w:tcPr>
          <w:p>
            <w:r>
              <w:t>Direttore amministrativo, ASP Ragusa</w:t>
            </w:r>
          </w:p>
        </w:tc>
      </w:tr>
      <w:tr>
        <w:tc>
          <w:tcPr>
            <w:tcW w:type="dxa" w:w="709"/>
          </w:tcPr>
          <w:p>
            <w:r>
              <w:t>285</w:t>
            </w:r>
          </w:p>
        </w:tc>
        <w:tc>
          <w:tcPr>
            <w:tcW w:type="dxa" w:w="3572"/>
          </w:tcPr>
          <w:p>
            <w:r>
              <w:t>Cilea Eustachio</w:t>
            </w:r>
          </w:p>
        </w:tc>
        <w:tc>
          <w:tcPr>
            <w:tcW w:type="dxa" w:w="6009"/>
          </w:tcPr>
          <w:p>
            <w:r>
              <w:t>Commercialista</w:t>
            </w:r>
          </w:p>
        </w:tc>
      </w:tr>
      <w:tr>
        <w:tc>
          <w:tcPr>
            <w:tcW w:type="dxa" w:w="709"/>
          </w:tcPr>
          <w:p>
            <w:r>
              <w:t>286</w:t>
            </w:r>
          </w:p>
        </w:tc>
        <w:tc>
          <w:tcPr>
            <w:tcW w:type="dxa" w:w="3572"/>
          </w:tcPr>
          <w:p>
            <w:r>
              <w:t>Cillari Valeria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287</w:t>
            </w:r>
          </w:p>
        </w:tc>
        <w:tc>
          <w:tcPr>
            <w:tcW w:type="dxa" w:w="3572"/>
          </w:tcPr>
          <w:p>
            <w:r>
              <w:t>Cimino Liliana</w:t>
            </w:r>
          </w:p>
        </w:tc>
        <w:tc>
          <w:tcPr>
            <w:tcW w:type="dxa" w:w="6009"/>
          </w:tcPr>
          <w:p>
            <w:r>
              <w:t>Infermiera presso il Policlinico Universitario di Palermo</w:t>
            </w:r>
          </w:p>
        </w:tc>
      </w:tr>
      <w:tr>
        <w:tc>
          <w:tcPr>
            <w:tcW w:type="dxa" w:w="709"/>
          </w:tcPr>
          <w:p>
            <w:r>
              <w:t>288</w:t>
            </w:r>
          </w:p>
        </w:tc>
        <w:tc>
          <w:tcPr>
            <w:tcW w:type="dxa" w:w="3572"/>
          </w:tcPr>
          <w:p>
            <w:r>
              <w:t>Cimino Maria</w:t>
            </w:r>
          </w:p>
        </w:tc>
        <w:tc>
          <w:tcPr>
            <w:tcW w:type="dxa" w:w="6009"/>
          </w:tcPr>
          <w:p>
            <w:r>
              <w:t>Specialista in Otorinolaringoiatria; già dirigente medico UO ORL, ARNAS Civico Palermo; in pensione</w:t>
            </w:r>
          </w:p>
        </w:tc>
      </w:tr>
      <w:tr>
        <w:tc>
          <w:tcPr>
            <w:tcW w:type="dxa" w:w="709"/>
          </w:tcPr>
          <w:p>
            <w:r>
              <w:t>289</w:t>
            </w:r>
          </w:p>
        </w:tc>
        <w:tc>
          <w:tcPr>
            <w:tcW w:type="dxa" w:w="3572"/>
          </w:tcPr>
          <w:p>
            <w:r>
              <w:t>Cimino Sebastiano Diego</w:t>
            </w:r>
          </w:p>
        </w:tc>
        <w:tc>
          <w:tcPr>
            <w:tcW w:type="dxa" w:w="6009"/>
          </w:tcPr>
          <w:p>
            <w:r>
              <w:t>Professore ordinario di Urologia</w:t>
            </w:r>
          </w:p>
        </w:tc>
      </w:tr>
      <w:tr>
        <w:tc>
          <w:tcPr>
            <w:tcW w:type="dxa" w:w="709"/>
          </w:tcPr>
          <w:p>
            <w:r>
              <w:t>290</w:t>
            </w:r>
          </w:p>
        </w:tc>
        <w:tc>
          <w:tcPr>
            <w:tcW w:type="dxa" w:w="3572"/>
          </w:tcPr>
          <w:p>
            <w:r>
              <w:t>Cimò Francesco</w:t>
            </w:r>
          </w:p>
        </w:tc>
        <w:tc>
          <w:tcPr>
            <w:tcW w:type="dxa" w:w="6009"/>
          </w:tcPr>
          <w:p>
            <w:r>
              <w:t>Dirigente farmacista, ARNAS Civico Palermo</w:t>
            </w:r>
          </w:p>
        </w:tc>
      </w:tr>
      <w:tr>
        <w:tc>
          <w:tcPr>
            <w:tcW w:type="dxa" w:w="709"/>
          </w:tcPr>
          <w:p>
            <w:r>
              <w:t>291</w:t>
            </w:r>
          </w:p>
        </w:tc>
        <w:tc>
          <w:tcPr>
            <w:tcW w:type="dxa" w:w="3572"/>
          </w:tcPr>
          <w:p>
            <w:r>
              <w:t>Cinardi Nicola</w:t>
            </w:r>
          </w:p>
        </w:tc>
        <w:tc>
          <w:tcPr>
            <w:tcW w:type="dxa" w:w="6009"/>
          </w:tcPr>
          <w:p>
            <w:r>
              <w:t>Direttore UOC Chirurgia Oncologica, ARNAS Garibaldi, Catania</w:t>
            </w:r>
          </w:p>
        </w:tc>
      </w:tr>
      <w:tr>
        <w:tc>
          <w:tcPr>
            <w:tcW w:type="dxa" w:w="709"/>
          </w:tcPr>
          <w:p>
            <w:r>
              <w:t>292</w:t>
            </w:r>
          </w:p>
        </w:tc>
        <w:tc>
          <w:tcPr>
            <w:tcW w:type="dxa" w:w="3572"/>
          </w:tcPr>
          <w:p>
            <w:r>
              <w:t>Cinquemani Carmela</w:t>
            </w:r>
          </w:p>
        </w:tc>
        <w:tc>
          <w:tcPr>
            <w:tcW w:type="dxa" w:w="6009"/>
          </w:tcPr>
          <w:p>
            <w:r>
              <w:t>Oculista; Cinquemani Oculista S.a.s.</w:t>
            </w:r>
          </w:p>
        </w:tc>
      </w:tr>
      <w:tr>
        <w:tc>
          <w:tcPr>
            <w:tcW w:type="dxa" w:w="709"/>
          </w:tcPr>
          <w:p>
            <w:r>
              <w:t>293</w:t>
            </w:r>
          </w:p>
        </w:tc>
        <w:tc>
          <w:tcPr>
            <w:tcW w:type="dxa" w:w="3572"/>
          </w:tcPr>
          <w:p>
            <w:r>
              <w:t>Cirafici Rosalia</w:t>
            </w:r>
          </w:p>
        </w:tc>
        <w:tc>
          <w:tcPr>
            <w:tcW w:type="dxa" w:w="6009"/>
          </w:tcPr>
          <w:p>
            <w:r>
              <w:t>Pensionata</w:t>
            </w:r>
          </w:p>
        </w:tc>
      </w:tr>
      <w:tr>
        <w:tc>
          <w:tcPr>
            <w:tcW w:type="dxa" w:w="709"/>
          </w:tcPr>
          <w:p>
            <w:r>
              <w:t>294</w:t>
            </w:r>
          </w:p>
        </w:tc>
        <w:tc>
          <w:tcPr>
            <w:tcW w:type="dxa" w:w="3572"/>
          </w:tcPr>
          <w:p>
            <w:r>
              <w:t>Ciriacono Marco</w:t>
            </w:r>
          </w:p>
        </w:tc>
        <w:tc>
          <w:tcPr>
            <w:tcW w:type="dxa" w:w="6009"/>
          </w:tcPr>
          <w:p>
            <w:r>
              <w:t>Fisiatra; Coordinatore S.O.SSI</w:t>
            </w:r>
          </w:p>
        </w:tc>
      </w:tr>
      <w:tr>
        <w:tc>
          <w:tcPr>
            <w:tcW w:type="dxa" w:w="709"/>
          </w:tcPr>
          <w:p>
            <w:r>
              <w:t>295</w:t>
            </w:r>
          </w:p>
        </w:tc>
        <w:tc>
          <w:tcPr>
            <w:tcW w:type="dxa" w:w="3572"/>
          </w:tcPr>
          <w:p>
            <w:r>
              <w:t>Cirillo Stefano</w:t>
            </w:r>
          </w:p>
        </w:tc>
        <w:tc>
          <w:tcPr>
            <w:tcW w:type="dxa" w:w="6009"/>
          </w:tcPr>
          <w:p>
            <w:r>
              <w:t>Ginecologo; già Presidente della Fondazione San Raffaele Giglio di Cefalù</w:t>
            </w:r>
          </w:p>
        </w:tc>
      </w:tr>
      <w:tr>
        <w:tc>
          <w:tcPr>
            <w:tcW w:type="dxa" w:w="709"/>
          </w:tcPr>
          <w:p>
            <w:r>
              <w:t>296</w:t>
            </w:r>
          </w:p>
        </w:tc>
        <w:tc>
          <w:tcPr>
            <w:tcW w:type="dxa" w:w="3572"/>
          </w:tcPr>
          <w:p>
            <w:r>
              <w:t>Citarda Matteo</w:t>
            </w:r>
          </w:p>
        </w:tc>
        <w:tc>
          <w:tcPr>
            <w:tcW w:type="dxa" w:w="6009"/>
          </w:tcPr>
          <w:p>
            <w:r>
              <w:t>Dietista</w:t>
            </w:r>
          </w:p>
        </w:tc>
      </w:tr>
      <w:tr>
        <w:tc>
          <w:tcPr>
            <w:tcW w:type="dxa" w:w="709"/>
          </w:tcPr>
          <w:p>
            <w:r>
              <w:t>297</w:t>
            </w:r>
          </w:p>
        </w:tc>
        <w:tc>
          <w:tcPr>
            <w:tcW w:type="dxa" w:w="3572"/>
          </w:tcPr>
          <w:p>
            <w:r>
              <w:t>Coco Renato</w:t>
            </w:r>
          </w:p>
        </w:tc>
        <w:tc>
          <w:tcPr>
            <w:tcW w:type="dxa" w:w="6009"/>
          </w:tcPr>
          <w:p>
            <w:r>
              <w:t>Libero professionista; agente nel settore dei dispositivi medici e della sanità</w:t>
            </w:r>
          </w:p>
        </w:tc>
      </w:tr>
      <w:tr>
        <w:tc>
          <w:tcPr>
            <w:tcW w:type="dxa" w:w="709"/>
          </w:tcPr>
          <w:p>
            <w:r>
              <w:t>298</w:t>
            </w:r>
          </w:p>
        </w:tc>
        <w:tc>
          <w:tcPr>
            <w:tcW w:type="dxa" w:w="3572"/>
          </w:tcPr>
          <w:p>
            <w:r>
              <w:t>Colbeltaldo Anna</w:t>
            </w:r>
          </w:p>
        </w:tc>
        <w:tc>
          <w:tcPr>
            <w:tcW w:type="dxa" w:w="6009"/>
          </w:tcPr>
          <w:p>
            <w:r>
              <w:t>Fisioterapista</w:t>
            </w:r>
          </w:p>
        </w:tc>
      </w:tr>
      <w:tr>
        <w:tc>
          <w:tcPr>
            <w:tcW w:type="dxa" w:w="709"/>
          </w:tcPr>
          <w:p>
            <w:r>
              <w:t>299</w:t>
            </w:r>
          </w:p>
        </w:tc>
        <w:tc>
          <w:tcPr>
            <w:tcW w:type="dxa" w:w="3572"/>
          </w:tcPr>
          <w:p>
            <w:r>
              <w:t>Coletta Giuseppe</w:t>
            </w:r>
          </w:p>
        </w:tc>
        <w:tc>
          <w:tcPr>
            <w:tcW w:type="dxa" w:w="6009"/>
          </w:tcPr>
          <w:p>
            <w:r>
              <w:t>In pensione; già Direttore del Dipartimento Emergenza e Aree Critiche, ASO S. Croce e Carle di Cuneo</w:t>
            </w:r>
          </w:p>
        </w:tc>
      </w:tr>
      <w:tr>
        <w:tc>
          <w:tcPr>
            <w:tcW w:type="dxa" w:w="709"/>
          </w:tcPr>
          <w:p>
            <w:r>
              <w:t>300</w:t>
            </w:r>
          </w:p>
        </w:tc>
        <w:tc>
          <w:tcPr>
            <w:tcW w:type="dxa" w:w="3572"/>
          </w:tcPr>
          <w:p>
            <w:r>
              <w:t>Colletti Felicetta</w:t>
            </w:r>
          </w:p>
        </w:tc>
        <w:tc>
          <w:tcPr>
            <w:tcW w:type="dxa" w:w="6009"/>
          </w:tcPr>
          <w:p>
            <w:r>
              <w:t>Imprenditrice nel settore socio-assistenziale</w:t>
            </w:r>
          </w:p>
        </w:tc>
      </w:tr>
      <w:tr>
        <w:tc>
          <w:tcPr>
            <w:tcW w:type="dxa" w:w="709"/>
          </w:tcPr>
          <w:p>
            <w:r>
              <w:t>301</w:t>
            </w:r>
          </w:p>
        </w:tc>
        <w:tc>
          <w:tcPr>
            <w:tcW w:type="dxa" w:w="3572"/>
          </w:tcPr>
          <w:p>
            <w:r>
              <w:t>Collura Mirella</w:t>
            </w:r>
          </w:p>
        </w:tc>
        <w:tc>
          <w:tcPr>
            <w:tcW w:type="dxa" w:w="6009"/>
          </w:tcPr>
          <w:p>
            <w:r>
              <w:t>Già Direttore UOC, ARNAS Civico - Presidio G. Di Cristina</w:t>
            </w:r>
          </w:p>
        </w:tc>
      </w:tr>
      <w:tr>
        <w:tc>
          <w:tcPr>
            <w:tcW w:type="dxa" w:w="709"/>
          </w:tcPr>
          <w:p>
            <w:r>
              <w:t>302</w:t>
            </w:r>
          </w:p>
        </w:tc>
        <w:tc>
          <w:tcPr>
            <w:tcW w:type="dxa" w:w="3572"/>
          </w:tcPr>
          <w:p>
            <w:r>
              <w:t>Colombo Sebastiano Giuseppe</w:t>
            </w:r>
          </w:p>
        </w:tc>
        <w:tc>
          <w:tcPr>
            <w:tcW w:type="dxa" w:w="6009"/>
          </w:tcPr>
          <w:p>
            <w:r>
              <w:t>Presidente regionale AISA Sicilia ODV - Associazione Italiana per la lotta alle Sindromi Atassiche</w:t>
            </w:r>
          </w:p>
        </w:tc>
      </w:tr>
      <w:tr>
        <w:tc>
          <w:tcPr>
            <w:tcW w:type="dxa" w:w="709"/>
          </w:tcPr>
          <w:p>
            <w:r>
              <w:t>303</w:t>
            </w:r>
          </w:p>
        </w:tc>
        <w:tc>
          <w:tcPr>
            <w:tcW w:type="dxa" w:w="3572"/>
          </w:tcPr>
          <w:p>
            <w:r>
              <w:t>Comandè Angela</w:t>
            </w:r>
          </w:p>
        </w:tc>
        <w:tc>
          <w:tcPr>
            <w:tcW w:type="dxa" w:w="6009"/>
          </w:tcPr>
          <w:p>
            <w:r>
              <w:t>OSS presso struttura sanitaria accreditata convenzionata</w:t>
            </w:r>
          </w:p>
        </w:tc>
      </w:tr>
      <w:tr>
        <w:tc>
          <w:tcPr>
            <w:tcW w:type="dxa" w:w="709"/>
          </w:tcPr>
          <w:p>
            <w:r>
              <w:t>304</w:t>
            </w:r>
          </w:p>
        </w:tc>
        <w:tc>
          <w:tcPr>
            <w:tcW w:type="dxa" w:w="3572"/>
          </w:tcPr>
          <w:p>
            <w:r>
              <w:t>Comitini Vincenzo</w:t>
            </w:r>
          </w:p>
        </w:tc>
        <w:tc>
          <w:tcPr>
            <w:tcW w:type="dxa" w:w="6009"/>
          </w:tcPr>
          <w:p>
            <w:r>
              <w:t>Direttore UOC Ortopedia e Traumatologia, Ospedale “Gravina” di Caltagirone, ASP Catania.</w:t>
            </w:r>
          </w:p>
        </w:tc>
      </w:tr>
      <w:tr>
        <w:tc>
          <w:tcPr>
            <w:tcW w:type="dxa" w:w="709"/>
          </w:tcPr>
          <w:p>
            <w:r>
              <w:t>305</w:t>
            </w:r>
          </w:p>
        </w:tc>
        <w:tc>
          <w:tcPr>
            <w:tcW w:type="dxa" w:w="3572"/>
          </w:tcPr>
          <w:p>
            <w:r>
              <w:t>Compagnone Giuseppe</w:t>
            </w:r>
          </w:p>
        </w:tc>
        <w:tc>
          <w:tcPr>
            <w:tcW w:type="dxa" w:w="6009"/>
          </w:tcPr>
          <w:p>
            <w:r>
              <w:t>Specialista in Chirurgia generale ed Endocrinochirurgia</w:t>
            </w:r>
          </w:p>
        </w:tc>
      </w:tr>
      <w:tr>
        <w:tc>
          <w:tcPr>
            <w:tcW w:type="dxa" w:w="709"/>
          </w:tcPr>
          <w:p>
            <w:r>
              <w:t>306</w:t>
            </w:r>
          </w:p>
        </w:tc>
        <w:tc>
          <w:tcPr>
            <w:tcW w:type="dxa" w:w="3572"/>
          </w:tcPr>
          <w:p>
            <w:r>
              <w:t>Comparetto Maria</w:t>
            </w:r>
          </w:p>
        </w:tc>
        <w:tc>
          <w:tcPr>
            <w:tcW w:type="dxa" w:w="6009"/>
          </w:tcPr>
          <w:p>
            <w:r>
              <w:t>Pediatra di libera scelta</w:t>
            </w:r>
          </w:p>
        </w:tc>
      </w:tr>
      <w:tr>
        <w:tc>
          <w:tcPr>
            <w:tcW w:type="dxa" w:w="709"/>
          </w:tcPr>
          <w:p>
            <w:r>
              <w:t>307</w:t>
            </w:r>
          </w:p>
        </w:tc>
        <w:tc>
          <w:tcPr>
            <w:tcW w:type="dxa" w:w="3572"/>
          </w:tcPr>
          <w:p>
            <w:r>
              <w:t>Coniglio Calogero</w:t>
            </w:r>
          </w:p>
        </w:tc>
        <w:tc>
          <w:tcPr>
            <w:tcW w:type="dxa" w:w="6009"/>
          </w:tcPr>
          <w:p>
            <w:r>
              <w:t>Coordinatore infermieristico delle professioni sanitarie e sociosanitarie, AOU Policlinico-San Marco di Catania</w:t>
            </w:r>
          </w:p>
        </w:tc>
      </w:tr>
      <w:tr>
        <w:tc>
          <w:tcPr>
            <w:tcW w:type="dxa" w:w="709"/>
          </w:tcPr>
          <w:p>
            <w:r>
              <w:t>308</w:t>
            </w:r>
          </w:p>
        </w:tc>
        <w:tc>
          <w:tcPr>
            <w:tcW w:type="dxa" w:w="3572"/>
          </w:tcPr>
          <w:p>
            <w:r>
              <w:t>Coniglio Clarissa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309</w:t>
            </w:r>
          </w:p>
        </w:tc>
        <w:tc>
          <w:tcPr>
            <w:tcW w:type="dxa" w:w="3572"/>
          </w:tcPr>
          <w:p>
            <w:r>
              <w:t>Consagra Clara</w:t>
            </w:r>
          </w:p>
        </w:tc>
        <w:tc>
          <w:tcPr>
            <w:tcW w:type="dxa" w:w="6009"/>
          </w:tcPr>
          <w:p>
            <w:r>
              <w:t>Assistente amministrativa, ASP Agrigento; in servizio presso il Presidio Ospedaliero di Licata</w:t>
            </w:r>
          </w:p>
        </w:tc>
      </w:tr>
      <w:tr>
        <w:tc>
          <w:tcPr>
            <w:tcW w:type="dxa" w:w="709"/>
          </w:tcPr>
          <w:p>
            <w:r>
              <w:t>310</w:t>
            </w:r>
          </w:p>
        </w:tc>
        <w:tc>
          <w:tcPr>
            <w:tcW w:type="dxa" w:w="3572"/>
          </w:tcPr>
          <w:p>
            <w:r>
              <w:t>Consiglio Maurizio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311</w:t>
            </w:r>
          </w:p>
        </w:tc>
        <w:tc>
          <w:tcPr>
            <w:tcW w:type="dxa" w:w="3572"/>
          </w:tcPr>
          <w:p>
            <w:r>
              <w:t>Consiglio Nicolò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312</w:t>
            </w:r>
          </w:p>
        </w:tc>
        <w:tc>
          <w:tcPr>
            <w:tcW w:type="dxa" w:w="3572"/>
          </w:tcPr>
          <w:p>
            <w:r>
              <w:t>Contino Antonino Odierna</w:t>
            </w:r>
          </w:p>
        </w:tc>
        <w:tc>
          <w:tcPr>
            <w:tcW w:type="dxa" w:w="6009"/>
          </w:tcPr>
          <w:p>
            <w:r>
              <w:t>Medico ospedaliero</w:t>
            </w:r>
          </w:p>
        </w:tc>
      </w:tr>
      <w:tr>
        <w:tc>
          <w:tcPr>
            <w:tcW w:type="dxa" w:w="709"/>
          </w:tcPr>
          <w:p>
            <w:r>
              <w:t>313</w:t>
            </w:r>
          </w:p>
        </w:tc>
        <w:tc>
          <w:tcPr>
            <w:tcW w:type="dxa" w:w="3572"/>
          </w:tcPr>
          <w:p>
            <w:r>
              <w:t>Contino Rosalba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314</w:t>
            </w:r>
          </w:p>
        </w:tc>
        <w:tc>
          <w:tcPr>
            <w:tcW w:type="dxa" w:w="3572"/>
          </w:tcPr>
          <w:p>
            <w:r>
              <w:t>Converso Benedetta</w:t>
            </w:r>
          </w:p>
        </w:tc>
        <w:tc>
          <w:tcPr>
            <w:tcW w:type="dxa" w:w="6009"/>
          </w:tcPr>
          <w:p>
            <w:r>
              <w:t>Già impiegata amministrativa, Policlinico di Catania</w:t>
            </w:r>
          </w:p>
        </w:tc>
      </w:tr>
      <w:tr>
        <w:tc>
          <w:tcPr>
            <w:tcW w:type="dxa" w:w="709"/>
          </w:tcPr>
          <w:p>
            <w:r>
              <w:t>315</w:t>
            </w:r>
          </w:p>
        </w:tc>
        <w:tc>
          <w:tcPr>
            <w:tcW w:type="dxa" w:w="3572"/>
          </w:tcPr>
          <w:p>
            <w:r>
              <w:t>Coraci Gaia</w:t>
            </w:r>
          </w:p>
        </w:tc>
        <w:tc>
          <w:tcPr>
            <w:tcW w:type="dxa" w:w="6009"/>
          </w:tcPr>
          <w:p>
            <w:r>
              <w:t>Infermiera professionale presso struttura sanitaria</w:t>
            </w:r>
          </w:p>
        </w:tc>
      </w:tr>
      <w:tr>
        <w:tc>
          <w:tcPr>
            <w:tcW w:type="dxa" w:w="709"/>
          </w:tcPr>
          <w:p>
            <w:r>
              <w:t>316</w:t>
            </w:r>
          </w:p>
        </w:tc>
        <w:tc>
          <w:tcPr>
            <w:tcW w:type="dxa" w:w="3572"/>
          </w:tcPr>
          <w:p>
            <w:r>
              <w:t>Coronella Maria</w:t>
            </w:r>
          </w:p>
        </w:tc>
        <w:tc>
          <w:tcPr>
            <w:tcW w:type="dxa" w:w="6009"/>
          </w:tcPr>
          <w:p>
            <w:r>
              <w:t>Medico radiologo, UOC Radiologia, AOU Policlinico di Catania</w:t>
            </w:r>
          </w:p>
        </w:tc>
      </w:tr>
      <w:tr>
        <w:tc>
          <w:tcPr>
            <w:tcW w:type="dxa" w:w="709"/>
          </w:tcPr>
          <w:p>
            <w:r>
              <w:t>317</w:t>
            </w:r>
          </w:p>
        </w:tc>
        <w:tc>
          <w:tcPr>
            <w:tcW w:type="dxa" w:w="3572"/>
          </w:tcPr>
          <w:p>
            <w:r>
              <w:t>Corrao Marco</w:t>
            </w:r>
          </w:p>
        </w:tc>
        <w:tc>
          <w:tcPr>
            <w:tcW w:type="dxa" w:w="6009"/>
          </w:tcPr>
          <w:p>
            <w:r>
              <w:t>Segretario regionale aggiunto CISL FP</w:t>
            </w:r>
          </w:p>
        </w:tc>
      </w:tr>
      <w:tr>
        <w:tc>
          <w:tcPr>
            <w:tcW w:type="dxa" w:w="709"/>
          </w:tcPr>
          <w:p>
            <w:r>
              <w:t>318</w:t>
            </w:r>
          </w:p>
        </w:tc>
        <w:tc>
          <w:tcPr>
            <w:tcW w:type="dxa" w:w="3572"/>
          </w:tcPr>
          <w:p>
            <w:r>
              <w:t>Corrao Salvatore</w:t>
            </w:r>
          </w:p>
        </w:tc>
        <w:tc>
          <w:tcPr>
            <w:tcW w:type="dxa" w:w="6009"/>
          </w:tcPr>
          <w:p>
            <w:r>
              <w:t>Professore ordinario di Medicina Interna; Direttore del Dipartimento di Medicina, ARNAS Civico Palermo</w:t>
            </w:r>
          </w:p>
        </w:tc>
      </w:tr>
      <w:tr>
        <w:tc>
          <w:tcPr>
            <w:tcW w:type="dxa" w:w="709"/>
          </w:tcPr>
          <w:p>
            <w:r>
              <w:t>319</w:t>
            </w:r>
          </w:p>
        </w:tc>
        <w:tc>
          <w:tcPr>
            <w:tcW w:type="dxa" w:w="3572"/>
          </w:tcPr>
          <w:p>
            <w:r>
              <w:t>Corredor Rafaela</w:t>
            </w:r>
          </w:p>
        </w:tc>
        <w:tc>
          <w:tcPr>
            <w:tcW w:type="dxa" w:w="6009"/>
          </w:tcPr>
          <w:p>
            <w:r>
              <w:t>Titolare farmacia</w:t>
            </w:r>
          </w:p>
        </w:tc>
      </w:tr>
      <w:tr>
        <w:tc>
          <w:tcPr>
            <w:tcW w:type="dxa" w:w="709"/>
          </w:tcPr>
          <w:p>
            <w:r>
              <w:t>320</w:t>
            </w:r>
          </w:p>
        </w:tc>
        <w:tc>
          <w:tcPr>
            <w:tcW w:type="dxa" w:w="3572"/>
          </w:tcPr>
          <w:p>
            <w:r>
              <w:t>Corsello Salvatore</w:t>
            </w:r>
          </w:p>
        </w:tc>
        <w:tc>
          <w:tcPr>
            <w:tcW w:type="dxa" w:w="6009"/>
          </w:tcPr>
          <w:p>
            <w:r>
              <w:t>Ginecologo, Ginecogen S.r.l.</w:t>
            </w:r>
          </w:p>
        </w:tc>
      </w:tr>
      <w:tr>
        <w:tc>
          <w:tcPr>
            <w:tcW w:type="dxa" w:w="709"/>
          </w:tcPr>
          <w:p>
            <w:r>
              <w:t>321</w:t>
            </w:r>
          </w:p>
        </w:tc>
        <w:tc>
          <w:tcPr>
            <w:tcW w:type="dxa" w:w="3572"/>
          </w:tcPr>
          <w:p>
            <w:r>
              <w:t>Cosentina Miguel</w:t>
            </w:r>
          </w:p>
        </w:tc>
        <w:tc>
          <w:tcPr>
            <w:tcW w:type="dxa" w:w="6009"/>
          </w:tcPr>
          <w:p>
            <w:r>
              <w:t>Operatore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322</w:t>
            </w:r>
          </w:p>
        </w:tc>
        <w:tc>
          <w:tcPr>
            <w:tcW w:type="dxa" w:w="3572"/>
          </w:tcPr>
          <w:p>
            <w:r>
              <w:t>Cosentino Emanuele</w:t>
            </w:r>
          </w:p>
        </w:tc>
        <w:tc>
          <w:tcPr>
            <w:tcW w:type="dxa" w:w="6009"/>
          </w:tcPr>
          <w:p>
            <w:r>
              <w:t>Segretario regionale FISMU</w:t>
            </w:r>
          </w:p>
        </w:tc>
      </w:tr>
      <w:tr>
        <w:tc>
          <w:tcPr>
            <w:tcW w:type="dxa" w:w="709"/>
          </w:tcPr>
          <w:p>
            <w:r>
              <w:t>323</w:t>
            </w:r>
          </w:p>
        </w:tc>
        <w:tc>
          <w:tcPr>
            <w:tcW w:type="dxa" w:w="3572"/>
          </w:tcPr>
          <w:p>
            <w:r>
              <w:t>Cosenza Dario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324</w:t>
            </w:r>
          </w:p>
        </w:tc>
        <w:tc>
          <w:tcPr>
            <w:tcW w:type="dxa" w:w="3572"/>
          </w:tcPr>
          <w:p>
            <w:r>
              <w:t>Costa Patrizia Claudia</w:t>
            </w:r>
          </w:p>
        </w:tc>
        <w:tc>
          <w:tcPr>
            <w:tcW w:type="dxa" w:w="6009"/>
          </w:tcPr>
          <w:p>
            <w:r>
              <w:t>Consigliera comunale di Gravina di Catania; Riferimento Civico della Salute</w:t>
            </w:r>
          </w:p>
        </w:tc>
      </w:tr>
      <w:tr>
        <w:tc>
          <w:tcPr>
            <w:tcW w:type="dxa" w:w="709"/>
          </w:tcPr>
          <w:p>
            <w:r>
              <w:t>325</w:t>
            </w:r>
          </w:p>
        </w:tc>
        <w:tc>
          <w:tcPr>
            <w:tcW w:type="dxa" w:w="3572"/>
          </w:tcPr>
          <w:p>
            <w:r>
              <w:t>Costa Santi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326</w:t>
            </w:r>
          </w:p>
        </w:tc>
        <w:tc>
          <w:tcPr>
            <w:tcW w:type="dxa" w:w="3572"/>
          </w:tcPr>
          <w:p>
            <w:r>
              <w:t>Costanza Georgiana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327</w:t>
            </w:r>
          </w:p>
        </w:tc>
        <w:tc>
          <w:tcPr>
            <w:tcW w:type="dxa" w:w="3572"/>
          </w:tcPr>
          <w:p>
            <w:r>
              <w:t>Costanzo Angela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328</w:t>
            </w:r>
          </w:p>
        </w:tc>
        <w:tc>
          <w:tcPr>
            <w:tcW w:type="dxa" w:w="3572"/>
          </w:tcPr>
          <w:p>
            <w:r>
              <w:t>Cottone Valentina</w:t>
            </w:r>
          </w:p>
        </w:tc>
        <w:tc>
          <w:tcPr>
            <w:tcW w:type="dxa" w:w="6009"/>
          </w:tcPr>
          <w:p>
            <w:r>
              <w:t>Addetta alla cucina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329</w:t>
            </w:r>
          </w:p>
        </w:tc>
        <w:tc>
          <w:tcPr>
            <w:tcW w:type="dxa" w:w="3572"/>
          </w:tcPr>
          <w:p>
            <w:r>
              <w:t>Crema Marco</w:t>
            </w:r>
          </w:p>
        </w:tc>
        <w:tc>
          <w:tcPr>
            <w:tcW w:type="dxa" w:w="6009"/>
          </w:tcPr>
          <w:p>
            <w:r>
              <w:t>Medico del lavoro competente autorizzato; già ARNAS Civico Palermo</w:t>
            </w:r>
          </w:p>
        </w:tc>
      </w:tr>
      <w:tr>
        <w:tc>
          <w:tcPr>
            <w:tcW w:type="dxa" w:w="709"/>
          </w:tcPr>
          <w:p>
            <w:r>
              <w:t>330</w:t>
            </w:r>
          </w:p>
        </w:tc>
        <w:tc>
          <w:tcPr>
            <w:tcW w:type="dxa" w:w="3572"/>
          </w:tcPr>
          <w:p>
            <w:r>
              <w:t>Crescente Gianfranco</w:t>
            </w:r>
          </w:p>
        </w:tc>
        <w:tc>
          <w:tcPr>
            <w:tcW w:type="dxa" w:w="6009"/>
          </w:tcPr>
          <w:p>
            <w:r>
              <w:t>Docente universitario di Architettura</w:t>
            </w:r>
          </w:p>
        </w:tc>
      </w:tr>
      <w:tr>
        <w:tc>
          <w:tcPr>
            <w:tcW w:type="dxa" w:w="709"/>
          </w:tcPr>
          <w:p>
            <w:r>
              <w:t>331</w:t>
            </w:r>
          </w:p>
        </w:tc>
        <w:tc>
          <w:tcPr>
            <w:tcW w:type="dxa" w:w="3572"/>
          </w:tcPr>
          <w:p>
            <w:r>
              <w:t>Crescente Maria Chiara</w:t>
            </w:r>
          </w:p>
        </w:tc>
        <w:tc>
          <w:tcPr>
            <w:tcW w:type="dxa" w:w="6009"/>
          </w:tcPr>
          <w:p>
            <w:r>
              <w:t>Responsabile amministrativa</w:t>
            </w:r>
          </w:p>
        </w:tc>
      </w:tr>
      <w:tr>
        <w:tc>
          <w:tcPr>
            <w:tcW w:type="dxa" w:w="709"/>
          </w:tcPr>
          <w:p>
            <w:r>
              <w:t>332</w:t>
            </w:r>
          </w:p>
        </w:tc>
        <w:tc>
          <w:tcPr>
            <w:tcW w:type="dxa" w:w="3572"/>
          </w:tcPr>
          <w:p>
            <w:r>
              <w:t>Crisafulli Daniela</w:t>
            </w:r>
          </w:p>
        </w:tc>
        <w:tc>
          <w:tcPr>
            <w:tcW w:type="dxa" w:w="6009"/>
          </w:tcPr>
          <w:p>
            <w:r>
              <w:t>Medico fisiatra</w:t>
            </w:r>
          </w:p>
        </w:tc>
      </w:tr>
      <w:tr>
        <w:tc>
          <w:tcPr>
            <w:tcW w:type="dxa" w:w="709"/>
          </w:tcPr>
          <w:p>
            <w:r>
              <w:t>333</w:t>
            </w:r>
          </w:p>
        </w:tc>
        <w:tc>
          <w:tcPr>
            <w:tcW w:type="dxa" w:w="3572"/>
          </w:tcPr>
          <w:p>
            <w:r>
              <w:t>Crocillà Lorenzo</w:t>
            </w:r>
          </w:p>
        </w:tc>
        <w:tc>
          <w:tcPr>
            <w:tcW w:type="dxa" w:w="6009"/>
          </w:tcPr>
          <w:p>
            <w:r>
              <w:t>Infermiere professionale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334</w:t>
            </w:r>
          </w:p>
        </w:tc>
        <w:tc>
          <w:tcPr>
            <w:tcW w:type="dxa" w:w="3572"/>
          </w:tcPr>
          <w:p>
            <w:r>
              <w:t>Cuccia Giorgio</w:t>
            </w:r>
          </w:p>
        </w:tc>
        <w:tc>
          <w:tcPr>
            <w:tcW w:type="dxa" w:w="6009"/>
          </w:tcPr>
          <w:p>
            <w:r>
              <w:t>Fisioterapista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335</w:t>
            </w:r>
          </w:p>
        </w:tc>
        <w:tc>
          <w:tcPr>
            <w:tcW w:type="dxa" w:w="3572"/>
          </w:tcPr>
          <w:p>
            <w:r>
              <w:t>Cultrona Lorenzo</w:t>
            </w:r>
          </w:p>
        </w:tc>
        <w:tc>
          <w:tcPr>
            <w:tcW w:type="dxa" w:w="6009"/>
          </w:tcPr>
          <w:p>
            <w:r>
              <w:t>Manager di azienda farmaceutica</w:t>
            </w:r>
          </w:p>
        </w:tc>
      </w:tr>
      <w:tr>
        <w:tc>
          <w:tcPr>
            <w:tcW w:type="dxa" w:w="709"/>
          </w:tcPr>
          <w:p>
            <w:r>
              <w:t>336</w:t>
            </w:r>
          </w:p>
        </w:tc>
        <w:tc>
          <w:tcPr>
            <w:tcW w:type="dxa" w:w="3572"/>
          </w:tcPr>
          <w:p>
            <w:r>
              <w:t>Cum Alessandra</w:t>
            </w:r>
          </w:p>
        </w:tc>
        <w:tc>
          <w:tcPr>
            <w:tcW w:type="dxa" w:w="6009"/>
          </w:tcPr>
          <w:p>
            <w:r>
              <w:t>Oculista; dirigente aziendale</w:t>
            </w:r>
          </w:p>
        </w:tc>
      </w:tr>
      <w:tr>
        <w:tc>
          <w:tcPr>
            <w:tcW w:type="dxa" w:w="709"/>
          </w:tcPr>
          <w:p>
            <w:r>
              <w:t>337</w:t>
            </w:r>
          </w:p>
        </w:tc>
        <w:tc>
          <w:tcPr>
            <w:tcW w:type="dxa" w:w="3572"/>
          </w:tcPr>
          <w:p>
            <w:r>
              <w:t>Curiale Gaetano</w:t>
            </w:r>
          </w:p>
        </w:tc>
        <w:tc>
          <w:tcPr>
            <w:tcW w:type="dxa" w:w="6009"/>
          </w:tcPr>
          <w:p>
            <w:r>
              <w:t>Autista soccorritore, SEUS S.c.p.a.</w:t>
            </w:r>
          </w:p>
        </w:tc>
      </w:tr>
      <w:tr>
        <w:tc>
          <w:tcPr>
            <w:tcW w:type="dxa" w:w="709"/>
          </w:tcPr>
          <w:p>
            <w:r>
              <w:t>338</w:t>
            </w:r>
          </w:p>
        </w:tc>
        <w:tc>
          <w:tcPr>
            <w:tcW w:type="dxa" w:w="3572"/>
          </w:tcPr>
          <w:p>
            <w:r>
              <w:t>Curti Giardina Maurizio</w:t>
            </w:r>
          </w:p>
        </w:tc>
        <w:tc>
          <w:tcPr>
            <w:tcW w:type="dxa" w:w="6009"/>
          </w:tcPr>
          <w:p>
            <w:r>
              <w:t>Fisioterapista</w:t>
            </w:r>
          </w:p>
        </w:tc>
      </w:tr>
      <w:tr>
        <w:tc>
          <w:tcPr>
            <w:tcW w:type="dxa" w:w="709"/>
          </w:tcPr>
          <w:p>
            <w:r>
              <w:t>339</w:t>
            </w:r>
          </w:p>
        </w:tc>
        <w:tc>
          <w:tcPr>
            <w:tcW w:type="dxa" w:w="3572"/>
          </w:tcPr>
          <w:p>
            <w:r>
              <w:t>Cusenza Francesco</w:t>
            </w:r>
          </w:p>
        </w:tc>
        <w:tc>
          <w:tcPr>
            <w:tcW w:type="dxa" w:w="6009"/>
          </w:tcPr>
          <w:p>
            <w:r>
              <w:t>Consulente finanziario esperto in risk management</w:t>
            </w:r>
          </w:p>
        </w:tc>
      </w:tr>
      <w:tr>
        <w:tc>
          <w:tcPr>
            <w:tcW w:type="dxa" w:w="709"/>
          </w:tcPr>
          <w:p>
            <w:r>
              <w:t>340</w:t>
            </w:r>
          </w:p>
        </w:tc>
        <w:tc>
          <w:tcPr>
            <w:tcW w:type="dxa" w:w="3572"/>
          </w:tcPr>
          <w:p>
            <w:r>
              <w:t>Cusimano Ignazio</w:t>
            </w:r>
          </w:p>
        </w:tc>
        <w:tc>
          <w:tcPr>
            <w:tcW w:type="dxa" w:w="6009"/>
          </w:tcPr>
          <w:p>
            <w:r>
              <w:t>Infermiere professionale presso struttura accreditata convenzionata</w:t>
            </w:r>
          </w:p>
        </w:tc>
      </w:tr>
      <w:tr>
        <w:tc>
          <w:tcPr>
            <w:tcW w:type="dxa" w:w="709"/>
          </w:tcPr>
          <w:p>
            <w:r>
              <w:t>341</w:t>
            </w:r>
          </w:p>
        </w:tc>
        <w:tc>
          <w:tcPr>
            <w:tcW w:type="dxa" w:w="3572"/>
          </w:tcPr>
          <w:p>
            <w:r>
              <w:t>Cuttone Giacomo</w:t>
            </w:r>
          </w:p>
        </w:tc>
        <w:tc>
          <w:tcPr>
            <w:tcW w:type="dxa" w:w="6009"/>
          </w:tcPr>
          <w:p>
            <w:r>
              <w:t>Dirigente di ricerca, INFN</w:t>
            </w:r>
          </w:p>
        </w:tc>
      </w:tr>
      <w:tr>
        <w:tc>
          <w:tcPr>
            <w:tcW w:type="dxa" w:w="709"/>
          </w:tcPr>
          <w:p>
            <w:r>
              <w:t>342</w:t>
            </w:r>
          </w:p>
        </w:tc>
        <w:tc>
          <w:tcPr>
            <w:tcW w:type="dxa" w:w="3572"/>
          </w:tcPr>
          <w:p>
            <w:r>
              <w:t>D'Agostaro Cosima Nadia</w:t>
            </w:r>
          </w:p>
        </w:tc>
        <w:tc>
          <w:tcPr>
            <w:tcW w:type="dxa" w:w="6009"/>
          </w:tcPr>
          <w:p>
            <w:r>
              <w:t>Ausiliaria presso struttura socio-assistenziale</w:t>
            </w:r>
          </w:p>
        </w:tc>
      </w:tr>
      <w:tr>
        <w:tc>
          <w:tcPr>
            <w:tcW w:type="dxa" w:w="709"/>
          </w:tcPr>
          <w:p>
            <w:r>
              <w:t>343</w:t>
            </w:r>
          </w:p>
        </w:tc>
        <w:tc>
          <w:tcPr>
            <w:tcW w:type="dxa" w:w="3572"/>
          </w:tcPr>
          <w:p>
            <w:r>
              <w:t>D'Aiello Jessica</w:t>
            </w:r>
          </w:p>
        </w:tc>
        <w:tc>
          <w:tcPr>
            <w:tcW w:type="dxa" w:w="6009"/>
          </w:tcPr>
          <w:p>
            <w:r>
              <w:t>OSS presso struttura sanitaria accreditata convenzionata</w:t>
            </w:r>
          </w:p>
        </w:tc>
      </w:tr>
      <w:tr>
        <w:tc>
          <w:tcPr>
            <w:tcW w:type="dxa" w:w="709"/>
          </w:tcPr>
          <w:p>
            <w:r>
              <w:t>344</w:t>
            </w:r>
          </w:p>
        </w:tc>
        <w:tc>
          <w:tcPr>
            <w:tcW w:type="dxa" w:w="3572"/>
          </w:tcPr>
          <w:p>
            <w:r>
              <w:t>D'Aleo Giangaetano</w:t>
            </w:r>
          </w:p>
        </w:tc>
        <w:tc>
          <w:tcPr>
            <w:tcW w:type="dxa" w:w="6009"/>
          </w:tcPr>
          <w:p>
            <w:r>
              <w:t>Dirigente neurologo; Responsabile UOS “Qualità, Accreditamento e Rischio Clinico”, IRCCS “Bonino-Pulejo” di Messina</w:t>
            </w:r>
          </w:p>
        </w:tc>
      </w:tr>
      <w:tr>
        <w:tc>
          <w:tcPr>
            <w:tcW w:type="dxa" w:w="709"/>
          </w:tcPr>
          <w:p>
            <w:r>
              <w:t>345</w:t>
            </w:r>
          </w:p>
        </w:tc>
        <w:tc>
          <w:tcPr>
            <w:tcW w:type="dxa" w:w="3572"/>
          </w:tcPr>
          <w:p>
            <w:r>
              <w:t>D'Amico Giovanni</w:t>
            </w:r>
          </w:p>
        </w:tc>
        <w:tc>
          <w:tcPr>
            <w:tcW w:type="dxa" w:w="6009"/>
          </w:tcPr>
          <w:p>
            <w:r>
              <w:t>Operatore socio-sanitario (OSS)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346</w:t>
            </w:r>
          </w:p>
        </w:tc>
        <w:tc>
          <w:tcPr>
            <w:tcW w:type="dxa" w:w="3572"/>
          </w:tcPr>
          <w:p>
            <w:r>
              <w:t>D'Amico Giuseppina</w:t>
            </w:r>
          </w:p>
        </w:tc>
        <w:tc>
          <w:tcPr>
            <w:tcW w:type="dxa" w:w="6009"/>
          </w:tcPr>
          <w:p>
            <w:r>
              <w:t>Coordinatrice di Neurologia</w:t>
            </w:r>
          </w:p>
        </w:tc>
      </w:tr>
      <w:tr>
        <w:tc>
          <w:tcPr>
            <w:tcW w:type="dxa" w:w="709"/>
          </w:tcPr>
          <w:p>
            <w:r>
              <w:t>347</w:t>
            </w:r>
          </w:p>
        </w:tc>
        <w:tc>
          <w:tcPr>
            <w:tcW w:type="dxa" w:w="3572"/>
          </w:tcPr>
          <w:p>
            <w:r>
              <w:t>D'Amico Miriam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348</w:t>
            </w:r>
          </w:p>
        </w:tc>
        <w:tc>
          <w:tcPr>
            <w:tcW w:type="dxa" w:w="3572"/>
          </w:tcPr>
          <w:p>
            <w:r>
              <w:t>D'Amico Vittoria</w:t>
            </w:r>
          </w:p>
        </w:tc>
        <w:tc>
          <w:tcPr>
            <w:tcW w:type="dxa" w:w="6009"/>
          </w:tcPr>
          <w:p>
            <w:r>
              <w:t>Logopedista libero professionista</w:t>
            </w:r>
          </w:p>
        </w:tc>
      </w:tr>
      <w:tr>
        <w:tc>
          <w:tcPr>
            <w:tcW w:type="dxa" w:w="709"/>
          </w:tcPr>
          <w:p>
            <w:r>
              <w:t>349</w:t>
            </w:r>
          </w:p>
        </w:tc>
        <w:tc>
          <w:tcPr>
            <w:tcW w:type="dxa" w:w="3572"/>
          </w:tcPr>
          <w:p>
            <w:r>
              <w:t>D'Angelo Anna Maria</w:t>
            </w:r>
          </w:p>
        </w:tc>
        <w:tc>
          <w:tcPr>
            <w:tcW w:type="dxa" w:w="6009"/>
          </w:tcPr>
          <w:p>
            <w:r>
              <w:t>Infermiera professionale, UOC Cardiologia di Mazara del Vallo</w:t>
            </w:r>
          </w:p>
        </w:tc>
      </w:tr>
      <w:tr>
        <w:tc>
          <w:tcPr>
            <w:tcW w:type="dxa" w:w="709"/>
          </w:tcPr>
          <w:p>
            <w:r>
              <w:t>350</w:t>
            </w:r>
          </w:p>
        </w:tc>
        <w:tc>
          <w:tcPr>
            <w:tcW w:type="dxa" w:w="3572"/>
          </w:tcPr>
          <w:p>
            <w:r>
              <w:t>D'Angelo Leonardo</w:t>
            </w:r>
          </w:p>
        </w:tc>
        <w:tc>
          <w:tcPr>
            <w:tcW w:type="dxa" w:w="6009"/>
          </w:tcPr>
          <w:p>
            <w:r>
              <w:t>Imprenditore nel settore socio-assistenziale</w:t>
            </w:r>
          </w:p>
        </w:tc>
      </w:tr>
      <w:tr>
        <w:tc>
          <w:tcPr>
            <w:tcW w:type="dxa" w:w="709"/>
          </w:tcPr>
          <w:p>
            <w:r>
              <w:t>351</w:t>
            </w:r>
          </w:p>
        </w:tc>
        <w:tc>
          <w:tcPr>
            <w:tcW w:type="dxa" w:w="3572"/>
          </w:tcPr>
          <w:p>
            <w:r>
              <w:t>D'Angelo Luigi Piero</w:t>
            </w:r>
          </w:p>
        </w:tc>
        <w:tc>
          <w:tcPr>
            <w:tcW w:type="dxa" w:w="6009"/>
          </w:tcPr>
          <w:p>
            <w:r>
              <w:t>Titolare del Centro Diagnostico “La Matrice”, Aci Catena</w:t>
            </w:r>
          </w:p>
        </w:tc>
      </w:tr>
      <w:tr>
        <w:tc>
          <w:tcPr>
            <w:tcW w:type="dxa" w:w="709"/>
          </w:tcPr>
          <w:p>
            <w:r>
              <w:t>352</w:t>
            </w:r>
          </w:p>
        </w:tc>
        <w:tc>
          <w:tcPr>
            <w:tcW w:type="dxa" w:w="3572"/>
          </w:tcPr>
          <w:p>
            <w:r>
              <w:t>D'Angelo Maria</w:t>
            </w:r>
          </w:p>
        </w:tc>
        <w:tc>
          <w:tcPr>
            <w:tcW w:type="dxa" w:w="6009"/>
          </w:tcPr>
          <w:p>
            <w:r>
              <w:t>OSS presso struttura socio-assistenziale</w:t>
            </w:r>
          </w:p>
        </w:tc>
      </w:tr>
      <w:tr>
        <w:tc>
          <w:tcPr>
            <w:tcW w:type="dxa" w:w="709"/>
          </w:tcPr>
          <w:p>
            <w:r>
              <w:t>353</w:t>
            </w:r>
          </w:p>
        </w:tc>
        <w:tc>
          <w:tcPr>
            <w:tcW w:type="dxa" w:w="3572"/>
          </w:tcPr>
          <w:p>
            <w:r>
              <w:t>D'Anna Annalisa</w:t>
            </w:r>
          </w:p>
        </w:tc>
        <w:tc>
          <w:tcPr>
            <w:tcW w:type="dxa" w:w="6009"/>
          </w:tcPr>
          <w:p>
            <w:r>
              <w:t>Infermiera professionale presso struttura accreditata convenzionata</w:t>
            </w:r>
          </w:p>
        </w:tc>
      </w:tr>
      <w:tr>
        <w:tc>
          <w:tcPr>
            <w:tcW w:type="dxa" w:w="709"/>
          </w:tcPr>
          <w:p>
            <w:r>
              <w:t>354</w:t>
            </w:r>
          </w:p>
        </w:tc>
        <w:tc>
          <w:tcPr>
            <w:tcW w:type="dxa" w:w="3572"/>
          </w:tcPr>
          <w:p>
            <w:r>
              <w:t>D'Anna Maria Rosa</w:t>
            </w:r>
          </w:p>
        </w:tc>
        <w:tc>
          <w:tcPr>
            <w:tcW w:type="dxa" w:w="6009"/>
          </w:tcPr>
          <w:p>
            <w:r>
              <w:t>Ex Direttore Dipartimento Materno Infantile, Ospedale Buccheri La Ferla FBF Palermo</w:t>
            </w:r>
          </w:p>
        </w:tc>
      </w:tr>
      <w:tr>
        <w:tc>
          <w:tcPr>
            <w:tcW w:type="dxa" w:w="709"/>
          </w:tcPr>
          <w:p>
            <w:r>
              <w:t>355</w:t>
            </w:r>
          </w:p>
        </w:tc>
        <w:tc>
          <w:tcPr>
            <w:tcW w:type="dxa" w:w="3572"/>
          </w:tcPr>
          <w:p>
            <w:r>
              <w:t>D'Antoni Alessia</w:t>
            </w:r>
          </w:p>
        </w:tc>
        <w:tc>
          <w:tcPr>
            <w:tcW w:type="dxa" w:w="6009"/>
          </w:tcPr>
          <w:p>
            <w:r>
              <w:t>Studio Cardiologico dott.ssa Alessia D’Antoni S.a.s.; cardiologia del territorio</w:t>
            </w:r>
          </w:p>
        </w:tc>
      </w:tr>
      <w:tr>
        <w:tc>
          <w:tcPr>
            <w:tcW w:type="dxa" w:w="709"/>
          </w:tcPr>
          <w:p>
            <w:r>
              <w:t>356</w:t>
            </w:r>
          </w:p>
        </w:tc>
        <w:tc>
          <w:tcPr>
            <w:tcW w:type="dxa" w:w="3572"/>
          </w:tcPr>
          <w:p>
            <w:r>
              <w:t>D'Antoni Orazio</w:t>
            </w:r>
          </w:p>
        </w:tc>
        <w:tc>
          <w:tcPr>
            <w:tcW w:type="dxa" w:w="6009"/>
          </w:tcPr>
          <w:p>
            <w:r>
              <w:t>Medico ospedaliero, ARNAS Garibaldi Catania</w:t>
            </w:r>
          </w:p>
        </w:tc>
      </w:tr>
      <w:tr>
        <w:tc>
          <w:tcPr>
            <w:tcW w:type="dxa" w:w="709"/>
          </w:tcPr>
          <w:p>
            <w:r>
              <w:t>357</w:t>
            </w:r>
          </w:p>
        </w:tc>
        <w:tc>
          <w:tcPr>
            <w:tcW w:type="dxa" w:w="3572"/>
          </w:tcPr>
          <w:p>
            <w:r>
              <w:t>D'Arrigo Giuseppe</w:t>
            </w:r>
          </w:p>
        </w:tc>
        <w:tc>
          <w:tcPr>
            <w:tcW w:type="dxa" w:w="6009"/>
          </w:tcPr>
          <w:p>
            <w:r>
              <w:t>Direttore UOC Chirurgia Vascolare, ARNAS Garibaldi, Catania</w:t>
            </w:r>
          </w:p>
        </w:tc>
      </w:tr>
      <w:tr>
        <w:tc>
          <w:tcPr>
            <w:tcW w:type="dxa" w:w="709"/>
          </w:tcPr>
          <w:p>
            <w:r>
              <w:t>358</w:t>
            </w:r>
          </w:p>
        </w:tc>
        <w:tc>
          <w:tcPr>
            <w:tcW w:type="dxa" w:w="3572"/>
          </w:tcPr>
          <w:p>
            <w:r>
              <w:t>D'Assoro Antonino B.</w:t>
            </w:r>
          </w:p>
        </w:tc>
        <w:tc>
          <w:tcPr>
            <w:tcW w:type="dxa" w:w="6009"/>
          </w:tcPr>
          <w:p>
            <w:r>
              <w:t>Associate Professor of Oncology and Pharmacology, Mayo Clinic Cancer Center; Founder e Chief Scientific Officer, CellyXa Therapeutics</w:t>
            </w:r>
          </w:p>
        </w:tc>
      </w:tr>
      <w:tr>
        <w:tc>
          <w:tcPr>
            <w:tcW w:type="dxa" w:w="709"/>
          </w:tcPr>
          <w:p>
            <w:r>
              <w:t>359</w:t>
            </w:r>
          </w:p>
        </w:tc>
        <w:tc>
          <w:tcPr>
            <w:tcW w:type="dxa" w:w="3572"/>
          </w:tcPr>
          <w:p>
            <w:r>
              <w:t>Damigella Giovanni Leonardo</w:t>
            </w:r>
          </w:p>
        </w:tc>
        <w:tc>
          <w:tcPr>
            <w:tcW w:type="dxa" w:w="6009"/>
          </w:tcPr>
          <w:p>
            <w:r>
              <w:t>Industriale</w:t>
            </w:r>
          </w:p>
        </w:tc>
      </w:tr>
      <w:tr>
        <w:tc>
          <w:tcPr>
            <w:tcW w:type="dxa" w:w="709"/>
          </w:tcPr>
          <w:p>
            <w:r>
              <w:t>360</w:t>
            </w:r>
          </w:p>
        </w:tc>
        <w:tc>
          <w:tcPr>
            <w:tcW w:type="dxa" w:w="3572"/>
          </w:tcPr>
          <w:p>
            <w:r>
              <w:t>Daniele Antonella</w:t>
            </w:r>
          </w:p>
        </w:tc>
        <w:tc>
          <w:tcPr>
            <w:tcW w:type="dxa" w:w="6009"/>
          </w:tcPr>
          <w:p>
            <w:r>
              <w:t>Amministratore - FTK</w:t>
            </w:r>
          </w:p>
        </w:tc>
      </w:tr>
      <w:tr>
        <w:tc>
          <w:tcPr>
            <w:tcW w:type="dxa" w:w="709"/>
          </w:tcPr>
          <w:p>
            <w:r>
              <w:t>361</w:t>
            </w:r>
          </w:p>
        </w:tc>
        <w:tc>
          <w:tcPr>
            <w:tcW w:type="dxa" w:w="3572"/>
          </w:tcPr>
          <w:p>
            <w:r>
              <w:t>Danna Mario</w:t>
            </w:r>
          </w:p>
        </w:tc>
        <w:tc>
          <w:tcPr>
            <w:tcW w:type="dxa" w:w="6009"/>
          </w:tcPr>
          <w:p>
            <w:r>
              <w:t>Dipendente</w:t>
            </w:r>
          </w:p>
        </w:tc>
      </w:tr>
      <w:tr>
        <w:tc>
          <w:tcPr>
            <w:tcW w:type="dxa" w:w="709"/>
          </w:tcPr>
          <w:p>
            <w:r>
              <w:t>362</w:t>
            </w:r>
          </w:p>
        </w:tc>
        <w:tc>
          <w:tcPr>
            <w:tcW w:type="dxa" w:w="3572"/>
          </w:tcPr>
          <w:p>
            <w:r>
              <w:t>Danna Salvatore</w:t>
            </w:r>
          </w:p>
        </w:tc>
        <w:tc>
          <w:tcPr>
            <w:tcW w:type="dxa" w:w="6009"/>
          </w:tcPr>
          <w:p>
            <w:r>
              <w:t>Dipendente</w:t>
            </w:r>
          </w:p>
        </w:tc>
      </w:tr>
      <w:tr>
        <w:tc>
          <w:tcPr>
            <w:tcW w:type="dxa" w:w="709"/>
          </w:tcPr>
          <w:p>
            <w:r>
              <w:t>363</w:t>
            </w:r>
          </w:p>
        </w:tc>
        <w:tc>
          <w:tcPr>
            <w:tcW w:type="dxa" w:w="3572"/>
          </w:tcPr>
          <w:p>
            <w:r>
              <w:t>Darawsha Adham</w:t>
            </w:r>
          </w:p>
        </w:tc>
        <w:tc>
          <w:tcPr>
            <w:tcW w:type="dxa" w:w="6009"/>
          </w:tcPr>
          <w:p>
            <w:r>
              <w:t>Medico di medicina generale</w:t>
            </w:r>
          </w:p>
        </w:tc>
      </w:tr>
      <w:tr>
        <w:tc>
          <w:tcPr>
            <w:tcW w:type="dxa" w:w="709"/>
          </w:tcPr>
          <w:p>
            <w:r>
              <w:t>364</w:t>
            </w:r>
          </w:p>
        </w:tc>
        <w:tc>
          <w:tcPr>
            <w:tcW w:type="dxa" w:w="3572"/>
          </w:tcPr>
          <w:p>
            <w:r>
              <w:t>Dato Achille</w:t>
            </w:r>
          </w:p>
        </w:tc>
        <w:tc>
          <w:tcPr>
            <w:tcW w:type="dxa" w:w="6009"/>
          </w:tcPr>
          <w:p>
            <w:r>
              <w:t>Cardiologo del territorio; convenzionato esterno SBV</w:t>
            </w:r>
          </w:p>
        </w:tc>
      </w:tr>
      <w:tr>
        <w:tc>
          <w:tcPr>
            <w:tcW w:type="dxa" w:w="709"/>
          </w:tcPr>
          <w:p>
            <w:r>
              <w:t>365</w:t>
            </w:r>
          </w:p>
        </w:tc>
        <w:tc>
          <w:tcPr>
            <w:tcW w:type="dxa" w:w="3572"/>
          </w:tcPr>
          <w:p>
            <w:r>
              <w:t>David Filippo</w:t>
            </w:r>
          </w:p>
        </w:tc>
        <w:tc>
          <w:tcPr>
            <w:tcW w:type="dxa" w:w="6009"/>
          </w:tcPr>
          <w:p>
            <w:r>
              <w:t>Amministratore - FTK</w:t>
            </w:r>
          </w:p>
        </w:tc>
      </w:tr>
      <w:tr>
        <w:tc>
          <w:tcPr>
            <w:tcW w:type="dxa" w:w="709"/>
          </w:tcPr>
          <w:p>
            <w:r>
              <w:t>366</w:t>
            </w:r>
          </w:p>
        </w:tc>
        <w:tc>
          <w:tcPr>
            <w:tcW w:type="dxa" w:w="3572"/>
          </w:tcPr>
          <w:p>
            <w:r>
              <w:t>De Blasi Anna Maria</w:t>
            </w:r>
          </w:p>
        </w:tc>
        <w:tc>
          <w:tcPr>
            <w:tcW w:type="dxa" w:w="6009"/>
          </w:tcPr>
          <w:p>
            <w:r>
              <w:t>Componente della Consulta per le Pari Opportunità e l’uguaglianza di genere del Comune di Alcamo; Coordinatrice provinciale per Trapani della Rete Civica della Salute</w:t>
            </w:r>
          </w:p>
        </w:tc>
      </w:tr>
      <w:tr>
        <w:tc>
          <w:tcPr>
            <w:tcW w:type="dxa" w:w="709"/>
          </w:tcPr>
          <w:p>
            <w:r>
              <w:t>367</w:t>
            </w:r>
          </w:p>
        </w:tc>
        <w:tc>
          <w:tcPr>
            <w:tcW w:type="dxa" w:w="3572"/>
          </w:tcPr>
          <w:p>
            <w:r>
              <w:t>De Cristofaro Valeria</w:t>
            </w:r>
          </w:p>
        </w:tc>
        <w:tc>
          <w:tcPr>
            <w:tcW w:type="dxa" w:w="6009"/>
          </w:tcPr>
          <w:p>
            <w:r>
              <w:t>Assistente sociale presso struttura socio-sanitaria accreditata</w:t>
            </w:r>
          </w:p>
        </w:tc>
      </w:tr>
      <w:tr>
        <w:tc>
          <w:tcPr>
            <w:tcW w:type="dxa" w:w="709"/>
          </w:tcPr>
          <w:p>
            <w:r>
              <w:t>368</w:t>
            </w:r>
          </w:p>
        </w:tc>
        <w:tc>
          <w:tcPr>
            <w:tcW w:type="dxa" w:w="3572"/>
          </w:tcPr>
          <w:p>
            <w:r>
              <w:t>De Lisi Alessandro</w:t>
            </w:r>
          </w:p>
        </w:tc>
        <w:tc>
          <w:tcPr>
            <w:tcW w:type="dxa" w:w="6009"/>
          </w:tcPr>
          <w:p>
            <w:r>
              <w:t>Medico, SAMOT</w:t>
            </w:r>
          </w:p>
        </w:tc>
      </w:tr>
      <w:tr>
        <w:tc>
          <w:tcPr>
            <w:tcW w:type="dxa" w:w="709"/>
          </w:tcPr>
          <w:p>
            <w:r>
              <w:t>369</w:t>
            </w:r>
          </w:p>
        </w:tc>
        <w:tc>
          <w:tcPr>
            <w:tcW w:type="dxa" w:w="3572"/>
          </w:tcPr>
          <w:p>
            <w:r>
              <w:t>De Luca Antonino</w:t>
            </w:r>
          </w:p>
        </w:tc>
        <w:tc>
          <w:tcPr>
            <w:tcW w:type="dxa" w:w="6009"/>
          </w:tcPr>
          <w:p>
            <w:r>
              <w:t>Autista soccorritore, SEUS S.c.p.a.</w:t>
            </w:r>
          </w:p>
        </w:tc>
      </w:tr>
      <w:tr>
        <w:tc>
          <w:tcPr>
            <w:tcW w:type="dxa" w:w="709"/>
          </w:tcPr>
          <w:p>
            <w:r>
              <w:t>370</w:t>
            </w:r>
          </w:p>
        </w:tc>
        <w:tc>
          <w:tcPr>
            <w:tcW w:type="dxa" w:w="3572"/>
          </w:tcPr>
          <w:p>
            <w:r>
              <w:t>De Maria Cosimo</w:t>
            </w:r>
          </w:p>
        </w:tc>
        <w:tc>
          <w:tcPr>
            <w:tcW w:type="dxa" w:w="6009"/>
          </w:tcPr>
          <w:p>
            <w:r>
              <w:t>Impiegato di banca</w:t>
            </w:r>
          </w:p>
        </w:tc>
      </w:tr>
      <w:tr>
        <w:tc>
          <w:tcPr>
            <w:tcW w:type="dxa" w:w="709"/>
          </w:tcPr>
          <w:p>
            <w:r>
              <w:t>371</w:t>
            </w:r>
          </w:p>
        </w:tc>
        <w:tc>
          <w:tcPr>
            <w:tcW w:type="dxa" w:w="3572"/>
          </w:tcPr>
          <w:p>
            <w:r>
              <w:t>De Nicola Fabrizio</w:t>
            </w:r>
          </w:p>
        </w:tc>
        <w:tc>
          <w:tcPr>
            <w:tcW w:type="dxa" w:w="6009"/>
          </w:tcPr>
          <w:p>
            <w:r>
              <w:t>Già Direttore Generale di aziende sanitarie e Direttore di corsi di formazione manageriale</w:t>
            </w:r>
          </w:p>
        </w:tc>
      </w:tr>
      <w:tr>
        <w:tc>
          <w:tcPr>
            <w:tcW w:type="dxa" w:w="709"/>
          </w:tcPr>
          <w:p>
            <w:r>
              <w:t>372</w:t>
            </w:r>
          </w:p>
        </w:tc>
        <w:tc>
          <w:tcPr>
            <w:tcW w:type="dxa" w:w="3572"/>
          </w:tcPr>
          <w:p>
            <w:r>
              <w:t>De Nicola Massimo</w:t>
            </w:r>
          </w:p>
        </w:tc>
        <w:tc>
          <w:tcPr>
            <w:tcW w:type="dxa" w:w="6009"/>
          </w:tcPr>
          <w:p>
            <w:r>
              <w:t>Tecnico informatico</w:t>
            </w:r>
          </w:p>
        </w:tc>
      </w:tr>
      <w:tr>
        <w:tc>
          <w:tcPr>
            <w:tcW w:type="dxa" w:w="709"/>
          </w:tcPr>
          <w:p>
            <w:r>
              <w:t>373</w:t>
            </w:r>
          </w:p>
        </w:tc>
        <w:tc>
          <w:tcPr>
            <w:tcW w:type="dxa" w:w="3572"/>
          </w:tcPr>
          <w:p>
            <w:r>
              <w:t>De Santi Antonino</w:t>
            </w:r>
          </w:p>
        </w:tc>
        <w:tc>
          <w:tcPr>
            <w:tcW w:type="dxa" w:w="6009"/>
          </w:tcPr>
          <w:p>
            <w:r>
              <w:t>Autista soccorritore, SEUS S.c.p.a.</w:t>
            </w:r>
          </w:p>
        </w:tc>
      </w:tr>
      <w:tr>
        <w:tc>
          <w:tcPr>
            <w:tcW w:type="dxa" w:w="709"/>
          </w:tcPr>
          <w:p>
            <w:r>
              <w:t>374</w:t>
            </w:r>
          </w:p>
        </w:tc>
        <w:tc>
          <w:tcPr>
            <w:tcW w:type="dxa" w:w="3572"/>
          </w:tcPr>
          <w:p>
            <w:r>
              <w:t>De Santis Charlotte</w:t>
            </w:r>
          </w:p>
        </w:tc>
        <w:tc>
          <w:tcPr>
            <w:tcW w:type="dxa" w:w="6009"/>
          </w:tcPr>
          <w:p>
            <w:r>
              <w:t>Psichiatra</w:t>
            </w:r>
          </w:p>
        </w:tc>
      </w:tr>
      <w:tr>
        <w:tc>
          <w:tcPr>
            <w:tcW w:type="dxa" w:w="709"/>
          </w:tcPr>
          <w:p>
            <w:r>
              <w:t>375</w:t>
            </w:r>
          </w:p>
        </w:tc>
        <w:tc>
          <w:tcPr>
            <w:tcW w:type="dxa" w:w="3572"/>
          </w:tcPr>
          <w:p>
            <w:r>
              <w:t>Del Campo Ignazio</w:t>
            </w:r>
          </w:p>
        </w:tc>
        <w:tc>
          <w:tcPr>
            <w:tcW w:type="dxa" w:w="6009"/>
          </w:tcPr>
          <w:p>
            <w:r>
              <w:t>Direttore amministrativo, ASP Palermo</w:t>
            </w:r>
          </w:p>
        </w:tc>
      </w:tr>
      <w:tr>
        <w:tc>
          <w:tcPr>
            <w:tcW w:type="dxa" w:w="709"/>
          </w:tcPr>
          <w:p>
            <w:r>
              <w:t>376</w:t>
            </w:r>
          </w:p>
        </w:tc>
        <w:tc>
          <w:tcPr>
            <w:tcW w:type="dxa" w:w="3572"/>
          </w:tcPr>
          <w:p>
            <w:r>
              <w:t>Del Monte Edoardo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377</w:t>
            </w:r>
          </w:p>
        </w:tc>
        <w:tc>
          <w:tcPr>
            <w:tcW w:type="dxa" w:w="3572"/>
          </w:tcPr>
          <w:p>
            <w:r>
              <w:t>Delizia Veronica</w:t>
            </w:r>
          </w:p>
        </w:tc>
        <w:tc>
          <w:tcPr>
            <w:tcW w:type="dxa" w:w="6009"/>
          </w:tcPr>
          <w:p>
            <w:r>
              <w:t>Infermiera professionale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378</w:t>
            </w:r>
          </w:p>
        </w:tc>
        <w:tc>
          <w:tcPr>
            <w:tcW w:type="dxa" w:w="3572"/>
          </w:tcPr>
          <w:p>
            <w:r>
              <w:t>Delle Vedove Gianfranco</w:t>
            </w:r>
          </w:p>
        </w:tc>
        <w:tc>
          <w:tcPr>
            <w:tcW w:type="dxa" w:w="6009"/>
          </w:tcPr>
          <w:p>
            <w:r>
              <w:t>Specialista in Gastroenterologia</w:t>
            </w:r>
          </w:p>
        </w:tc>
      </w:tr>
      <w:tr>
        <w:tc>
          <w:tcPr>
            <w:tcW w:type="dxa" w:w="709"/>
          </w:tcPr>
          <w:p>
            <w:r>
              <w:t>379</w:t>
            </w:r>
          </w:p>
        </w:tc>
        <w:tc>
          <w:tcPr>
            <w:tcW w:type="dxa" w:w="3572"/>
          </w:tcPr>
          <w:p>
            <w:r>
              <w:t>Di Bella Giuseppe</w:t>
            </w:r>
          </w:p>
        </w:tc>
        <w:tc>
          <w:tcPr>
            <w:tcW w:type="dxa" w:w="6009"/>
          </w:tcPr>
          <w:p>
            <w:r>
              <w:t>Centro di Epato-Gastroenterologia S.r.l.</w:t>
            </w:r>
          </w:p>
        </w:tc>
      </w:tr>
      <w:tr>
        <w:tc>
          <w:tcPr>
            <w:tcW w:type="dxa" w:w="709"/>
          </w:tcPr>
          <w:p>
            <w:r>
              <w:t>380</w:t>
            </w:r>
          </w:p>
        </w:tc>
        <w:tc>
          <w:tcPr>
            <w:tcW w:type="dxa" w:w="3572"/>
          </w:tcPr>
          <w:p>
            <w:r>
              <w:t>Di Benedetto Maria Grazia</w:t>
            </w:r>
          </w:p>
        </w:tc>
        <w:tc>
          <w:tcPr>
            <w:tcW w:type="dxa" w:w="6009"/>
          </w:tcPr>
          <w:p>
            <w:r>
              <w:t>Già dirigente amministrativa, ARNAS Civico Palermo</w:t>
            </w:r>
          </w:p>
        </w:tc>
      </w:tr>
      <w:tr>
        <w:tc>
          <w:tcPr>
            <w:tcW w:type="dxa" w:w="709"/>
          </w:tcPr>
          <w:p>
            <w:r>
              <w:t>381</w:t>
            </w:r>
          </w:p>
        </w:tc>
        <w:tc>
          <w:tcPr>
            <w:tcW w:type="dxa" w:w="3572"/>
          </w:tcPr>
          <w:p>
            <w:r>
              <w:t>Di Blasi Tiziana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382</w:t>
            </w:r>
          </w:p>
        </w:tc>
        <w:tc>
          <w:tcPr>
            <w:tcW w:type="dxa" w:w="3572"/>
          </w:tcPr>
          <w:p>
            <w:r>
              <w:t>Di Carlo Rosario</w:t>
            </w:r>
          </w:p>
        </w:tc>
        <w:tc>
          <w:tcPr>
            <w:tcW w:type="dxa" w:w="6009"/>
          </w:tcPr>
          <w:p>
            <w:r>
              <w:t>Responsabile regionale Dirigenza medica FISMU/FVM</w:t>
            </w:r>
          </w:p>
        </w:tc>
      </w:tr>
      <w:tr>
        <w:tc>
          <w:tcPr>
            <w:tcW w:type="dxa" w:w="709"/>
          </w:tcPr>
          <w:p>
            <w:r>
              <w:t>383</w:t>
            </w:r>
          </w:p>
        </w:tc>
        <w:tc>
          <w:tcPr>
            <w:tcW w:type="dxa" w:w="3572"/>
          </w:tcPr>
          <w:p>
            <w:r>
              <w:t>Di Dia Dalila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384</w:t>
            </w:r>
          </w:p>
        </w:tc>
        <w:tc>
          <w:tcPr>
            <w:tcW w:type="dxa" w:w="3572"/>
          </w:tcPr>
          <w:p>
            <w:r>
              <w:t>Di Dio Giuseppina</w:t>
            </w:r>
          </w:p>
        </w:tc>
        <w:tc>
          <w:tcPr>
            <w:tcW w:type="dxa" w:w="6009"/>
          </w:tcPr>
          <w:p>
            <w:r>
              <w:t>CPS coordinatrice infermieristica, UOC Chirurgia, Policlinico di Catania</w:t>
            </w:r>
          </w:p>
        </w:tc>
      </w:tr>
      <w:tr>
        <w:tc>
          <w:tcPr>
            <w:tcW w:type="dxa" w:w="709"/>
          </w:tcPr>
          <w:p>
            <w:r>
              <w:t>385</w:t>
            </w:r>
          </w:p>
        </w:tc>
        <w:tc>
          <w:tcPr>
            <w:tcW w:type="dxa" w:w="3572"/>
          </w:tcPr>
          <w:p>
            <w:r>
              <w:t>Di Fiore Giusy</w:t>
            </w:r>
          </w:p>
        </w:tc>
        <w:tc>
          <w:tcPr>
            <w:tcW w:type="dxa" w:w="6009"/>
          </w:tcPr>
          <w:p>
            <w:r>
              <w:t>Già Responsabile UOC Anestesia e Terapia Intensiva, Ospedale di Cefalù; attualmente Responsabile Anestesia, Clinica Triolo Zancla</w:t>
            </w:r>
          </w:p>
        </w:tc>
      </w:tr>
      <w:tr>
        <w:tc>
          <w:tcPr>
            <w:tcW w:type="dxa" w:w="709"/>
          </w:tcPr>
          <w:p>
            <w:r>
              <w:t>386</w:t>
            </w:r>
          </w:p>
        </w:tc>
        <w:tc>
          <w:tcPr>
            <w:tcW w:type="dxa" w:w="3572"/>
          </w:tcPr>
          <w:p>
            <w:r>
              <w:t>Di Franco Antonino</w:t>
            </w:r>
          </w:p>
        </w:tc>
        <w:tc>
          <w:tcPr>
            <w:tcW w:type="dxa" w:w="6009"/>
          </w:tcPr>
          <w:p>
            <w:r>
              <w:t>Studio Cardiologico Dott. Antonino Di Franco S.a.s.; convenzionato esterno</w:t>
            </w:r>
          </w:p>
        </w:tc>
      </w:tr>
      <w:tr>
        <w:tc>
          <w:tcPr>
            <w:tcW w:type="dxa" w:w="709"/>
          </w:tcPr>
          <w:p>
            <w:r>
              <w:t>387</w:t>
            </w:r>
          </w:p>
        </w:tc>
        <w:tc>
          <w:tcPr>
            <w:tcW w:type="dxa" w:w="3572"/>
          </w:tcPr>
          <w:p>
            <w:r>
              <w:t>Di Franco Domenico</w:t>
            </w:r>
          </w:p>
        </w:tc>
        <w:tc>
          <w:tcPr>
            <w:tcW w:type="dxa" w:w="6009"/>
          </w:tcPr>
          <w:p>
            <w:r>
              <w:t>Ambulatorio cardiologico S.a.s. del dott. Domenico Di Franco &amp; C.</w:t>
            </w:r>
          </w:p>
        </w:tc>
      </w:tr>
      <w:tr>
        <w:tc>
          <w:tcPr>
            <w:tcW w:type="dxa" w:w="709"/>
          </w:tcPr>
          <w:p>
            <w:r>
              <w:t>388</w:t>
            </w:r>
          </w:p>
        </w:tc>
        <w:tc>
          <w:tcPr>
            <w:tcW w:type="dxa" w:w="3572"/>
          </w:tcPr>
          <w:p>
            <w:r>
              <w:t>Di Gangi Maria Grazia</w:t>
            </w:r>
          </w:p>
        </w:tc>
        <w:tc>
          <w:tcPr>
            <w:tcW w:type="dxa" w:w="6009"/>
          </w:tcPr>
          <w:p>
            <w:r>
              <w:t>Dirigente scolastico, Castellana Sicula</w:t>
            </w:r>
          </w:p>
        </w:tc>
      </w:tr>
      <w:tr>
        <w:tc>
          <w:tcPr>
            <w:tcW w:type="dxa" w:w="709"/>
          </w:tcPr>
          <w:p>
            <w:r>
              <w:t>389</w:t>
            </w:r>
          </w:p>
        </w:tc>
        <w:tc>
          <w:tcPr>
            <w:tcW w:type="dxa" w:w="3572"/>
          </w:tcPr>
          <w:p>
            <w:r>
              <w:t>Di Gesù Francesco</w:t>
            </w:r>
          </w:p>
        </w:tc>
        <w:tc>
          <w:tcPr>
            <w:tcW w:type="dxa" w:w="6009"/>
          </w:tcPr>
          <w:p>
            <w:r>
              <w:t>Primario</w:t>
            </w:r>
          </w:p>
        </w:tc>
      </w:tr>
      <w:tr>
        <w:tc>
          <w:tcPr>
            <w:tcW w:type="dxa" w:w="709"/>
          </w:tcPr>
          <w:p>
            <w:r>
              <w:t>390</w:t>
            </w:r>
          </w:p>
        </w:tc>
        <w:tc>
          <w:tcPr>
            <w:tcW w:type="dxa" w:w="3572"/>
          </w:tcPr>
          <w:p>
            <w:r>
              <w:t>Di Giorgi Fabio</w:t>
            </w:r>
          </w:p>
        </w:tc>
        <w:tc>
          <w:tcPr>
            <w:tcW w:type="dxa" w:w="6009"/>
          </w:tcPr>
          <w:p>
            <w:r>
              <w:t>Legale rappresentante di struttura convenzionata - laboratorio di analisi</w:t>
            </w:r>
          </w:p>
        </w:tc>
      </w:tr>
      <w:tr>
        <w:tc>
          <w:tcPr>
            <w:tcW w:type="dxa" w:w="709"/>
          </w:tcPr>
          <w:p>
            <w:r>
              <w:t>391</w:t>
            </w:r>
          </w:p>
        </w:tc>
        <w:tc>
          <w:tcPr>
            <w:tcW w:type="dxa" w:w="3572"/>
          </w:tcPr>
          <w:p>
            <w:r>
              <w:t>Di Giorgi Maria Grazia</w:t>
            </w:r>
          </w:p>
        </w:tc>
        <w:tc>
          <w:tcPr>
            <w:tcW w:type="dxa" w:w="6009"/>
          </w:tcPr>
          <w:p>
            <w:r>
              <w:t>Ginecologa, Consultorio Danisinni</w:t>
            </w:r>
          </w:p>
        </w:tc>
      </w:tr>
      <w:tr>
        <w:tc>
          <w:tcPr>
            <w:tcW w:type="dxa" w:w="709"/>
          </w:tcPr>
          <w:p>
            <w:r>
              <w:t>392</w:t>
            </w:r>
          </w:p>
        </w:tc>
        <w:tc>
          <w:tcPr>
            <w:tcW w:type="dxa" w:w="3572"/>
          </w:tcPr>
          <w:p>
            <w:r>
              <w:t>Di Giovanni Elisa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393</w:t>
            </w:r>
          </w:p>
        </w:tc>
        <w:tc>
          <w:tcPr>
            <w:tcW w:type="dxa" w:w="3572"/>
          </w:tcPr>
          <w:p>
            <w:r>
              <w:t>Di Giovanni Vincenza</w:t>
            </w:r>
          </w:p>
        </w:tc>
        <w:tc>
          <w:tcPr>
            <w:tcW w:type="dxa" w:w="6009"/>
          </w:tcPr>
          <w:p>
            <w:r>
              <w:t>Ex Direttore del Dipartimento del Farmaco, ASP Trapani</w:t>
            </w:r>
          </w:p>
        </w:tc>
      </w:tr>
      <w:tr>
        <w:tc>
          <w:tcPr>
            <w:tcW w:type="dxa" w:w="709"/>
          </w:tcPr>
          <w:p>
            <w:r>
              <w:t>394</w:t>
            </w:r>
          </w:p>
        </w:tc>
        <w:tc>
          <w:tcPr>
            <w:tcW w:type="dxa" w:w="3572"/>
          </w:tcPr>
          <w:p>
            <w:r>
              <w:t>Di Guardo Fabio Alessandro</w:t>
            </w:r>
          </w:p>
        </w:tc>
        <w:tc>
          <w:tcPr>
            <w:tcW w:type="dxa" w:w="6009"/>
          </w:tcPr>
          <w:p>
            <w:r>
              <w:t>RRE SMILE S.r.l., Mascalucia (Catania).</w:t>
            </w:r>
          </w:p>
        </w:tc>
      </w:tr>
      <w:tr>
        <w:tc>
          <w:tcPr>
            <w:tcW w:type="dxa" w:w="709"/>
          </w:tcPr>
          <w:p>
            <w:r>
              <w:t>395</w:t>
            </w:r>
          </w:p>
        </w:tc>
        <w:tc>
          <w:tcPr>
            <w:tcW w:type="dxa" w:w="3572"/>
          </w:tcPr>
          <w:p>
            <w:r>
              <w:t>Di Ianni Antonio</w:t>
            </w:r>
          </w:p>
        </w:tc>
        <w:tc>
          <w:tcPr>
            <w:tcW w:type="dxa" w:w="6009"/>
          </w:tcPr>
          <w:p>
            <w:r>
              <w:t>Già medico di medicina generale</w:t>
            </w:r>
          </w:p>
        </w:tc>
      </w:tr>
      <w:tr>
        <w:tc>
          <w:tcPr>
            <w:tcW w:type="dxa" w:w="709"/>
          </w:tcPr>
          <w:p>
            <w:r>
              <w:t>396</w:t>
            </w:r>
          </w:p>
        </w:tc>
        <w:tc>
          <w:tcPr>
            <w:tcW w:type="dxa" w:w="3572"/>
          </w:tcPr>
          <w:p>
            <w:r>
              <w:t>Di Lorenzo Massimiliano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397</w:t>
            </w:r>
          </w:p>
        </w:tc>
        <w:tc>
          <w:tcPr>
            <w:tcW w:type="dxa" w:w="3572"/>
          </w:tcPr>
          <w:p>
            <w:r>
              <w:t>Di Maggio Marco</w:t>
            </w:r>
          </w:p>
        </w:tc>
        <w:tc>
          <w:tcPr>
            <w:tcW w:type="dxa" w:w="6009"/>
          </w:tcPr>
          <w:p>
            <w:r>
              <w:t>Manager di azienda di dispositivi medici</w:t>
            </w:r>
          </w:p>
        </w:tc>
      </w:tr>
      <w:tr>
        <w:tc>
          <w:tcPr>
            <w:tcW w:type="dxa" w:w="709"/>
          </w:tcPr>
          <w:p>
            <w:r>
              <w:t>398</w:t>
            </w:r>
          </w:p>
        </w:tc>
        <w:tc>
          <w:tcPr>
            <w:tcW w:type="dxa" w:w="3572"/>
          </w:tcPr>
          <w:p>
            <w:r>
              <w:t>Di Marco Antonietta</w:t>
            </w:r>
          </w:p>
        </w:tc>
        <w:tc>
          <w:tcPr>
            <w:tcW w:type="dxa" w:w="6009"/>
          </w:tcPr>
          <w:p>
            <w:r>
              <w:t>Amministratore - FTK</w:t>
            </w:r>
          </w:p>
        </w:tc>
      </w:tr>
      <w:tr>
        <w:tc>
          <w:tcPr>
            <w:tcW w:type="dxa" w:w="709"/>
          </w:tcPr>
          <w:p>
            <w:r>
              <w:t>399</w:t>
            </w:r>
          </w:p>
        </w:tc>
        <w:tc>
          <w:tcPr>
            <w:tcW w:type="dxa" w:w="3572"/>
          </w:tcPr>
          <w:p>
            <w:r>
              <w:t>Di Maria Domenico</w:t>
            </w:r>
          </w:p>
        </w:tc>
        <w:tc>
          <w:tcPr>
            <w:tcW w:type="dxa" w:w="6009"/>
          </w:tcPr>
          <w:p>
            <w:r>
              <w:t>Pensionato</w:t>
            </w:r>
          </w:p>
        </w:tc>
      </w:tr>
      <w:tr>
        <w:tc>
          <w:tcPr>
            <w:tcW w:type="dxa" w:w="709"/>
          </w:tcPr>
          <w:p>
            <w:r>
              <w:t>400</w:t>
            </w:r>
          </w:p>
        </w:tc>
        <w:tc>
          <w:tcPr>
            <w:tcW w:type="dxa" w:w="3572"/>
          </w:tcPr>
          <w:p>
            <w:r>
              <w:t>Di Maria Marianna</w:t>
            </w:r>
          </w:p>
        </w:tc>
        <w:tc>
          <w:tcPr>
            <w:tcW w:type="dxa" w:w="6009"/>
          </w:tcPr>
          <w:p>
            <w:r>
              <w:t>OSA presso struttura socio-assistenziale</w:t>
            </w:r>
          </w:p>
        </w:tc>
      </w:tr>
      <w:tr>
        <w:tc>
          <w:tcPr>
            <w:tcW w:type="dxa" w:w="709"/>
          </w:tcPr>
          <w:p>
            <w:r>
              <w:t>401</w:t>
            </w:r>
          </w:p>
        </w:tc>
        <w:tc>
          <w:tcPr>
            <w:tcW w:type="dxa" w:w="3572"/>
          </w:tcPr>
          <w:p>
            <w:r>
              <w:t>Di Maria Samuele</w:t>
            </w:r>
          </w:p>
        </w:tc>
        <w:tc>
          <w:tcPr>
            <w:tcW w:type="dxa" w:w="6009"/>
          </w:tcPr>
          <w:p>
            <w:r>
              <w:t>TSRM</w:t>
            </w:r>
          </w:p>
        </w:tc>
      </w:tr>
      <w:tr>
        <w:tc>
          <w:tcPr>
            <w:tcW w:type="dxa" w:w="709"/>
          </w:tcPr>
          <w:p>
            <w:r>
              <w:t>402</w:t>
            </w:r>
          </w:p>
        </w:tc>
        <w:tc>
          <w:tcPr>
            <w:tcW w:type="dxa" w:w="3572"/>
          </w:tcPr>
          <w:p>
            <w:r>
              <w:t>Di Mauro Salvatore</w:t>
            </w:r>
          </w:p>
        </w:tc>
        <w:tc>
          <w:tcPr>
            <w:tcW w:type="dxa" w:w="6009"/>
          </w:tcPr>
          <w:p>
            <w:r>
              <w:t>Infermiere professionale</w:t>
            </w:r>
          </w:p>
        </w:tc>
      </w:tr>
      <w:tr>
        <w:tc>
          <w:tcPr>
            <w:tcW w:type="dxa" w:w="709"/>
          </w:tcPr>
          <w:p>
            <w:r>
              <w:t>403</w:t>
            </w:r>
          </w:p>
        </w:tc>
        <w:tc>
          <w:tcPr>
            <w:tcW w:type="dxa" w:w="3572"/>
          </w:tcPr>
          <w:p>
            <w:r>
              <w:t>Di Minica Gioacchino</w:t>
            </w:r>
          </w:p>
        </w:tc>
        <w:tc>
          <w:tcPr>
            <w:tcW w:type="dxa" w:w="6009"/>
          </w:tcPr>
          <w:p>
            <w:r>
              <w:t>Soccorritore 118</w:t>
            </w:r>
          </w:p>
        </w:tc>
      </w:tr>
      <w:tr>
        <w:tc>
          <w:tcPr>
            <w:tcW w:type="dxa" w:w="709"/>
          </w:tcPr>
          <w:p>
            <w:r>
              <w:t>404</w:t>
            </w:r>
          </w:p>
        </w:tc>
        <w:tc>
          <w:tcPr>
            <w:tcW w:type="dxa" w:w="3572"/>
          </w:tcPr>
          <w:p>
            <w:r>
              <w:t>Di Minica Giuseppe</w:t>
            </w:r>
          </w:p>
        </w:tc>
        <w:tc>
          <w:tcPr>
            <w:tcW w:type="dxa" w:w="6009"/>
          </w:tcPr>
          <w:p>
            <w:r>
              <w:t>Responsabile Autoparco, ARNAS Civico</w:t>
            </w:r>
          </w:p>
        </w:tc>
      </w:tr>
      <w:tr>
        <w:tc>
          <w:tcPr>
            <w:tcW w:type="dxa" w:w="709"/>
          </w:tcPr>
          <w:p>
            <w:r>
              <w:t>405</w:t>
            </w:r>
          </w:p>
        </w:tc>
        <w:tc>
          <w:tcPr>
            <w:tcW w:type="dxa" w:w="3572"/>
          </w:tcPr>
          <w:p>
            <w:r>
              <w:t>Di Piazza Maurizio</w:t>
            </w:r>
          </w:p>
        </w:tc>
        <w:tc>
          <w:tcPr>
            <w:tcW w:type="dxa" w:w="6009"/>
          </w:tcPr>
          <w:p>
            <w:r>
              <w:t>Biologo</w:t>
            </w:r>
          </w:p>
        </w:tc>
      </w:tr>
      <w:tr>
        <w:tc>
          <w:tcPr>
            <w:tcW w:type="dxa" w:w="709"/>
          </w:tcPr>
          <w:p>
            <w:r>
              <w:t>406</w:t>
            </w:r>
          </w:p>
        </w:tc>
        <w:tc>
          <w:tcPr>
            <w:tcW w:type="dxa" w:w="3572"/>
          </w:tcPr>
          <w:p>
            <w:r>
              <w:t>Di Pietro Francesco</w:t>
            </w:r>
          </w:p>
        </w:tc>
        <w:tc>
          <w:tcPr>
            <w:tcW w:type="dxa" w:w="6009"/>
          </w:tcPr>
          <w:p>
            <w:r>
              <w:t>Responsabile UOD Risk Management in Pediatria, AOE Cannizzaro, Catania</w:t>
            </w:r>
          </w:p>
        </w:tc>
      </w:tr>
      <w:tr>
        <w:tc>
          <w:tcPr>
            <w:tcW w:type="dxa" w:w="709"/>
          </w:tcPr>
          <w:p>
            <w:r>
              <w:t>407</w:t>
            </w:r>
          </w:p>
        </w:tc>
        <w:tc>
          <w:tcPr>
            <w:tcW w:type="dxa" w:w="3572"/>
          </w:tcPr>
          <w:p>
            <w:r>
              <w:t>Di Pumpo Michela</w:t>
            </w:r>
          </w:p>
        </w:tc>
        <w:tc>
          <w:tcPr>
            <w:tcW w:type="dxa" w:w="6009"/>
          </w:tcPr>
          <w:p>
            <w:r>
              <w:t>Coordinatrice Centro ustioni</w:t>
            </w:r>
          </w:p>
        </w:tc>
      </w:tr>
      <w:tr>
        <w:tc>
          <w:tcPr>
            <w:tcW w:type="dxa" w:w="709"/>
          </w:tcPr>
          <w:p>
            <w:r>
              <w:t>408</w:t>
            </w:r>
          </w:p>
        </w:tc>
        <w:tc>
          <w:tcPr>
            <w:tcW w:type="dxa" w:w="3572"/>
          </w:tcPr>
          <w:p>
            <w:r>
              <w:t>Di Rosa Luigi</w:t>
            </w:r>
          </w:p>
        </w:tc>
        <w:tc>
          <w:tcPr>
            <w:tcW w:type="dxa" w:w="6009"/>
          </w:tcPr>
          <w:p>
            <w:r>
              <w:t>Direttore sanitario, Centro Salus</w:t>
            </w:r>
          </w:p>
        </w:tc>
      </w:tr>
      <w:tr>
        <w:tc>
          <w:tcPr>
            <w:tcW w:type="dxa" w:w="709"/>
          </w:tcPr>
          <w:p>
            <w:r>
              <w:t>409</w:t>
            </w:r>
          </w:p>
        </w:tc>
        <w:tc>
          <w:tcPr>
            <w:tcW w:type="dxa" w:w="3572"/>
          </w:tcPr>
          <w:p>
            <w:r>
              <w:t>Di Rosolini Carmelo</w:t>
            </w:r>
          </w:p>
        </w:tc>
        <w:tc>
          <w:tcPr>
            <w:tcW w:type="dxa" w:w="6009"/>
          </w:tcPr>
          <w:p>
            <w:r>
              <w:t>Endocrinologo; convenzionato esterno</w:t>
            </w:r>
          </w:p>
        </w:tc>
      </w:tr>
      <w:tr>
        <w:tc>
          <w:tcPr>
            <w:tcW w:type="dxa" w:w="709"/>
          </w:tcPr>
          <w:p>
            <w:r>
              <w:t>410</w:t>
            </w:r>
          </w:p>
        </w:tc>
        <w:tc>
          <w:tcPr>
            <w:tcW w:type="dxa" w:w="3572"/>
          </w:tcPr>
          <w:p>
            <w:r>
              <w:t>Di Salvo Iolanda</w:t>
            </w:r>
          </w:p>
        </w:tc>
        <w:tc>
          <w:tcPr>
            <w:tcW w:type="dxa" w:w="6009"/>
          </w:tcPr>
          <w:p>
            <w:r>
              <w:t>Collaboratrice, ASP</w:t>
            </w:r>
          </w:p>
        </w:tc>
      </w:tr>
      <w:tr>
        <w:tc>
          <w:tcPr>
            <w:tcW w:type="dxa" w:w="709"/>
          </w:tcPr>
          <w:p>
            <w:r>
              <w:t>411</w:t>
            </w:r>
          </w:p>
        </w:tc>
        <w:tc>
          <w:tcPr>
            <w:tcW w:type="dxa" w:w="3572"/>
          </w:tcPr>
          <w:p>
            <w:r>
              <w:t>Di Salvo Luigi</w:t>
            </w:r>
          </w:p>
        </w:tc>
        <w:tc>
          <w:tcPr>
            <w:tcW w:type="dxa" w:w="6009"/>
          </w:tcPr>
          <w:p>
            <w:r>
              <w:t>Già farmacista ospedaliero</w:t>
            </w:r>
          </w:p>
        </w:tc>
      </w:tr>
      <w:tr>
        <w:tc>
          <w:tcPr>
            <w:tcW w:type="dxa" w:w="709"/>
          </w:tcPr>
          <w:p>
            <w:r>
              <w:t>412</w:t>
            </w:r>
          </w:p>
        </w:tc>
        <w:tc>
          <w:tcPr>
            <w:tcW w:type="dxa" w:w="3572"/>
          </w:tcPr>
          <w:p>
            <w:r>
              <w:t>Di Salvo Mario</w:t>
            </w:r>
          </w:p>
        </w:tc>
        <w:tc>
          <w:tcPr>
            <w:tcW w:type="dxa" w:w="6009"/>
          </w:tcPr>
          <w:p>
            <w:r>
              <w:t>Segretario aziendale FIAIS, ARNAS Civico</w:t>
            </w:r>
          </w:p>
        </w:tc>
      </w:tr>
      <w:tr>
        <w:tc>
          <w:tcPr>
            <w:tcW w:type="dxa" w:w="709"/>
          </w:tcPr>
          <w:p>
            <w:r>
              <w:t>413</w:t>
            </w:r>
          </w:p>
        </w:tc>
        <w:tc>
          <w:tcPr>
            <w:tcW w:type="dxa" w:w="3572"/>
          </w:tcPr>
          <w:p>
            <w:r>
              <w:t>Di Simone Vittoriano</w:t>
            </w:r>
          </w:p>
        </w:tc>
        <w:tc>
          <w:tcPr>
            <w:tcW w:type="dxa" w:w="6009"/>
          </w:tcPr>
          <w:p>
            <w:r>
              <w:t>Direttore del Distretto Sanitario di Mazara del Vallo</w:t>
            </w:r>
          </w:p>
        </w:tc>
      </w:tr>
      <w:tr>
        <w:tc>
          <w:tcPr>
            <w:tcW w:type="dxa" w:w="709"/>
          </w:tcPr>
          <w:p>
            <w:r>
              <w:t>414</w:t>
            </w:r>
          </w:p>
        </w:tc>
        <w:tc>
          <w:tcPr>
            <w:tcW w:type="dxa" w:w="3572"/>
          </w:tcPr>
          <w:p>
            <w:r>
              <w:t>Di Stefano Vita Antonella</w:t>
            </w:r>
          </w:p>
        </w:tc>
        <w:tc>
          <w:tcPr>
            <w:tcW w:type="dxa" w:w="6009"/>
          </w:tcPr>
          <w:p>
            <w:r>
              <w:t>Direttore SOC Pediatria e Pronto Soccorso Pediatrico, Azienda Ospedaliera Cannizzaro di Catania</w:t>
            </w:r>
          </w:p>
        </w:tc>
      </w:tr>
      <w:tr>
        <w:tc>
          <w:tcPr>
            <w:tcW w:type="dxa" w:w="709"/>
          </w:tcPr>
          <w:p>
            <w:r>
              <w:t>415</w:t>
            </w:r>
          </w:p>
        </w:tc>
        <w:tc>
          <w:tcPr>
            <w:tcW w:type="dxa" w:w="3572"/>
          </w:tcPr>
          <w:p>
            <w:r>
              <w:t>Di Trapani Antonino</w:t>
            </w:r>
          </w:p>
        </w:tc>
        <w:tc>
          <w:tcPr>
            <w:tcW w:type="dxa" w:w="6009"/>
          </w:tcPr>
          <w:p>
            <w:r>
              <w:t>Centro Beta Srl, Diagnostica per immagini, Partinico</w:t>
            </w:r>
          </w:p>
        </w:tc>
      </w:tr>
      <w:tr>
        <w:tc>
          <w:tcPr>
            <w:tcW w:type="dxa" w:w="709"/>
          </w:tcPr>
          <w:p>
            <w:r>
              <w:t>416</w:t>
            </w:r>
          </w:p>
        </w:tc>
        <w:tc>
          <w:tcPr>
            <w:tcW w:type="dxa" w:w="3572"/>
          </w:tcPr>
          <w:p>
            <w:r>
              <w:t>Digiacomo Giovanni</w:t>
            </w:r>
          </w:p>
        </w:tc>
        <w:tc>
          <w:tcPr>
            <w:tcW w:type="dxa" w:w="6009"/>
          </w:tcPr>
          <w:p>
            <w:r>
              <w:t>Direttore del Distretto sanitario di Vittoria (RG)</w:t>
            </w:r>
          </w:p>
        </w:tc>
      </w:tr>
      <w:tr>
        <w:tc>
          <w:tcPr>
            <w:tcW w:type="dxa" w:w="709"/>
          </w:tcPr>
          <w:p>
            <w:r>
              <w:t>417</w:t>
            </w:r>
          </w:p>
        </w:tc>
        <w:tc>
          <w:tcPr>
            <w:tcW w:type="dxa" w:w="3572"/>
          </w:tcPr>
          <w:p>
            <w:r>
              <w:t>Diliberto Giuseppe</w:t>
            </w:r>
          </w:p>
        </w:tc>
        <w:tc>
          <w:tcPr>
            <w:tcW w:type="dxa" w:w="6009"/>
          </w:tcPr>
          <w:p>
            <w:r>
              <w:t>Già dirigente medico, Rianimazione</w:t>
            </w:r>
          </w:p>
        </w:tc>
      </w:tr>
      <w:tr>
        <w:tc>
          <w:tcPr>
            <w:tcW w:type="dxa" w:w="709"/>
          </w:tcPr>
          <w:p>
            <w:r>
              <w:t>418</w:t>
            </w:r>
          </w:p>
        </w:tc>
        <w:tc>
          <w:tcPr>
            <w:tcW w:type="dxa" w:w="3572"/>
          </w:tcPr>
          <w:p>
            <w:r>
              <w:t>Disclafani Giuseppe</w:t>
            </w:r>
          </w:p>
        </w:tc>
        <w:tc>
          <w:tcPr>
            <w:tcW w:type="dxa" w:w="6009"/>
          </w:tcPr>
          <w:p>
            <w:r>
              <w:t>Direttore tecnico del Consorzio Sisifo</w:t>
            </w:r>
          </w:p>
        </w:tc>
      </w:tr>
      <w:tr>
        <w:tc>
          <w:tcPr>
            <w:tcW w:type="dxa" w:w="709"/>
          </w:tcPr>
          <w:p>
            <w:r>
              <w:t>419</w:t>
            </w:r>
          </w:p>
        </w:tc>
        <w:tc>
          <w:tcPr>
            <w:tcW w:type="dxa" w:w="3572"/>
          </w:tcPr>
          <w:p>
            <w:r>
              <w:t>Distefano Sandro Maria</w:t>
            </w:r>
          </w:p>
        </w:tc>
        <w:tc>
          <w:tcPr>
            <w:tcW w:type="dxa" w:w="6009"/>
          </w:tcPr>
          <w:p>
            <w:r>
              <w:t>Direttore UOC Pneumologia, Azienda Ospedaliera Cannizzaro</w:t>
            </w:r>
          </w:p>
        </w:tc>
      </w:tr>
      <w:tr>
        <w:tc>
          <w:tcPr>
            <w:tcW w:type="dxa" w:w="709"/>
          </w:tcPr>
          <w:p>
            <w:r>
              <w:t>420</w:t>
            </w:r>
          </w:p>
        </w:tc>
        <w:tc>
          <w:tcPr>
            <w:tcW w:type="dxa" w:w="3572"/>
          </w:tcPr>
          <w:p>
            <w:r>
              <w:t>Dolce Claudio</w:t>
            </w:r>
          </w:p>
        </w:tc>
        <w:tc>
          <w:tcPr>
            <w:tcW w:type="dxa" w:w="6009"/>
          </w:tcPr>
          <w:p>
            <w:r>
              <w:t>Amministrativo, SEUS S.c.p.a.</w:t>
            </w:r>
          </w:p>
        </w:tc>
      </w:tr>
      <w:tr>
        <w:tc>
          <w:tcPr>
            <w:tcW w:type="dxa" w:w="709"/>
          </w:tcPr>
          <w:p>
            <w:r>
              <w:t>421</w:t>
            </w:r>
          </w:p>
        </w:tc>
        <w:tc>
          <w:tcPr>
            <w:tcW w:type="dxa" w:w="3572"/>
          </w:tcPr>
          <w:p>
            <w:r>
              <w:t>Dolce Patrizia</w:t>
            </w:r>
          </w:p>
        </w:tc>
        <w:tc>
          <w:tcPr>
            <w:tcW w:type="dxa" w:w="6009"/>
          </w:tcPr>
          <w:p>
            <w:r>
              <w:t>CAF CISL Palermo-Trapani</w:t>
            </w:r>
          </w:p>
        </w:tc>
      </w:tr>
      <w:tr>
        <w:tc>
          <w:tcPr>
            <w:tcW w:type="dxa" w:w="709"/>
          </w:tcPr>
          <w:p>
            <w:r>
              <w:t>422</w:t>
            </w:r>
          </w:p>
        </w:tc>
        <w:tc>
          <w:tcPr>
            <w:tcW w:type="dxa" w:w="3572"/>
          </w:tcPr>
          <w:p>
            <w:r>
              <w:t>Dolce Silvia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423</w:t>
            </w:r>
          </w:p>
        </w:tc>
        <w:tc>
          <w:tcPr>
            <w:tcW w:type="dxa" w:w="3572"/>
          </w:tcPr>
          <w:p>
            <w:r>
              <w:t>Domingo Gabriele</w:t>
            </w:r>
          </w:p>
        </w:tc>
        <w:tc>
          <w:tcPr>
            <w:tcW w:type="dxa" w:w="6009"/>
          </w:tcPr>
          <w:p>
            <w:r>
              <w:t>Infermiera professionale presso struttura sanitaria accreditata</w:t>
            </w:r>
          </w:p>
        </w:tc>
      </w:tr>
      <w:tr>
        <w:tc>
          <w:tcPr>
            <w:tcW w:type="dxa" w:w="709"/>
          </w:tcPr>
          <w:p>
            <w:r>
              <w:t>424</w:t>
            </w:r>
          </w:p>
        </w:tc>
        <w:tc>
          <w:tcPr>
            <w:tcW w:type="dxa" w:w="3572"/>
          </w:tcPr>
          <w:p>
            <w:r>
              <w:t>Donzelli Gabriella</w:t>
            </w:r>
          </w:p>
        </w:tc>
        <w:tc>
          <w:tcPr>
            <w:tcW w:type="dxa" w:w="6009"/>
          </w:tcPr>
          <w:p>
            <w:r>
              <w:t>Collaboratrice amministrativa presso A.O.U. Policlinico “Paolo Giaccone” di Palermo</w:t>
            </w:r>
          </w:p>
        </w:tc>
      </w:tr>
      <w:tr>
        <w:tc>
          <w:tcPr>
            <w:tcW w:type="dxa" w:w="709"/>
          </w:tcPr>
          <w:p>
            <w:r>
              <w:t>425</w:t>
            </w:r>
          </w:p>
        </w:tc>
        <w:tc>
          <w:tcPr>
            <w:tcW w:type="dxa" w:w="3572"/>
          </w:tcPr>
          <w:p>
            <w:r>
              <w:t>Drago Debora</w:t>
            </w:r>
          </w:p>
        </w:tc>
        <w:tc>
          <w:tcPr>
            <w:tcW w:type="dxa" w:w="6009"/>
          </w:tcPr>
          <w:p>
            <w:r>
              <w:t>Cittadina e utente del Servizio Sanitario</w:t>
            </w:r>
          </w:p>
        </w:tc>
      </w:tr>
      <w:tr>
        <w:tc>
          <w:tcPr>
            <w:tcW w:type="dxa" w:w="709"/>
          </w:tcPr>
          <w:p>
            <w:r>
              <w:t>426</w:t>
            </w:r>
          </w:p>
        </w:tc>
        <w:tc>
          <w:tcPr>
            <w:tcW w:type="dxa" w:w="3572"/>
          </w:tcPr>
          <w:p>
            <w:r>
              <w:t>Ducato Giuseppe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427</w:t>
            </w:r>
          </w:p>
        </w:tc>
        <w:tc>
          <w:tcPr>
            <w:tcW w:type="dxa" w:w="3572"/>
          </w:tcPr>
          <w:p>
            <w:r>
              <w:t>Elia Raffaele</w:t>
            </w:r>
          </w:p>
        </w:tc>
        <w:tc>
          <w:tcPr>
            <w:tcW w:type="dxa" w:w="6009"/>
          </w:tcPr>
          <w:p>
            <w:r>
              <w:t>Direttore sanitario, ASP Agrigento</w:t>
            </w:r>
          </w:p>
        </w:tc>
      </w:tr>
      <w:tr>
        <w:tc>
          <w:tcPr>
            <w:tcW w:type="dxa" w:w="709"/>
          </w:tcPr>
          <w:p>
            <w:r>
              <w:t>428</w:t>
            </w:r>
          </w:p>
        </w:tc>
        <w:tc>
          <w:tcPr>
            <w:tcW w:type="dxa" w:w="3572"/>
          </w:tcPr>
          <w:p>
            <w:r>
              <w:t>Ernandez Cono Osvaldo</w:t>
            </w:r>
          </w:p>
        </w:tc>
        <w:tc>
          <w:tcPr>
            <w:tcW w:type="dxa" w:w="6009"/>
          </w:tcPr>
          <w:p>
            <w:r>
              <w:t>In quiescenza; già Direttore del Dipartimento Cure Primarie, ASP Trapani</w:t>
            </w:r>
          </w:p>
        </w:tc>
      </w:tr>
      <w:tr>
        <w:tc>
          <w:tcPr>
            <w:tcW w:type="dxa" w:w="709"/>
          </w:tcPr>
          <w:p>
            <w:r>
              <w:t>429</w:t>
            </w:r>
          </w:p>
        </w:tc>
        <w:tc>
          <w:tcPr>
            <w:tcW w:type="dxa" w:w="3572"/>
          </w:tcPr>
          <w:p>
            <w:r>
              <w:t>Errante Giuseppe</w:t>
            </w:r>
          </w:p>
        </w:tc>
        <w:tc>
          <w:tcPr>
            <w:tcW w:type="dxa" w:w="6009"/>
          </w:tcPr>
          <w:p>
            <w:r>
              <w:t>Coordinatore infermieristico</w:t>
            </w:r>
          </w:p>
        </w:tc>
      </w:tr>
      <w:tr>
        <w:tc>
          <w:tcPr>
            <w:tcW w:type="dxa" w:w="709"/>
          </w:tcPr>
          <w:p>
            <w:r>
              <w:t>430</w:t>
            </w:r>
          </w:p>
        </w:tc>
        <w:tc>
          <w:tcPr>
            <w:tcW w:type="dxa" w:w="3572"/>
          </w:tcPr>
          <w:p>
            <w:r>
              <w:t>Evola Salvatore</w:t>
            </w:r>
          </w:p>
        </w:tc>
        <w:tc>
          <w:tcPr>
            <w:tcW w:type="dxa" w:w="6009"/>
          </w:tcPr>
          <w:p>
            <w:r>
              <w:t>Cardiologo</w:t>
            </w:r>
          </w:p>
        </w:tc>
      </w:tr>
      <w:tr>
        <w:tc>
          <w:tcPr>
            <w:tcW w:type="dxa" w:w="709"/>
          </w:tcPr>
          <w:p>
            <w:r>
              <w:t>431</w:t>
            </w:r>
          </w:p>
        </w:tc>
        <w:tc>
          <w:tcPr>
            <w:tcW w:type="dxa" w:w="3572"/>
          </w:tcPr>
          <w:p>
            <w:r>
              <w:t>Failla Giuseppe</w:t>
            </w:r>
          </w:p>
        </w:tc>
        <w:tc>
          <w:tcPr>
            <w:tcW w:type="dxa" w:w="6009"/>
          </w:tcPr>
          <w:p>
            <w:r>
              <w:t>Direttore UOC Pneumologia, ARNAS Civico</w:t>
            </w:r>
          </w:p>
        </w:tc>
      </w:tr>
      <w:tr>
        <w:tc>
          <w:tcPr>
            <w:tcW w:type="dxa" w:w="709"/>
          </w:tcPr>
          <w:p>
            <w:r>
              <w:t>432</w:t>
            </w:r>
          </w:p>
        </w:tc>
        <w:tc>
          <w:tcPr>
            <w:tcW w:type="dxa" w:w="3572"/>
          </w:tcPr>
          <w:p>
            <w:r>
              <w:t>Falchi Paolo</w:t>
            </w:r>
          </w:p>
        </w:tc>
        <w:tc>
          <w:tcPr>
            <w:tcW w:type="dxa" w:w="6009"/>
          </w:tcPr>
          <w:p>
            <w:r>
              <w:t>Studio oculistico; convenzionato esterno</w:t>
            </w:r>
          </w:p>
        </w:tc>
      </w:tr>
      <w:tr>
        <w:tc>
          <w:tcPr>
            <w:tcW w:type="dxa" w:w="709"/>
          </w:tcPr>
          <w:p>
            <w:r>
              <w:t>433</w:t>
            </w:r>
          </w:p>
        </w:tc>
        <w:tc>
          <w:tcPr>
            <w:tcW w:type="dxa" w:w="3572"/>
          </w:tcPr>
          <w:p>
            <w:r>
              <w:t>Falcidia Gabriella</w:t>
            </w:r>
          </w:p>
        </w:tc>
        <w:tc>
          <w:tcPr>
            <w:tcW w:type="dxa" w:w="6009"/>
          </w:tcPr>
          <w:p>
            <w:r>
              <w:t>Pensionata, già docente scuola pubblica</w:t>
            </w:r>
          </w:p>
        </w:tc>
      </w:tr>
      <w:tr>
        <w:tc>
          <w:tcPr>
            <w:tcW w:type="dxa" w:w="709"/>
          </w:tcPr>
          <w:p>
            <w:r>
              <w:t>434</w:t>
            </w:r>
          </w:p>
        </w:tc>
        <w:tc>
          <w:tcPr>
            <w:tcW w:type="dxa" w:w="3572"/>
          </w:tcPr>
          <w:p>
            <w:r>
              <w:t>Falcone Don Calogero</w:t>
            </w:r>
          </w:p>
        </w:tc>
        <w:tc>
          <w:tcPr>
            <w:tcW w:type="dxa" w:w="6009"/>
          </w:tcPr>
          <w:p>
            <w:r>
              <w:t>Parroco di Petralia Soprana; Assistente spirituale delle Misericordie</w:t>
            </w:r>
          </w:p>
        </w:tc>
      </w:tr>
      <w:tr>
        <w:tc>
          <w:tcPr>
            <w:tcW w:type="dxa" w:w="709"/>
          </w:tcPr>
          <w:p>
            <w:r>
              <w:t>435</w:t>
            </w:r>
          </w:p>
        </w:tc>
        <w:tc>
          <w:tcPr>
            <w:tcW w:type="dxa" w:w="3572"/>
          </w:tcPr>
          <w:p>
            <w:r>
              <w:t>Faldini Cesare</w:t>
            </w:r>
          </w:p>
        </w:tc>
        <w:tc>
          <w:tcPr>
            <w:tcW w:type="dxa" w:w="6009"/>
          </w:tcPr>
          <w:p>
            <w:r>
              <w:t>Direttore della Clinica Ortopedica I, Università di Bologna - Istituto Ortopedico Rizzoli; già Direttore del Dipartimento Rizzoli Sicilia</w:t>
            </w:r>
          </w:p>
        </w:tc>
      </w:tr>
      <w:tr>
        <w:tc>
          <w:tcPr>
            <w:tcW w:type="dxa" w:w="709"/>
          </w:tcPr>
          <w:p>
            <w:r>
              <w:t>436</w:t>
            </w:r>
          </w:p>
        </w:tc>
        <w:tc>
          <w:tcPr>
            <w:tcW w:type="dxa" w:w="3572"/>
          </w:tcPr>
          <w:p>
            <w:r>
              <w:t>Fallea Alfonso Maurizio</w:t>
            </w:r>
          </w:p>
        </w:tc>
        <w:tc>
          <w:tcPr>
            <w:tcW w:type="dxa" w:w="6009"/>
          </w:tcPr>
          <w:p>
            <w:r>
              <w:t>Dirigente medico di I livello, Chirurgia Plastica e Centro Ustioni</w:t>
            </w:r>
          </w:p>
        </w:tc>
      </w:tr>
      <w:tr>
        <w:tc>
          <w:tcPr>
            <w:tcW w:type="dxa" w:w="709"/>
          </w:tcPr>
          <w:p>
            <w:r>
              <w:t>437</w:t>
            </w:r>
          </w:p>
        </w:tc>
        <w:tc>
          <w:tcPr>
            <w:tcW w:type="dxa" w:w="3572"/>
          </w:tcPr>
          <w:p>
            <w:r>
              <w:t>Famà Serena</w:t>
            </w:r>
          </w:p>
        </w:tc>
        <w:tc>
          <w:tcPr>
            <w:tcW w:type="dxa" w:w="6009"/>
          </w:tcPr>
          <w:p>
            <w:r>
              <w:t>Fisioterapista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438</w:t>
            </w:r>
          </w:p>
        </w:tc>
        <w:tc>
          <w:tcPr>
            <w:tcW w:type="dxa" w:w="3572"/>
          </w:tcPr>
          <w:p>
            <w:r>
              <w:t>Fantauzzo Cristina</w:t>
            </w:r>
          </w:p>
        </w:tc>
        <w:tc>
          <w:tcPr>
            <w:tcW w:type="dxa" w:w="6009"/>
          </w:tcPr>
          <w:p>
            <w:r>
              <w:t>Pensionata; già esponente della CGIL</w:t>
            </w:r>
          </w:p>
        </w:tc>
      </w:tr>
      <w:tr>
        <w:tc>
          <w:tcPr>
            <w:tcW w:type="dxa" w:w="709"/>
          </w:tcPr>
          <w:p>
            <w:r>
              <w:t>439</w:t>
            </w:r>
          </w:p>
        </w:tc>
        <w:tc>
          <w:tcPr>
            <w:tcW w:type="dxa" w:w="3572"/>
          </w:tcPr>
          <w:p>
            <w:r>
              <w:t>Farinella Desirée</w:t>
            </w:r>
          </w:p>
        </w:tc>
        <w:tc>
          <w:tcPr>
            <w:tcW w:type="dxa" w:w="6009"/>
          </w:tcPr>
          <w:p>
            <w:r>
              <w:t>Dirigente medico, AOUP P. Giaccone</w:t>
            </w:r>
          </w:p>
        </w:tc>
      </w:tr>
      <w:tr>
        <w:tc>
          <w:tcPr>
            <w:tcW w:type="dxa" w:w="709"/>
          </w:tcPr>
          <w:p>
            <w:r>
              <w:t>440</w:t>
            </w:r>
          </w:p>
        </w:tc>
        <w:tc>
          <w:tcPr>
            <w:tcW w:type="dxa" w:w="3572"/>
          </w:tcPr>
          <w:p>
            <w:r>
              <w:t>Farnese Silvia</w:t>
            </w:r>
          </w:p>
        </w:tc>
        <w:tc>
          <w:tcPr>
            <w:tcW w:type="dxa" w:w="6009"/>
          </w:tcPr>
          <w:p>
            <w:r>
              <w:t>Operatrice socio-sanitaria (OSS)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441</w:t>
            </w:r>
          </w:p>
        </w:tc>
        <w:tc>
          <w:tcPr>
            <w:tcW w:type="dxa" w:w="3572"/>
          </w:tcPr>
          <w:p>
            <w:r>
              <w:t>Fava Maria Concetta</w:t>
            </w:r>
          </w:p>
        </w:tc>
        <w:tc>
          <w:tcPr>
            <w:tcW w:type="dxa" w:w="6009"/>
          </w:tcPr>
          <w:p>
            <w:r>
              <w:t>Medico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442</w:t>
            </w:r>
          </w:p>
        </w:tc>
        <w:tc>
          <w:tcPr>
            <w:tcW w:type="dxa" w:w="3572"/>
          </w:tcPr>
          <w:p>
            <w:r>
              <w:t>Favara Tommaso</w:t>
            </w:r>
          </w:p>
        </w:tc>
        <w:tc>
          <w:tcPr>
            <w:tcW w:type="dxa" w:w="6009"/>
          </w:tcPr>
          <w:p>
            <w:r>
              <w:t>Cardiochirurgo</w:t>
            </w:r>
          </w:p>
        </w:tc>
      </w:tr>
      <w:tr>
        <w:tc>
          <w:tcPr>
            <w:tcW w:type="dxa" w:w="709"/>
          </w:tcPr>
          <w:p>
            <w:r>
              <w:t>443</w:t>
            </w:r>
          </w:p>
        </w:tc>
        <w:tc>
          <w:tcPr>
            <w:tcW w:type="dxa" w:w="3572"/>
          </w:tcPr>
          <w:p>
            <w:r>
              <w:t>Favia Silvana</w:t>
            </w:r>
          </w:p>
        </w:tc>
        <w:tc>
          <w:tcPr>
            <w:tcW w:type="dxa" w:w="6009"/>
          </w:tcPr>
          <w:p>
            <w:r>
              <w:t>Operatrice socio-sanitaria (OSS)</w:t>
            </w:r>
          </w:p>
        </w:tc>
      </w:tr>
      <w:tr>
        <w:tc>
          <w:tcPr>
            <w:tcW w:type="dxa" w:w="709"/>
          </w:tcPr>
          <w:p>
            <w:r>
              <w:t>444</w:t>
            </w:r>
          </w:p>
        </w:tc>
        <w:tc>
          <w:tcPr>
            <w:tcW w:type="dxa" w:w="3572"/>
          </w:tcPr>
          <w:p>
            <w:r>
              <w:t>Favuzza Luigi</w:t>
            </w:r>
          </w:p>
        </w:tc>
        <w:tc>
          <w:tcPr>
            <w:tcW w:type="dxa" w:w="6009"/>
          </w:tcPr>
          <w:p>
            <w:r>
              <w:t>Già dirigente medico, Ospedale Civico di Palermo</w:t>
            </w:r>
          </w:p>
        </w:tc>
      </w:tr>
      <w:tr>
        <w:tc>
          <w:tcPr>
            <w:tcW w:type="dxa" w:w="709"/>
          </w:tcPr>
          <w:p>
            <w:r>
              <w:t>445</w:t>
            </w:r>
          </w:p>
        </w:tc>
        <w:tc>
          <w:tcPr>
            <w:tcW w:type="dxa" w:w="3572"/>
          </w:tcPr>
          <w:p>
            <w:r>
              <w:t>Fazio Ivan</w:t>
            </w:r>
          </w:p>
        </w:tc>
        <w:tc>
          <w:tcPr>
            <w:tcW w:type="dxa" w:w="6009"/>
          </w:tcPr>
          <w:p>
            <w:r>
              <w:t>Direttore Unità di Radioterapia, Casa di Cura Macchiarella, Palermo</w:t>
            </w:r>
          </w:p>
        </w:tc>
      </w:tr>
      <w:tr>
        <w:tc>
          <w:tcPr>
            <w:tcW w:type="dxa" w:w="709"/>
          </w:tcPr>
          <w:p>
            <w:r>
              <w:t>446</w:t>
            </w:r>
          </w:p>
        </w:tc>
        <w:tc>
          <w:tcPr>
            <w:tcW w:type="dxa" w:w="3572"/>
          </w:tcPr>
          <w:p>
            <w:r>
              <w:t>Fazio Luca</w:t>
            </w:r>
          </w:p>
        </w:tc>
        <w:tc>
          <w:tcPr>
            <w:tcW w:type="dxa" w:w="6009"/>
          </w:tcPr>
          <w:p>
            <w:r>
              <w:t>Direttore Dipartimento Cure Primarie, ASP Trapani</w:t>
            </w:r>
          </w:p>
        </w:tc>
      </w:tr>
      <w:tr>
        <w:tc>
          <w:tcPr>
            <w:tcW w:type="dxa" w:w="709"/>
          </w:tcPr>
          <w:p>
            <w:r>
              <w:t>447</w:t>
            </w:r>
          </w:p>
        </w:tc>
        <w:tc>
          <w:tcPr>
            <w:tcW w:type="dxa" w:w="3572"/>
          </w:tcPr>
          <w:p>
            <w:r>
              <w:t>Fazio Marcella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448</w:t>
            </w:r>
          </w:p>
        </w:tc>
        <w:tc>
          <w:tcPr>
            <w:tcW w:type="dxa" w:w="3572"/>
          </w:tcPr>
          <w:p>
            <w:r>
              <w:t>Feccia Mariano Antonio</w:t>
            </w:r>
          </w:p>
        </w:tc>
        <w:tc>
          <w:tcPr>
            <w:tcW w:type="dxa" w:w="6009"/>
          </w:tcPr>
          <w:p>
            <w:r>
              <w:t>Direttore del Centro Regionale Trapianti Lazio</w:t>
            </w:r>
          </w:p>
        </w:tc>
      </w:tr>
      <w:tr>
        <w:tc>
          <w:tcPr>
            <w:tcW w:type="dxa" w:w="709"/>
          </w:tcPr>
          <w:p>
            <w:r>
              <w:t>449</w:t>
            </w:r>
          </w:p>
        </w:tc>
        <w:tc>
          <w:tcPr>
            <w:tcW w:type="dxa" w:w="3572"/>
          </w:tcPr>
          <w:p>
            <w:r>
              <w:t>Fedele Domenico</w:t>
            </w:r>
          </w:p>
        </w:tc>
        <w:tc>
          <w:tcPr>
            <w:tcW w:type="dxa" w:w="6009"/>
          </w:tcPr>
          <w:p>
            <w:r>
              <w:t>Dipendente pubblico</w:t>
            </w:r>
          </w:p>
        </w:tc>
      </w:tr>
      <w:tr>
        <w:tc>
          <w:tcPr>
            <w:tcW w:type="dxa" w:w="709"/>
          </w:tcPr>
          <w:p>
            <w:r>
              <w:t>450</w:t>
            </w:r>
          </w:p>
        </w:tc>
        <w:tc>
          <w:tcPr>
            <w:tcW w:type="dxa" w:w="3572"/>
          </w:tcPr>
          <w:p>
            <w:r>
              <w:t>Ferrante Angela</w:t>
            </w:r>
          </w:p>
        </w:tc>
        <w:tc>
          <w:tcPr>
            <w:tcW w:type="dxa" w:w="6009"/>
          </w:tcPr>
          <w:p>
            <w:r>
              <w:t>Impiegata</w:t>
            </w:r>
          </w:p>
        </w:tc>
      </w:tr>
      <w:tr>
        <w:tc>
          <w:tcPr>
            <w:tcW w:type="dxa" w:w="709"/>
          </w:tcPr>
          <w:p>
            <w:r>
              <w:t>451</w:t>
            </w:r>
          </w:p>
        </w:tc>
        <w:tc>
          <w:tcPr>
            <w:tcW w:type="dxa" w:w="3572"/>
          </w:tcPr>
          <w:p>
            <w:r>
              <w:t>Ferrante Bannera Antonio</w:t>
            </w:r>
          </w:p>
        </w:tc>
        <w:tc>
          <w:tcPr>
            <w:tcW w:type="dxa" w:w="6009"/>
          </w:tcPr>
          <w:p>
            <w:r>
              <w:t>Direttore UOC Immunoematologia e Medicina Trasfusionale, ARNAS Civico Palermo</w:t>
            </w:r>
          </w:p>
        </w:tc>
      </w:tr>
      <w:tr>
        <w:tc>
          <w:tcPr>
            <w:tcW w:type="dxa" w:w="709"/>
          </w:tcPr>
          <w:p>
            <w:r>
              <w:t>452</w:t>
            </w:r>
          </w:p>
        </w:tc>
        <w:tc>
          <w:tcPr>
            <w:tcW w:type="dxa" w:w="3572"/>
          </w:tcPr>
          <w:p>
            <w:r>
              <w:t>Ferrara Ciro</w:t>
            </w:r>
          </w:p>
        </w:tc>
        <w:tc>
          <w:tcPr>
            <w:tcW w:type="dxa" w:w="6009"/>
          </w:tcPr>
          <w:p>
            <w:r>
              <w:t>Infermiere professionale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453</w:t>
            </w:r>
          </w:p>
        </w:tc>
        <w:tc>
          <w:tcPr>
            <w:tcW w:type="dxa" w:w="3572"/>
          </w:tcPr>
          <w:p>
            <w:r>
              <w:t>Ferrara Paola</w:t>
            </w:r>
          </w:p>
        </w:tc>
        <w:tc>
          <w:tcPr>
            <w:tcW w:type="dxa" w:w="6009"/>
          </w:tcPr>
          <w:p>
            <w:r>
              <w:t>Dipendente pubblica</w:t>
            </w:r>
          </w:p>
        </w:tc>
      </w:tr>
      <w:tr>
        <w:tc>
          <w:tcPr>
            <w:tcW w:type="dxa" w:w="709"/>
          </w:tcPr>
          <w:p>
            <w:r>
              <w:t>454</w:t>
            </w:r>
          </w:p>
        </w:tc>
        <w:tc>
          <w:tcPr>
            <w:tcW w:type="dxa" w:w="3572"/>
          </w:tcPr>
          <w:p>
            <w:r>
              <w:t>Ferrigno Claudia</w:t>
            </w:r>
          </w:p>
        </w:tc>
        <w:tc>
          <w:tcPr>
            <w:tcW w:type="dxa" w:w="6009"/>
          </w:tcPr>
          <w:p>
            <w:r>
              <w:t>Direttore UOC di Medicina, Ospedale “Gravina” di Caltagirone</w:t>
            </w:r>
          </w:p>
        </w:tc>
      </w:tr>
      <w:tr>
        <w:tc>
          <w:tcPr>
            <w:tcW w:type="dxa" w:w="709"/>
          </w:tcPr>
          <w:p>
            <w:r>
              <w:t>455</w:t>
            </w:r>
          </w:p>
        </w:tc>
        <w:tc>
          <w:tcPr>
            <w:tcW w:type="dxa" w:w="3572"/>
          </w:tcPr>
          <w:p>
            <w:r>
              <w:t>Ferro Adriana</w:t>
            </w:r>
          </w:p>
        </w:tc>
        <w:tc>
          <w:tcPr>
            <w:tcW w:type="dxa" w:w="6009"/>
          </w:tcPr>
          <w:p>
            <w:r>
              <w:t>Biologa in laboratorio di analisi</w:t>
            </w:r>
          </w:p>
        </w:tc>
      </w:tr>
      <w:tr>
        <w:tc>
          <w:tcPr>
            <w:tcW w:type="dxa" w:w="709"/>
          </w:tcPr>
          <w:p>
            <w:r>
              <w:t>456</w:t>
            </w:r>
          </w:p>
        </w:tc>
        <w:tc>
          <w:tcPr>
            <w:tcW w:type="dxa" w:w="3572"/>
          </w:tcPr>
          <w:p>
            <w:r>
              <w:t>Ferruzza Francesco</w:t>
            </w:r>
          </w:p>
        </w:tc>
        <w:tc>
          <w:tcPr>
            <w:tcW w:type="dxa" w:w="6009"/>
          </w:tcPr>
          <w:p>
            <w:r>
              <w:t>Specialista in Otorinolaringoiatria, ASP Palermo</w:t>
            </w:r>
          </w:p>
        </w:tc>
      </w:tr>
      <w:tr>
        <w:tc>
          <w:tcPr>
            <w:tcW w:type="dxa" w:w="709"/>
          </w:tcPr>
          <w:p>
            <w:r>
              <w:t>457</w:t>
            </w:r>
          </w:p>
        </w:tc>
        <w:tc>
          <w:tcPr>
            <w:tcW w:type="dxa" w:w="3572"/>
          </w:tcPr>
          <w:p>
            <w:r>
              <w:t>Fiammella Pietro</w:t>
            </w:r>
          </w:p>
        </w:tc>
        <w:tc>
          <w:tcPr>
            <w:tcW w:type="dxa" w:w="6009"/>
          </w:tcPr>
          <w:p>
            <w:r>
              <w:t>OSS, ASP Palermo</w:t>
            </w:r>
          </w:p>
        </w:tc>
      </w:tr>
      <w:tr>
        <w:tc>
          <w:tcPr>
            <w:tcW w:type="dxa" w:w="709"/>
          </w:tcPr>
          <w:p>
            <w:r>
              <w:t>458</w:t>
            </w:r>
          </w:p>
        </w:tc>
        <w:tc>
          <w:tcPr>
            <w:tcW w:type="dxa" w:w="3572"/>
          </w:tcPr>
          <w:p>
            <w:r>
              <w:t>Ficano Leonardo</w:t>
            </w:r>
          </w:p>
        </w:tc>
        <w:tc>
          <w:tcPr>
            <w:tcW w:type="dxa" w:w="6009"/>
          </w:tcPr>
          <w:p>
            <w:r>
              <w:t>Professore di Chirurgia Università di Palermo, in pensione</w:t>
            </w:r>
          </w:p>
        </w:tc>
      </w:tr>
      <w:tr>
        <w:tc>
          <w:tcPr>
            <w:tcW w:type="dxa" w:w="709"/>
          </w:tcPr>
          <w:p>
            <w:r>
              <w:t>459</w:t>
            </w:r>
          </w:p>
        </w:tc>
        <w:tc>
          <w:tcPr>
            <w:tcW w:type="dxa" w:w="3572"/>
          </w:tcPr>
          <w:p>
            <w:r>
              <w:t>Fichera Antonio</w:t>
            </w:r>
          </w:p>
        </w:tc>
        <w:tc>
          <w:tcPr>
            <w:tcW w:type="dxa" w:w="6009"/>
          </w:tcPr>
          <w:p>
            <w:r>
              <w:t>Cardiologo del territorio; convenzionato esterno SBV</w:t>
            </w:r>
          </w:p>
        </w:tc>
      </w:tr>
      <w:tr>
        <w:tc>
          <w:tcPr>
            <w:tcW w:type="dxa" w:w="709"/>
          </w:tcPr>
          <w:p>
            <w:r>
              <w:t>460</w:t>
            </w:r>
          </w:p>
        </w:tc>
        <w:tc>
          <w:tcPr>
            <w:tcW w:type="dxa" w:w="3572"/>
          </w:tcPr>
          <w:p>
            <w:r>
              <w:t>Figarazzi Fabiola</w:t>
            </w:r>
          </w:p>
        </w:tc>
        <w:tc>
          <w:tcPr>
            <w:tcW w:type="dxa" w:w="6009"/>
          </w:tcPr>
          <w:p>
            <w:r>
              <w:t>Operatrice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461</w:t>
            </w:r>
          </w:p>
        </w:tc>
        <w:tc>
          <w:tcPr>
            <w:tcW w:type="dxa" w:w="3572"/>
          </w:tcPr>
          <w:p>
            <w:r>
              <w:t>Figlia Nicola</w:t>
            </w:r>
          </w:p>
        </w:tc>
        <w:tc>
          <w:tcPr>
            <w:tcW w:type="dxa" w:w="6009"/>
          </w:tcPr>
          <w:p>
            <w:r>
              <w:t>F.F. Responsabile, Poliambulatorio San Filippo Neri</w:t>
            </w:r>
          </w:p>
        </w:tc>
      </w:tr>
      <w:tr>
        <w:tc>
          <w:tcPr>
            <w:tcW w:type="dxa" w:w="709"/>
          </w:tcPr>
          <w:p>
            <w:r>
              <w:t>462</w:t>
            </w:r>
          </w:p>
        </w:tc>
        <w:tc>
          <w:tcPr>
            <w:tcW w:type="dxa" w:w="3572"/>
          </w:tcPr>
          <w:p>
            <w:r>
              <w:t>Filippone Leone</w:t>
            </w:r>
          </w:p>
        </w:tc>
        <w:tc>
          <w:tcPr>
            <w:tcW w:type="dxa" w:w="6009"/>
          </w:tcPr>
          <w:p>
            <w:r>
              <w:t>Fisiatra</w:t>
            </w:r>
          </w:p>
        </w:tc>
      </w:tr>
      <w:tr>
        <w:tc>
          <w:tcPr>
            <w:tcW w:type="dxa" w:w="709"/>
          </w:tcPr>
          <w:p>
            <w:r>
              <w:t>463</w:t>
            </w:r>
          </w:p>
        </w:tc>
        <w:tc>
          <w:tcPr>
            <w:tcW w:type="dxa" w:w="3572"/>
          </w:tcPr>
          <w:p>
            <w:r>
              <w:t>Finocchiaro Maria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464</w:t>
            </w:r>
          </w:p>
        </w:tc>
        <w:tc>
          <w:tcPr>
            <w:tcW w:type="dxa" w:w="3572"/>
          </w:tcPr>
          <w:p>
            <w:r>
              <w:t>Fiorentino Roberto</w:t>
            </w:r>
          </w:p>
        </w:tc>
        <w:tc>
          <w:tcPr>
            <w:tcW w:type="dxa" w:w="6009"/>
          </w:tcPr>
          <w:p>
            <w:r>
              <w:t>Direttore Aree Protette, in pensione</w:t>
            </w:r>
          </w:p>
        </w:tc>
      </w:tr>
      <w:tr>
        <w:tc>
          <w:tcPr>
            <w:tcW w:type="dxa" w:w="709"/>
          </w:tcPr>
          <w:p>
            <w:r>
              <w:t>465</w:t>
            </w:r>
          </w:p>
        </w:tc>
        <w:tc>
          <w:tcPr>
            <w:tcW w:type="dxa" w:w="3572"/>
          </w:tcPr>
          <w:p>
            <w:r>
              <w:t>Fiorentino Salvatore</w:t>
            </w:r>
          </w:p>
        </w:tc>
        <w:tc>
          <w:tcPr>
            <w:tcW w:type="dxa" w:w="6009"/>
          </w:tcPr>
          <w:p>
            <w:r>
              <w:t>Dirigente medico di Anestesia e Rianimazione, P.O. Mazara del Vallo</w:t>
            </w:r>
          </w:p>
        </w:tc>
      </w:tr>
      <w:tr>
        <w:tc>
          <w:tcPr>
            <w:tcW w:type="dxa" w:w="709"/>
          </w:tcPr>
          <w:p>
            <w:r>
              <w:t>466</w:t>
            </w:r>
          </w:p>
        </w:tc>
        <w:tc>
          <w:tcPr>
            <w:tcW w:type="dxa" w:w="3572"/>
          </w:tcPr>
          <w:p>
            <w:r>
              <w:t>Fioriglio Cristian</w:t>
            </w:r>
          </w:p>
        </w:tc>
        <w:tc>
          <w:tcPr>
            <w:tcW w:type="dxa" w:w="6009"/>
          </w:tcPr>
          <w:p>
            <w:r>
              <w:t>Cofondatore, Medisan Poliambulatorio, Catania</w:t>
            </w:r>
          </w:p>
        </w:tc>
      </w:tr>
      <w:tr>
        <w:tc>
          <w:tcPr>
            <w:tcW w:type="dxa" w:w="709"/>
          </w:tcPr>
          <w:p>
            <w:r>
              <w:t>467</w:t>
            </w:r>
          </w:p>
        </w:tc>
        <w:tc>
          <w:tcPr>
            <w:tcW w:type="dxa" w:w="3572"/>
          </w:tcPr>
          <w:p>
            <w:r>
              <w:t>Fiorini Adolfo</w:t>
            </w:r>
          </w:p>
        </w:tc>
        <w:tc>
          <w:tcPr>
            <w:tcW w:type="dxa" w:w="6009"/>
          </w:tcPr>
          <w:p>
            <w:r>
              <w:t>Consulente del lavoro</w:t>
            </w:r>
          </w:p>
        </w:tc>
      </w:tr>
      <w:tr>
        <w:tc>
          <w:tcPr>
            <w:tcW w:type="dxa" w:w="709"/>
          </w:tcPr>
          <w:p>
            <w:r>
              <w:t>468</w:t>
            </w:r>
          </w:p>
        </w:tc>
        <w:tc>
          <w:tcPr>
            <w:tcW w:type="dxa" w:w="3572"/>
          </w:tcPr>
          <w:p>
            <w:r>
              <w:t>Firringa Domenico Savio</w:t>
            </w:r>
          </w:p>
        </w:tc>
        <w:tc>
          <w:tcPr>
            <w:tcW w:type="dxa" w:w="6009"/>
          </w:tcPr>
          <w:p>
            <w:r>
              <w:t>Direttore scientifico e responsabile medico del Centro di Formazione BLSD della Polizia di Stato</w:t>
            </w:r>
          </w:p>
        </w:tc>
      </w:tr>
      <w:tr>
        <w:tc>
          <w:tcPr>
            <w:tcW w:type="dxa" w:w="709"/>
          </w:tcPr>
          <w:p>
            <w:r>
              <w:t>469</w:t>
            </w:r>
          </w:p>
        </w:tc>
        <w:tc>
          <w:tcPr>
            <w:tcW w:type="dxa" w:w="3572"/>
          </w:tcPr>
          <w:p>
            <w:r>
              <w:t>Fisichella Vincenzo</w:t>
            </w:r>
          </w:p>
        </w:tc>
        <w:tc>
          <w:tcPr>
            <w:tcW w:type="dxa" w:w="6009"/>
          </w:tcPr>
          <w:p>
            <w:r>
              <w:t>Dirigente medico di Oftalmologia, Ospedale “Gravina” di Caltagirone</w:t>
            </w:r>
          </w:p>
        </w:tc>
      </w:tr>
      <w:tr>
        <w:tc>
          <w:tcPr>
            <w:tcW w:type="dxa" w:w="709"/>
          </w:tcPr>
          <w:p>
            <w:r>
              <w:t>470</w:t>
            </w:r>
          </w:p>
        </w:tc>
        <w:tc>
          <w:tcPr>
            <w:tcW w:type="dxa" w:w="3572"/>
          </w:tcPr>
          <w:p>
            <w:r>
              <w:t>Floresta Maria</w:t>
            </w:r>
          </w:p>
        </w:tc>
        <w:tc>
          <w:tcPr>
            <w:tcW w:type="dxa" w:w="6009"/>
          </w:tcPr>
          <w:p>
            <w:r>
              <w:t>Studio di odontoiatria dott.ssa Maria Floresta &amp; C. S.a.s.</w:t>
            </w:r>
          </w:p>
        </w:tc>
      </w:tr>
      <w:tr>
        <w:tc>
          <w:tcPr>
            <w:tcW w:type="dxa" w:w="709"/>
          </w:tcPr>
          <w:p>
            <w:r>
              <w:t>471</w:t>
            </w:r>
          </w:p>
        </w:tc>
        <w:tc>
          <w:tcPr>
            <w:tcW w:type="dxa" w:w="3572"/>
          </w:tcPr>
          <w:p>
            <w:r>
              <w:t>Follari Antonio</w:t>
            </w:r>
          </w:p>
        </w:tc>
        <w:tc>
          <w:tcPr>
            <w:tcW w:type="dxa" w:w="6009"/>
          </w:tcPr>
          <w:p>
            <w:r>
              <w:t>Imprenditore nel settore sanitario</w:t>
            </w:r>
          </w:p>
        </w:tc>
      </w:tr>
      <w:tr>
        <w:tc>
          <w:tcPr>
            <w:tcW w:type="dxa" w:w="709"/>
          </w:tcPr>
          <w:p>
            <w:r>
              <w:t>472</w:t>
            </w:r>
          </w:p>
        </w:tc>
        <w:tc>
          <w:tcPr>
            <w:tcW w:type="dxa" w:w="3572"/>
          </w:tcPr>
          <w:p>
            <w:r>
              <w:t>Fontana Giuseppe</w:t>
            </w:r>
          </w:p>
        </w:tc>
        <w:tc>
          <w:tcPr>
            <w:tcW w:type="dxa" w:w="6009"/>
          </w:tcPr>
          <w:p>
            <w:r>
              <w:t>Dirigente medico presso struttura sanitaria convenzionata</w:t>
            </w:r>
          </w:p>
        </w:tc>
      </w:tr>
      <w:tr>
        <w:tc>
          <w:tcPr>
            <w:tcW w:type="dxa" w:w="709"/>
          </w:tcPr>
          <w:p>
            <w:r>
              <w:t>473</w:t>
            </w:r>
          </w:p>
        </w:tc>
        <w:tc>
          <w:tcPr>
            <w:tcW w:type="dxa" w:w="3572"/>
          </w:tcPr>
          <w:p>
            <w:r>
              <w:t>Fornace Renato</w:t>
            </w:r>
          </w:p>
        </w:tc>
        <w:tc>
          <w:tcPr>
            <w:tcW w:type="dxa" w:w="6009"/>
          </w:tcPr>
          <w:p>
            <w:r>
              <w:t>Tecnico informatico</w:t>
            </w:r>
          </w:p>
        </w:tc>
      </w:tr>
      <w:tr>
        <w:tc>
          <w:tcPr>
            <w:tcW w:type="dxa" w:w="709"/>
          </w:tcPr>
          <w:p>
            <w:r>
              <w:t>474</w:t>
            </w:r>
          </w:p>
        </w:tc>
        <w:tc>
          <w:tcPr>
            <w:tcW w:type="dxa" w:w="3572"/>
          </w:tcPr>
          <w:p>
            <w:r>
              <w:t>Fortuna Maria</w:t>
            </w:r>
          </w:p>
        </w:tc>
        <w:tc>
          <w:tcPr>
            <w:tcW w:type="dxa" w:w="6009"/>
          </w:tcPr>
          <w:p>
            <w:r>
              <w:t>Operatore in struttura sanitaria</w:t>
            </w:r>
          </w:p>
        </w:tc>
      </w:tr>
      <w:tr>
        <w:tc>
          <w:tcPr>
            <w:tcW w:type="dxa" w:w="709"/>
          </w:tcPr>
          <w:p>
            <w:r>
              <w:t>475</w:t>
            </w:r>
          </w:p>
        </w:tc>
        <w:tc>
          <w:tcPr>
            <w:tcW w:type="dxa" w:w="3572"/>
          </w:tcPr>
          <w:p>
            <w:r>
              <w:t>Franco Rosalba</w:t>
            </w:r>
          </w:p>
        </w:tc>
        <w:tc>
          <w:tcPr>
            <w:tcW w:type="dxa" w:w="6009"/>
          </w:tcPr>
          <w:p>
            <w:r>
              <w:t>Dirigente medico di Oftalmologia, Ospedale “Gravina” di Caltagirone</w:t>
            </w:r>
          </w:p>
        </w:tc>
      </w:tr>
      <w:tr>
        <w:tc>
          <w:tcPr>
            <w:tcW w:type="dxa" w:w="709"/>
          </w:tcPr>
          <w:p>
            <w:r>
              <w:t>476</w:t>
            </w:r>
          </w:p>
        </w:tc>
        <w:tc>
          <w:tcPr>
            <w:tcW w:type="dxa" w:w="3572"/>
          </w:tcPr>
          <w:p>
            <w:r>
              <w:t>Fresta Rosario</w:t>
            </w:r>
          </w:p>
        </w:tc>
        <w:tc>
          <w:tcPr>
            <w:tcW w:type="dxa" w:w="6009"/>
          </w:tcPr>
          <w:p>
            <w:r>
              <w:t>Ex Direttore Amministrativo del SSR</w:t>
            </w:r>
          </w:p>
        </w:tc>
      </w:tr>
      <w:tr>
        <w:tc>
          <w:tcPr>
            <w:tcW w:type="dxa" w:w="709"/>
          </w:tcPr>
          <w:p>
            <w:r>
              <w:t>477</w:t>
            </w:r>
          </w:p>
        </w:tc>
        <w:tc>
          <w:tcPr>
            <w:tcW w:type="dxa" w:w="3572"/>
          </w:tcPr>
          <w:p>
            <w:r>
              <w:t>Fricano Christopher</w:t>
            </w:r>
          </w:p>
        </w:tc>
        <w:tc>
          <w:tcPr>
            <w:tcW w:type="dxa" w:w="6009"/>
          </w:tcPr>
          <w:p>
            <w:r>
              <w:t>Operatore socio-sanitario (OSS) presso struttura socio-assistenziale</w:t>
            </w:r>
          </w:p>
        </w:tc>
      </w:tr>
      <w:tr>
        <w:tc>
          <w:tcPr>
            <w:tcW w:type="dxa" w:w="709"/>
          </w:tcPr>
          <w:p>
            <w:r>
              <w:t>478</w:t>
            </w:r>
          </w:p>
        </w:tc>
        <w:tc>
          <w:tcPr>
            <w:tcW w:type="dxa" w:w="3572"/>
          </w:tcPr>
          <w:p>
            <w:r>
              <w:t>Fricano Francesco</w:t>
            </w:r>
          </w:p>
        </w:tc>
        <w:tc>
          <w:tcPr>
            <w:tcW w:type="dxa" w:w="6009"/>
          </w:tcPr>
          <w:p>
            <w:r>
              <w:t>Imprenditore nel settore della sanità privata</w:t>
            </w:r>
          </w:p>
        </w:tc>
      </w:tr>
      <w:tr>
        <w:tc>
          <w:tcPr>
            <w:tcW w:type="dxa" w:w="709"/>
          </w:tcPr>
          <w:p>
            <w:r>
              <w:t>479</w:t>
            </w:r>
          </w:p>
        </w:tc>
        <w:tc>
          <w:tcPr>
            <w:tcW w:type="dxa" w:w="3572"/>
          </w:tcPr>
          <w:p>
            <w:r>
              <w:t>Fricano Vincenzo</w:t>
            </w:r>
          </w:p>
        </w:tc>
        <w:tc>
          <w:tcPr>
            <w:tcW w:type="dxa" w:w="6009"/>
          </w:tcPr>
          <w:p>
            <w:r>
              <w:t>Coordinatore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480</w:t>
            </w:r>
          </w:p>
        </w:tc>
        <w:tc>
          <w:tcPr>
            <w:tcW w:type="dxa" w:w="3572"/>
          </w:tcPr>
          <w:p>
            <w:r>
              <w:t>Fricia Marco</w:t>
            </w:r>
          </w:p>
        </w:tc>
        <w:tc>
          <w:tcPr>
            <w:tcW w:type="dxa" w:w="6009"/>
          </w:tcPr>
          <w:p>
            <w:r>
              <w:t>Neurochirurgo, UOC Neurochirurgia, AOE Cannizzaro; responsabile della degenza e dell’organizzazione del reparto</w:t>
            </w:r>
          </w:p>
        </w:tc>
      </w:tr>
      <w:tr>
        <w:tc>
          <w:tcPr>
            <w:tcW w:type="dxa" w:w="709"/>
          </w:tcPr>
          <w:p>
            <w:r>
              <w:t>481</w:t>
            </w:r>
          </w:p>
        </w:tc>
        <w:tc>
          <w:tcPr>
            <w:tcW w:type="dxa" w:w="3572"/>
          </w:tcPr>
          <w:p>
            <w:r>
              <w:t>Fruscione Santi</w:t>
            </w:r>
          </w:p>
        </w:tc>
        <w:tc>
          <w:tcPr>
            <w:tcW w:type="dxa" w:w="6009"/>
          </w:tcPr>
          <w:p>
            <w:r>
              <w:t>Dirigente medico, Direzione Di Cristina</w:t>
            </w:r>
          </w:p>
        </w:tc>
      </w:tr>
      <w:tr>
        <w:tc>
          <w:tcPr>
            <w:tcW w:type="dxa" w:w="709"/>
          </w:tcPr>
          <w:p>
            <w:r>
              <w:t>482</w:t>
            </w:r>
          </w:p>
        </w:tc>
        <w:tc>
          <w:tcPr>
            <w:tcW w:type="dxa" w:w="3572"/>
          </w:tcPr>
          <w:p>
            <w:r>
              <w:t>Fucà Giuseppe</w:t>
            </w:r>
          </w:p>
        </w:tc>
        <w:tc>
          <w:tcPr>
            <w:tcW w:type="dxa" w:w="6009"/>
          </w:tcPr>
          <w:p>
            <w:r>
              <w:t>Ginecologo, Palermo</w:t>
            </w:r>
          </w:p>
        </w:tc>
      </w:tr>
      <w:tr>
        <w:tc>
          <w:tcPr>
            <w:tcW w:type="dxa" w:w="709"/>
          </w:tcPr>
          <w:p>
            <w:r>
              <w:t>483</w:t>
            </w:r>
          </w:p>
        </w:tc>
        <w:tc>
          <w:tcPr>
            <w:tcW w:type="dxa" w:w="3572"/>
          </w:tcPr>
          <w:p>
            <w:r>
              <w:t>Fuduli Benedetto</w:t>
            </w:r>
          </w:p>
        </w:tc>
        <w:tc>
          <w:tcPr>
            <w:tcW w:type="dxa" w:w="6009"/>
          </w:tcPr>
          <w:p>
            <w:r>
              <w:t>Collaboratore amministrativo presso A.O.U. Policlinico “Paolo Giaccone” di Palermo</w:t>
            </w:r>
          </w:p>
        </w:tc>
      </w:tr>
      <w:tr>
        <w:tc>
          <w:tcPr>
            <w:tcW w:type="dxa" w:w="709"/>
          </w:tcPr>
          <w:p>
            <w:r>
              <w:t>484</w:t>
            </w:r>
          </w:p>
        </w:tc>
        <w:tc>
          <w:tcPr>
            <w:tcW w:type="dxa" w:w="3572"/>
          </w:tcPr>
          <w:p>
            <w:r>
              <w:t>Fullone Angelo</w:t>
            </w:r>
          </w:p>
        </w:tc>
        <w:tc>
          <w:tcPr>
            <w:tcW w:type="dxa" w:w="6009"/>
          </w:tcPr>
          <w:p>
            <w:r>
              <w:t>Operatore sanitario in pensione; già Segretario CISL Sanità</w:t>
            </w:r>
          </w:p>
        </w:tc>
      </w:tr>
      <w:tr>
        <w:tc>
          <w:tcPr>
            <w:tcW w:type="dxa" w:w="709"/>
          </w:tcPr>
          <w:p>
            <w:r>
              <w:t>485</w:t>
            </w:r>
          </w:p>
        </w:tc>
        <w:tc>
          <w:tcPr>
            <w:tcW w:type="dxa" w:w="3572"/>
          </w:tcPr>
          <w:p>
            <w:r>
              <w:t>Gaeta Paola</w:t>
            </w:r>
          </w:p>
        </w:tc>
        <w:tc>
          <w:tcPr>
            <w:tcW w:type="dxa" w:w="6009"/>
          </w:tcPr>
          <w:p>
            <w:r>
              <w:t>Docente</w:t>
            </w:r>
          </w:p>
        </w:tc>
      </w:tr>
      <w:tr>
        <w:tc>
          <w:tcPr>
            <w:tcW w:type="dxa" w:w="709"/>
          </w:tcPr>
          <w:p>
            <w:r>
              <w:t>486</w:t>
            </w:r>
          </w:p>
        </w:tc>
        <w:tc>
          <w:tcPr>
            <w:tcW w:type="dxa" w:w="3572"/>
          </w:tcPr>
          <w:p>
            <w:r>
              <w:t>Gaezza Marianna</w:t>
            </w:r>
          </w:p>
        </w:tc>
        <w:tc>
          <w:tcPr>
            <w:tcW w:type="dxa" w:w="6009"/>
          </w:tcPr>
          <w:p>
            <w:r>
              <w:t>Cardiologa</w:t>
            </w:r>
          </w:p>
        </w:tc>
      </w:tr>
      <w:tr>
        <w:tc>
          <w:tcPr>
            <w:tcW w:type="dxa" w:w="709"/>
          </w:tcPr>
          <w:p>
            <w:r>
              <w:t>487</w:t>
            </w:r>
          </w:p>
        </w:tc>
        <w:tc>
          <w:tcPr>
            <w:tcW w:type="dxa" w:w="3572"/>
          </w:tcPr>
          <w:p>
            <w:r>
              <w:t>Gagliano Caterina</w:t>
            </w:r>
          </w:p>
        </w:tc>
        <w:tc>
          <w:tcPr>
            <w:tcW w:type="dxa" w:w="6009"/>
          </w:tcPr>
          <w:p>
            <w:r>
              <w:t>Professoressa ordinaria di Oftalmologia, Università Kore di Enna</w:t>
            </w:r>
          </w:p>
        </w:tc>
      </w:tr>
      <w:tr>
        <w:tc>
          <w:tcPr>
            <w:tcW w:type="dxa" w:w="709"/>
          </w:tcPr>
          <w:p>
            <w:r>
              <w:t>488</w:t>
            </w:r>
          </w:p>
        </w:tc>
        <w:tc>
          <w:tcPr>
            <w:tcW w:type="dxa" w:w="3572"/>
          </w:tcPr>
          <w:p>
            <w:r>
              <w:t>Gagliano Rosaria</w:t>
            </w:r>
          </w:p>
        </w:tc>
        <w:tc>
          <w:tcPr>
            <w:tcW w:type="dxa" w:w="6009"/>
          </w:tcPr>
          <w:p>
            <w:r>
              <w:t>OSS presso struttura socio-assistenziale</w:t>
            </w:r>
          </w:p>
        </w:tc>
      </w:tr>
      <w:tr>
        <w:tc>
          <w:tcPr>
            <w:tcW w:type="dxa" w:w="709"/>
          </w:tcPr>
          <w:p>
            <w:r>
              <w:t>489</w:t>
            </w:r>
          </w:p>
        </w:tc>
        <w:tc>
          <w:tcPr>
            <w:tcW w:type="dxa" w:w="3572"/>
          </w:tcPr>
          <w:p>
            <w:r>
              <w:t>Galati Domenico</w:t>
            </w:r>
          </w:p>
        </w:tc>
        <w:tc>
          <w:tcPr>
            <w:tcW w:type="dxa" w:w="6009"/>
          </w:tcPr>
          <w:p>
            <w:r>
              <w:t>Direttore medico di struttura accreditata e convenzionata</w:t>
            </w:r>
          </w:p>
        </w:tc>
      </w:tr>
      <w:tr>
        <w:tc>
          <w:tcPr>
            <w:tcW w:type="dxa" w:w="709"/>
          </w:tcPr>
          <w:p>
            <w:r>
              <w:t>490</w:t>
            </w:r>
          </w:p>
        </w:tc>
        <w:tc>
          <w:tcPr>
            <w:tcW w:type="dxa" w:w="3572"/>
          </w:tcPr>
          <w:p>
            <w:r>
              <w:t>Galfano Giuseppe Mario</w:t>
            </w:r>
          </w:p>
        </w:tc>
        <w:tc>
          <w:tcPr>
            <w:tcW w:type="dxa" w:w="6009"/>
          </w:tcPr>
          <w:p>
            <w:r>
              <w:t>Già Direttore del Dipartimento di Chirurgia e della UOC Otorinolaringoiatria, Villa Sofia-Cervello</w:t>
            </w:r>
          </w:p>
        </w:tc>
      </w:tr>
      <w:tr>
        <w:tc>
          <w:tcPr>
            <w:tcW w:type="dxa" w:w="709"/>
          </w:tcPr>
          <w:p>
            <w:r>
              <w:t>491</w:t>
            </w:r>
          </w:p>
        </w:tc>
        <w:tc>
          <w:tcPr>
            <w:tcW w:type="dxa" w:w="3572"/>
          </w:tcPr>
          <w:p>
            <w:r>
              <w:t>Gallo Andrea</w:t>
            </w:r>
          </w:p>
        </w:tc>
        <w:tc>
          <w:tcPr>
            <w:tcW w:type="dxa" w:w="6009"/>
          </w:tcPr>
          <w:p>
            <w:r>
              <w:t>Insegnante</w:t>
            </w:r>
          </w:p>
        </w:tc>
      </w:tr>
      <w:tr>
        <w:tc>
          <w:tcPr>
            <w:tcW w:type="dxa" w:w="709"/>
          </w:tcPr>
          <w:p>
            <w:r>
              <w:t>492</w:t>
            </w:r>
          </w:p>
        </w:tc>
        <w:tc>
          <w:tcPr>
            <w:tcW w:type="dxa" w:w="3572"/>
          </w:tcPr>
          <w:p>
            <w:r>
              <w:t>Gallo Carrabba Maximiliano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493</w:t>
            </w:r>
          </w:p>
        </w:tc>
        <w:tc>
          <w:tcPr>
            <w:tcW w:type="dxa" w:w="3572"/>
          </w:tcPr>
          <w:p>
            <w:r>
              <w:t>Gallo Michele</w:t>
            </w:r>
          </w:p>
        </w:tc>
        <w:tc>
          <w:tcPr>
            <w:tcW w:type="dxa" w:w="6009"/>
          </w:tcPr>
          <w:p>
            <w:r>
              <w:t>Dirigente medico di Pneumologia</w:t>
            </w:r>
          </w:p>
        </w:tc>
      </w:tr>
      <w:tr>
        <w:tc>
          <w:tcPr>
            <w:tcW w:type="dxa" w:w="709"/>
          </w:tcPr>
          <w:p>
            <w:r>
              <w:t>494</w:t>
            </w:r>
          </w:p>
        </w:tc>
        <w:tc>
          <w:tcPr>
            <w:tcW w:type="dxa" w:w="3572"/>
          </w:tcPr>
          <w:p>
            <w:r>
              <w:t>Gallo Santi</w:t>
            </w:r>
          </w:p>
        </w:tc>
        <w:tc>
          <w:tcPr>
            <w:tcW w:type="dxa" w:w="6009"/>
          </w:tcPr>
          <w:p>
            <w:r>
              <w:t>Insegnante</w:t>
            </w:r>
          </w:p>
        </w:tc>
      </w:tr>
      <w:tr>
        <w:tc>
          <w:tcPr>
            <w:tcW w:type="dxa" w:w="709"/>
          </w:tcPr>
          <w:p>
            <w:r>
              <w:t>495</w:t>
            </w:r>
          </w:p>
        </w:tc>
        <w:tc>
          <w:tcPr>
            <w:tcW w:type="dxa" w:w="3572"/>
          </w:tcPr>
          <w:p>
            <w:r>
              <w:t>Galvano Gianluca</w:t>
            </w:r>
          </w:p>
        </w:tc>
        <w:tc>
          <w:tcPr>
            <w:tcW w:type="dxa" w:w="6009"/>
          </w:tcPr>
          <w:p>
            <w:r>
              <w:t>Direttore di Diagnostica per Immagini, Radiologia Interventistica e Neuroradiologia, ARNAS Garibaldi, Catania</w:t>
            </w:r>
          </w:p>
        </w:tc>
      </w:tr>
      <w:tr>
        <w:tc>
          <w:tcPr>
            <w:tcW w:type="dxa" w:w="709"/>
          </w:tcPr>
          <w:p>
            <w:r>
              <w:t>496</w:t>
            </w:r>
          </w:p>
        </w:tc>
        <w:tc>
          <w:tcPr>
            <w:tcW w:type="dxa" w:w="3572"/>
          </w:tcPr>
          <w:p>
            <w:r>
              <w:t>Galvano Luigi</w:t>
            </w:r>
          </w:p>
        </w:tc>
        <w:tc>
          <w:tcPr>
            <w:tcW w:type="dxa" w:w="6009"/>
          </w:tcPr>
          <w:p>
            <w:r>
              <w:t>Segretario provinciale FIMMG Palermo</w:t>
            </w:r>
          </w:p>
        </w:tc>
      </w:tr>
      <w:tr>
        <w:tc>
          <w:tcPr>
            <w:tcW w:type="dxa" w:w="709"/>
          </w:tcPr>
          <w:p>
            <w:r>
              <w:t>497</w:t>
            </w:r>
          </w:p>
        </w:tc>
        <w:tc>
          <w:tcPr>
            <w:tcW w:type="dxa" w:w="3572"/>
          </w:tcPr>
          <w:p>
            <w:r>
              <w:t>Gambadoro Cesare</w:t>
            </w:r>
          </w:p>
        </w:tc>
        <w:tc>
          <w:tcPr>
            <w:tcW w:type="dxa" w:w="6009"/>
          </w:tcPr>
          <w:p>
            <w:r>
              <w:t>Neurochirurgo</w:t>
            </w:r>
          </w:p>
        </w:tc>
      </w:tr>
      <w:tr>
        <w:tc>
          <w:tcPr>
            <w:tcW w:type="dxa" w:w="709"/>
          </w:tcPr>
          <w:p>
            <w:r>
              <w:t>498</w:t>
            </w:r>
          </w:p>
        </w:tc>
        <w:tc>
          <w:tcPr>
            <w:tcW w:type="dxa" w:w="3572"/>
          </w:tcPr>
          <w:p>
            <w:r>
              <w:t>Gambadoro Cristina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499</w:t>
            </w:r>
          </w:p>
        </w:tc>
        <w:tc>
          <w:tcPr>
            <w:tcW w:type="dxa" w:w="3572"/>
          </w:tcPr>
          <w:p>
            <w:r>
              <w:t>Gandolfo Giuseppe</w:t>
            </w:r>
          </w:p>
        </w:tc>
        <w:tc>
          <w:tcPr>
            <w:tcW w:type="dxa" w:w="6009"/>
          </w:tcPr>
          <w:p>
            <w:r>
              <w:t>Consulente fiscale</w:t>
            </w:r>
          </w:p>
        </w:tc>
      </w:tr>
      <w:tr>
        <w:tc>
          <w:tcPr>
            <w:tcW w:type="dxa" w:w="709"/>
          </w:tcPr>
          <w:p>
            <w:r>
              <w:t>500</w:t>
            </w:r>
          </w:p>
        </w:tc>
        <w:tc>
          <w:tcPr>
            <w:tcW w:type="dxa" w:w="3572"/>
          </w:tcPr>
          <w:p>
            <w:r>
              <w:t>Gargano Francesco</w:t>
            </w:r>
          </w:p>
        </w:tc>
        <w:tc>
          <w:tcPr>
            <w:tcW w:type="dxa" w:w="6009"/>
          </w:tcPr>
          <w:p>
            <w:r>
              <w:t>Logopedista libero professionista</w:t>
            </w:r>
          </w:p>
        </w:tc>
      </w:tr>
      <w:tr>
        <w:tc>
          <w:tcPr>
            <w:tcW w:type="dxa" w:w="709"/>
          </w:tcPr>
          <w:p>
            <w:r>
              <w:t>501</w:t>
            </w:r>
          </w:p>
        </w:tc>
        <w:tc>
          <w:tcPr>
            <w:tcW w:type="dxa" w:w="3572"/>
          </w:tcPr>
          <w:p>
            <w:r>
              <w:t>Gargano Giampiero</w:t>
            </w:r>
          </w:p>
        </w:tc>
        <w:tc>
          <w:tcPr>
            <w:tcW w:type="dxa" w:w="6009"/>
          </w:tcPr>
          <w:p>
            <w:r>
              <w:t>Infermiere, Policlinico</w:t>
            </w:r>
          </w:p>
        </w:tc>
      </w:tr>
      <w:tr>
        <w:tc>
          <w:tcPr>
            <w:tcW w:type="dxa" w:w="709"/>
          </w:tcPr>
          <w:p>
            <w:r>
              <w:t>502</w:t>
            </w:r>
          </w:p>
        </w:tc>
        <w:tc>
          <w:tcPr>
            <w:tcW w:type="dxa" w:w="3572"/>
          </w:tcPr>
          <w:p>
            <w:r>
              <w:t>Gargano Leonardo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503</w:t>
            </w:r>
          </w:p>
        </w:tc>
        <w:tc>
          <w:tcPr>
            <w:tcW w:type="dxa" w:w="3572"/>
          </w:tcPr>
          <w:p>
            <w:r>
              <w:t>Gargano Teresa</w:t>
            </w:r>
          </w:p>
        </w:tc>
        <w:tc>
          <w:tcPr>
            <w:tcW w:type="dxa" w:w="6009"/>
          </w:tcPr>
          <w:p>
            <w:r>
              <w:t>Docente universitaria</w:t>
            </w:r>
          </w:p>
        </w:tc>
      </w:tr>
      <w:tr>
        <w:tc>
          <w:tcPr>
            <w:tcW w:type="dxa" w:w="709"/>
          </w:tcPr>
          <w:p>
            <w:r>
              <w:t>504</w:t>
            </w:r>
          </w:p>
        </w:tc>
        <w:tc>
          <w:tcPr>
            <w:tcW w:type="dxa" w:w="3572"/>
          </w:tcPr>
          <w:p>
            <w:r>
              <w:t>Gargano Vincenzo</w:t>
            </w:r>
          </w:p>
        </w:tc>
        <w:tc>
          <w:tcPr>
            <w:tcW w:type="dxa" w:w="6009"/>
          </w:tcPr>
          <w:p>
            <w:r>
              <w:t>Direttore f.f. UOC Servizio Infermieristico, ARNAS Civico Palermo</w:t>
            </w:r>
          </w:p>
        </w:tc>
      </w:tr>
      <w:tr>
        <w:tc>
          <w:tcPr>
            <w:tcW w:type="dxa" w:w="709"/>
          </w:tcPr>
          <w:p>
            <w:r>
              <w:t>505</w:t>
            </w:r>
          </w:p>
        </w:tc>
        <w:tc>
          <w:tcPr>
            <w:tcW w:type="dxa" w:w="3572"/>
          </w:tcPr>
          <w:p>
            <w:r>
              <w:t>Garofalo Roberto</w:t>
            </w:r>
          </w:p>
        </w:tc>
        <w:tc>
          <w:tcPr>
            <w:tcW w:type="dxa" w:w="6009"/>
          </w:tcPr>
          <w:p>
            <w:r>
              <w:t>Responsabile ADI, ASP Palermo</w:t>
            </w:r>
          </w:p>
        </w:tc>
      </w:tr>
      <w:tr>
        <w:tc>
          <w:tcPr>
            <w:tcW w:type="dxa" w:w="709"/>
          </w:tcPr>
          <w:p>
            <w:r>
              <w:t>506</w:t>
            </w:r>
          </w:p>
        </w:tc>
        <w:tc>
          <w:tcPr>
            <w:tcW w:type="dxa" w:w="3572"/>
          </w:tcPr>
          <w:p>
            <w:r>
              <w:t>Garoni Ilaria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507</w:t>
            </w:r>
          </w:p>
        </w:tc>
        <w:tc>
          <w:tcPr>
            <w:tcW w:type="dxa" w:w="3572"/>
          </w:tcPr>
          <w:p>
            <w:r>
              <w:t>Garozzo Salvatore</w:t>
            </w:r>
          </w:p>
        </w:tc>
        <w:tc>
          <w:tcPr>
            <w:tcW w:type="dxa" w:w="6009"/>
          </w:tcPr>
          <w:p>
            <w:r>
              <w:t>Già Direttore UOC Ingegneria Informatica, ASP Catania; in pensione</w:t>
            </w:r>
          </w:p>
        </w:tc>
      </w:tr>
      <w:tr>
        <w:tc>
          <w:tcPr>
            <w:tcW w:type="dxa" w:w="709"/>
          </w:tcPr>
          <w:p>
            <w:r>
              <w:t>508</w:t>
            </w:r>
          </w:p>
        </w:tc>
        <w:tc>
          <w:tcPr>
            <w:tcW w:type="dxa" w:w="3572"/>
          </w:tcPr>
          <w:p>
            <w:r>
              <w:t>Gattuso Ignazio</w:t>
            </w:r>
          </w:p>
        </w:tc>
        <w:tc>
          <w:tcPr>
            <w:tcW w:type="dxa" w:w="6009"/>
          </w:tcPr>
          <w:p>
            <w:r>
              <w:t>Amministrativo, ARNAS Civico Palermo</w:t>
            </w:r>
          </w:p>
        </w:tc>
      </w:tr>
      <w:tr>
        <w:tc>
          <w:tcPr>
            <w:tcW w:type="dxa" w:w="709"/>
          </w:tcPr>
          <w:p>
            <w:r>
              <w:t>509</w:t>
            </w:r>
          </w:p>
        </w:tc>
        <w:tc>
          <w:tcPr>
            <w:tcW w:type="dxa" w:w="3572"/>
          </w:tcPr>
          <w:p>
            <w:r>
              <w:t>Genova Gaspare</w:t>
            </w:r>
          </w:p>
        </w:tc>
        <w:tc>
          <w:tcPr>
            <w:tcW w:type="dxa" w:w="6009"/>
          </w:tcPr>
          <w:p>
            <w:r>
              <w:t>Medico e professore associato di Chirurgia in pensione</w:t>
            </w:r>
          </w:p>
        </w:tc>
      </w:tr>
      <w:tr>
        <w:tc>
          <w:tcPr>
            <w:tcW w:type="dxa" w:w="709"/>
          </w:tcPr>
          <w:p>
            <w:r>
              <w:t>510</w:t>
            </w:r>
          </w:p>
        </w:tc>
        <w:tc>
          <w:tcPr>
            <w:tcW w:type="dxa" w:w="3572"/>
          </w:tcPr>
          <w:p>
            <w:r>
              <w:t>Genovese Orazio</w:t>
            </w:r>
          </w:p>
        </w:tc>
        <w:tc>
          <w:tcPr>
            <w:tcW w:type="dxa" w:w="6009"/>
          </w:tcPr>
          <w:p>
            <w:r>
              <w:t>Studio oculistico; convenzionato esterno</w:t>
            </w:r>
          </w:p>
        </w:tc>
      </w:tr>
      <w:tr>
        <w:tc>
          <w:tcPr>
            <w:tcW w:type="dxa" w:w="709"/>
          </w:tcPr>
          <w:p>
            <w:r>
              <w:t>511</w:t>
            </w:r>
          </w:p>
        </w:tc>
        <w:tc>
          <w:tcPr>
            <w:tcW w:type="dxa" w:w="3572"/>
          </w:tcPr>
          <w:p>
            <w:r>
              <w:t>Gentile Stefania</w:t>
            </w:r>
          </w:p>
        </w:tc>
        <w:tc>
          <w:tcPr>
            <w:tcW w:type="dxa" w:w="6009"/>
          </w:tcPr>
          <w:p>
            <w:r>
              <w:t>Specialista in Oncologia, ASP Palermo</w:t>
            </w:r>
          </w:p>
        </w:tc>
      </w:tr>
      <w:tr>
        <w:tc>
          <w:tcPr>
            <w:tcW w:type="dxa" w:w="709"/>
          </w:tcPr>
          <w:p>
            <w:r>
              <w:t>512</w:t>
            </w:r>
          </w:p>
        </w:tc>
        <w:tc>
          <w:tcPr>
            <w:tcW w:type="dxa" w:w="3572"/>
          </w:tcPr>
          <w:p>
            <w:r>
              <w:t>Geraci Calogero</w:t>
            </w:r>
          </w:p>
        </w:tc>
        <w:tc>
          <w:tcPr>
            <w:tcW w:type="dxa" w:w="6009"/>
          </w:tcPr>
          <w:p>
            <w:r>
              <w:t>Presidente ACRIS APS; Cardiologo territoriale ASP Caltanissetta</w:t>
            </w:r>
          </w:p>
        </w:tc>
      </w:tr>
      <w:tr>
        <w:tc>
          <w:tcPr>
            <w:tcW w:type="dxa" w:w="709"/>
          </w:tcPr>
          <w:p>
            <w:r>
              <w:t>513</w:t>
            </w:r>
          </w:p>
        </w:tc>
        <w:tc>
          <w:tcPr>
            <w:tcW w:type="dxa" w:w="3572"/>
          </w:tcPr>
          <w:p>
            <w:r>
              <w:t>Geraci Guido</w:t>
            </w:r>
          </w:p>
        </w:tc>
        <w:tc>
          <w:tcPr>
            <w:tcW w:type="dxa" w:w="6009"/>
          </w:tcPr>
          <w:p>
            <w:r>
              <w:t>Già Direttore UOC Chirurgia Generale, Ospedale Maggiore, ASP Ragusa</w:t>
            </w:r>
          </w:p>
        </w:tc>
      </w:tr>
      <w:tr>
        <w:tc>
          <w:tcPr>
            <w:tcW w:type="dxa" w:w="709"/>
          </w:tcPr>
          <w:p>
            <w:r>
              <w:t>514</w:t>
            </w:r>
          </w:p>
        </w:tc>
        <w:tc>
          <w:tcPr>
            <w:tcW w:type="dxa" w:w="3572"/>
          </w:tcPr>
          <w:p>
            <w:r>
              <w:t>Geraci Lorenzo</w:t>
            </w:r>
          </w:p>
        </w:tc>
        <w:tc>
          <w:tcPr>
            <w:tcW w:type="dxa" w:w="6009"/>
          </w:tcPr>
          <w:p>
            <w:r>
              <w:t>Dirigente sindacale CISL Funzione Pubblica</w:t>
            </w:r>
          </w:p>
        </w:tc>
      </w:tr>
      <w:tr>
        <w:tc>
          <w:tcPr>
            <w:tcW w:type="dxa" w:w="709"/>
          </w:tcPr>
          <w:p>
            <w:r>
              <w:t>515</w:t>
            </w:r>
          </w:p>
        </w:tc>
        <w:tc>
          <w:tcPr>
            <w:tcW w:type="dxa" w:w="3572"/>
          </w:tcPr>
          <w:p>
            <w:r>
              <w:t>Geraci Massimo</w:t>
            </w:r>
          </w:p>
        </w:tc>
        <w:tc>
          <w:tcPr>
            <w:tcW w:type="dxa" w:w="6009"/>
          </w:tcPr>
          <w:p>
            <w:r>
              <w:t>Direttore del Dipartimento di Emergenza, ARNAS Civico Palermo</w:t>
            </w:r>
          </w:p>
        </w:tc>
      </w:tr>
      <w:tr>
        <w:tc>
          <w:tcPr>
            <w:tcW w:type="dxa" w:w="709"/>
          </w:tcPr>
          <w:p>
            <w:r>
              <w:t>516</w:t>
            </w:r>
          </w:p>
        </w:tc>
        <w:tc>
          <w:tcPr>
            <w:tcW w:type="dxa" w:w="3572"/>
          </w:tcPr>
          <w:p>
            <w:r>
              <w:t>Gervasi Salvatore</w:t>
            </w:r>
          </w:p>
        </w:tc>
        <w:tc>
          <w:tcPr>
            <w:tcW w:type="dxa" w:w="6009"/>
          </w:tcPr>
          <w:p>
            <w:r>
              <w:t>Coordinatore di Medicina</w:t>
            </w:r>
          </w:p>
        </w:tc>
      </w:tr>
      <w:tr>
        <w:tc>
          <w:tcPr>
            <w:tcW w:type="dxa" w:w="709"/>
          </w:tcPr>
          <w:p>
            <w:r>
              <w:t>517</w:t>
            </w:r>
          </w:p>
        </w:tc>
        <w:tc>
          <w:tcPr>
            <w:tcW w:type="dxa" w:w="3572"/>
          </w:tcPr>
          <w:p>
            <w:r>
              <w:t>Giacalone Gaspare</w:t>
            </w:r>
          </w:p>
        </w:tc>
        <w:tc>
          <w:tcPr>
            <w:tcW w:type="dxa" w:w="6009"/>
          </w:tcPr>
          <w:p>
            <w:r>
              <w:t>Consulente</w:t>
            </w:r>
          </w:p>
        </w:tc>
      </w:tr>
      <w:tr>
        <w:tc>
          <w:tcPr>
            <w:tcW w:type="dxa" w:w="709"/>
          </w:tcPr>
          <w:p>
            <w:r>
              <w:t>518</w:t>
            </w:r>
          </w:p>
        </w:tc>
        <w:tc>
          <w:tcPr>
            <w:tcW w:type="dxa" w:w="3572"/>
          </w:tcPr>
          <w:p>
            <w:r>
              <w:t>Giacalone Lucrezia</w:t>
            </w:r>
          </w:p>
        </w:tc>
        <w:tc>
          <w:tcPr>
            <w:tcW w:type="dxa" w:w="6009"/>
          </w:tcPr>
          <w:p>
            <w:r>
              <w:t>Coordinatrice presso RSA</w:t>
            </w:r>
          </w:p>
        </w:tc>
      </w:tr>
      <w:tr>
        <w:tc>
          <w:tcPr>
            <w:tcW w:type="dxa" w:w="709"/>
          </w:tcPr>
          <w:p>
            <w:r>
              <w:t>519</w:t>
            </w:r>
          </w:p>
        </w:tc>
        <w:tc>
          <w:tcPr>
            <w:tcW w:type="dxa" w:w="3572"/>
          </w:tcPr>
          <w:p>
            <w:r>
              <w:t>Giacalone Matteo</w:t>
            </w:r>
          </w:p>
        </w:tc>
        <w:tc>
          <w:tcPr>
            <w:tcW w:type="dxa" w:w="6009"/>
          </w:tcPr>
          <w:p>
            <w:r>
              <w:t>Imprenditore della sanità privata</w:t>
            </w:r>
          </w:p>
        </w:tc>
      </w:tr>
      <w:tr>
        <w:tc>
          <w:tcPr>
            <w:tcW w:type="dxa" w:w="709"/>
          </w:tcPr>
          <w:p>
            <w:r>
              <w:t>520</w:t>
            </w:r>
          </w:p>
        </w:tc>
        <w:tc>
          <w:tcPr>
            <w:tcW w:type="dxa" w:w="3572"/>
          </w:tcPr>
          <w:p>
            <w:r>
              <w:t>Giacalone Pasquale</w:t>
            </w:r>
          </w:p>
        </w:tc>
        <w:tc>
          <w:tcPr>
            <w:tcW w:type="dxa" w:w="6009"/>
          </w:tcPr>
          <w:p>
            <w:r>
              <w:t>Docente</w:t>
            </w:r>
          </w:p>
        </w:tc>
      </w:tr>
      <w:tr>
        <w:tc>
          <w:tcPr>
            <w:tcW w:type="dxa" w:w="709"/>
          </w:tcPr>
          <w:p>
            <w:r>
              <w:t>521</w:t>
            </w:r>
          </w:p>
        </w:tc>
        <w:tc>
          <w:tcPr>
            <w:tcW w:type="dxa" w:w="3572"/>
          </w:tcPr>
          <w:p>
            <w:r>
              <w:t>Giacalone Piero</w:t>
            </w:r>
          </w:p>
        </w:tc>
        <w:tc>
          <w:tcPr>
            <w:tcW w:type="dxa" w:w="6009"/>
          </w:tcPr>
          <w:p>
            <w:r>
              <w:t>Operatore sanitario</w:t>
            </w:r>
          </w:p>
        </w:tc>
      </w:tr>
      <w:tr>
        <w:tc>
          <w:tcPr>
            <w:tcW w:type="dxa" w:w="709"/>
          </w:tcPr>
          <w:p>
            <w:r>
              <w:t>522</w:t>
            </w:r>
          </w:p>
        </w:tc>
        <w:tc>
          <w:tcPr>
            <w:tcW w:type="dxa" w:w="3572"/>
          </w:tcPr>
          <w:p>
            <w:r>
              <w:t>Giambelluca Daniela</w:t>
            </w:r>
          </w:p>
        </w:tc>
        <w:tc>
          <w:tcPr>
            <w:tcW w:type="dxa" w:w="6009"/>
          </w:tcPr>
          <w:p>
            <w:r>
              <w:t>Biologa presso Unilab Srl Palermo</w:t>
            </w:r>
          </w:p>
        </w:tc>
      </w:tr>
      <w:tr>
        <w:tc>
          <w:tcPr>
            <w:tcW w:type="dxa" w:w="709"/>
          </w:tcPr>
          <w:p>
            <w:r>
              <w:t>523</w:t>
            </w:r>
          </w:p>
        </w:tc>
        <w:tc>
          <w:tcPr>
            <w:tcW w:type="dxa" w:w="3572"/>
          </w:tcPr>
          <w:p>
            <w:r>
              <w:t>Giamblanco Paola</w:t>
            </w:r>
          </w:p>
        </w:tc>
        <w:tc>
          <w:tcPr>
            <w:tcW w:type="dxa" w:w="6009"/>
          </w:tcPr>
          <w:p>
            <w:r>
              <w:t>TSRM presso UOC Diagnostica per Immagini, Radiologia Interventistica e Neuroradiologia, P.O. Garibaldi Centro</w:t>
            </w:r>
          </w:p>
        </w:tc>
      </w:tr>
      <w:tr>
        <w:tc>
          <w:tcPr>
            <w:tcW w:type="dxa" w:w="709"/>
          </w:tcPr>
          <w:p>
            <w:r>
              <w:t>524</w:t>
            </w:r>
          </w:p>
        </w:tc>
        <w:tc>
          <w:tcPr>
            <w:tcW w:type="dxa" w:w="3572"/>
          </w:tcPr>
          <w:p>
            <w:r>
              <w:t>Giambra Loredana Giuseppina</w:t>
            </w:r>
          </w:p>
        </w:tc>
        <w:tc>
          <w:tcPr>
            <w:tcW w:type="dxa" w:w="6009"/>
          </w:tcPr>
          <w:p>
            <w:r>
              <w:t>CPS infermiera con laurea magistrale in Scienze infermieristiche e ostetriche, UOC Chirurgia Generale, AOU Policlinico “G. Rodolico” di Catania</w:t>
            </w:r>
          </w:p>
        </w:tc>
      </w:tr>
      <w:tr>
        <w:tc>
          <w:tcPr>
            <w:tcW w:type="dxa" w:w="709"/>
          </w:tcPr>
          <w:p>
            <w:r>
              <w:t>525</w:t>
            </w:r>
          </w:p>
        </w:tc>
        <w:tc>
          <w:tcPr>
            <w:tcW w:type="dxa" w:w="3572"/>
          </w:tcPr>
          <w:p>
            <w:r>
              <w:t>Giambrone Giuseppe</w:t>
            </w:r>
          </w:p>
        </w:tc>
        <w:tc>
          <w:tcPr>
            <w:tcW w:type="dxa" w:w="6009"/>
          </w:tcPr>
          <w:p>
            <w:r>
              <w:t>Avvocato cassazionista; già esperto legale presso enti locali</w:t>
            </w:r>
          </w:p>
        </w:tc>
      </w:tr>
      <w:tr>
        <w:tc>
          <w:tcPr>
            <w:tcW w:type="dxa" w:w="709"/>
          </w:tcPr>
          <w:p>
            <w:r>
              <w:t>526</w:t>
            </w:r>
          </w:p>
        </w:tc>
        <w:tc>
          <w:tcPr>
            <w:tcW w:type="dxa" w:w="3572"/>
          </w:tcPr>
          <w:p>
            <w:r>
              <w:t>Giammona Anna Maria</w:t>
            </w:r>
          </w:p>
        </w:tc>
        <w:tc>
          <w:tcPr>
            <w:tcW w:type="dxa" w:w="6009"/>
          </w:tcPr>
          <w:p>
            <w:r>
              <w:t>Medico, Riferimento Civico della Salute di Riposto</w:t>
            </w:r>
          </w:p>
        </w:tc>
      </w:tr>
      <w:tr>
        <w:tc>
          <w:tcPr>
            <w:tcW w:type="dxa" w:w="709"/>
          </w:tcPr>
          <w:p>
            <w:r>
              <w:t>527</w:t>
            </w:r>
          </w:p>
        </w:tc>
        <w:tc>
          <w:tcPr>
            <w:tcW w:type="dxa" w:w="3572"/>
          </w:tcPr>
          <w:p>
            <w:r>
              <w:t>Giannola Ambulatorio Cardiologico S.r.l.</w:t>
            </w:r>
          </w:p>
        </w:tc>
        <w:tc>
          <w:tcPr>
            <w:tcW w:type="dxa" w:w="6009"/>
          </w:tcPr>
          <w:p>
            <w:r>
              <w:t>Ambulatorio cardiologico</w:t>
            </w:r>
          </w:p>
        </w:tc>
      </w:tr>
      <w:tr>
        <w:tc>
          <w:tcPr>
            <w:tcW w:type="dxa" w:w="709"/>
          </w:tcPr>
          <w:p>
            <w:r>
              <w:t>528</w:t>
            </w:r>
          </w:p>
        </w:tc>
        <w:tc>
          <w:tcPr>
            <w:tcW w:type="dxa" w:w="3572"/>
          </w:tcPr>
          <w:p>
            <w:r>
              <w:t>Giannotta Daniele</w:t>
            </w:r>
          </w:p>
        </w:tc>
        <w:tc>
          <w:tcPr>
            <w:tcW w:type="dxa" w:w="6009"/>
          </w:tcPr>
          <w:p>
            <w:r>
              <w:t>Direttore UOC di Cardiologia, Ospedale “Gravina” di Caltagirone</w:t>
            </w:r>
          </w:p>
        </w:tc>
      </w:tr>
      <w:tr>
        <w:tc>
          <w:tcPr>
            <w:tcW w:type="dxa" w:w="709"/>
          </w:tcPr>
          <w:p>
            <w:r>
              <w:t>529</w:t>
            </w:r>
          </w:p>
        </w:tc>
        <w:tc>
          <w:tcPr>
            <w:tcW w:type="dxa" w:w="3572"/>
          </w:tcPr>
          <w:p>
            <w:r>
              <w:t>Giansiracusa Michelangelo</w:t>
            </w:r>
          </w:p>
        </w:tc>
        <w:tc>
          <w:tcPr>
            <w:tcW w:type="dxa" w:w="6009"/>
          </w:tcPr>
          <w:p>
            <w:r>
              <w:t>Presidente del Libero Consorzio Comunale di Siracusa</w:t>
            </w:r>
          </w:p>
        </w:tc>
      </w:tr>
      <w:tr>
        <w:tc>
          <w:tcPr>
            <w:tcW w:type="dxa" w:w="709"/>
          </w:tcPr>
          <w:p>
            <w:r>
              <w:t>530</w:t>
            </w:r>
          </w:p>
        </w:tc>
        <w:tc>
          <w:tcPr>
            <w:tcW w:type="dxa" w:w="3572"/>
          </w:tcPr>
          <w:p>
            <w:r>
              <w:t>Giardina Giovanna</w:t>
            </w:r>
          </w:p>
        </w:tc>
        <w:tc>
          <w:tcPr>
            <w:tcW w:type="dxa" w:w="6009"/>
          </w:tcPr>
          <w:p>
            <w:r>
              <w:t>Psichiatra</w:t>
            </w:r>
          </w:p>
        </w:tc>
      </w:tr>
      <w:tr>
        <w:tc>
          <w:tcPr>
            <w:tcW w:type="dxa" w:w="709"/>
          </w:tcPr>
          <w:p>
            <w:r>
              <w:t>531</w:t>
            </w:r>
          </w:p>
        </w:tc>
        <w:tc>
          <w:tcPr>
            <w:tcW w:type="dxa" w:w="3572"/>
          </w:tcPr>
          <w:p>
            <w:r>
              <w:t>Giarelli Guido</w:t>
            </w:r>
          </w:p>
        </w:tc>
        <w:tc>
          <w:tcPr>
            <w:tcW w:type="dxa" w:w="6009"/>
          </w:tcPr>
          <w:p>
            <w:r>
              <w:t>Professore ordinario di Sociologia; Coordinatore nazionale dei Sociologi della Salute</w:t>
            </w:r>
          </w:p>
        </w:tc>
      </w:tr>
      <w:tr>
        <w:tc>
          <w:tcPr>
            <w:tcW w:type="dxa" w:w="709"/>
          </w:tcPr>
          <w:p>
            <w:r>
              <w:t>532</w:t>
            </w:r>
          </w:p>
        </w:tc>
        <w:tc>
          <w:tcPr>
            <w:tcW w:type="dxa" w:w="3572"/>
          </w:tcPr>
          <w:p>
            <w:r>
              <w:t>Giarraffa Marcello</w:t>
            </w:r>
          </w:p>
        </w:tc>
        <w:tc>
          <w:tcPr>
            <w:tcW w:type="dxa" w:w="6009"/>
          </w:tcPr>
          <w:p>
            <w:r>
              <w:t>ASP Palermo</w:t>
            </w:r>
          </w:p>
        </w:tc>
      </w:tr>
      <w:tr>
        <w:tc>
          <w:tcPr>
            <w:tcW w:type="dxa" w:w="709"/>
          </w:tcPr>
          <w:p>
            <w:r>
              <w:t>533</w:t>
            </w:r>
          </w:p>
        </w:tc>
        <w:tc>
          <w:tcPr>
            <w:tcW w:type="dxa" w:w="3572"/>
          </w:tcPr>
          <w:p>
            <w:r>
              <w:t>Gibiino Salvatore</w:t>
            </w:r>
          </w:p>
        </w:tc>
        <w:tc>
          <w:tcPr>
            <w:tcW w:type="dxa" w:w="6009"/>
          </w:tcPr>
          <w:p>
            <w:r>
              <w:t>Segretario Nazionale e Regionale Specialisti Accreditati Esterni</w:t>
            </w:r>
          </w:p>
        </w:tc>
      </w:tr>
      <w:tr>
        <w:tc>
          <w:tcPr>
            <w:tcW w:type="dxa" w:w="709"/>
          </w:tcPr>
          <w:p>
            <w:r>
              <w:t>534</w:t>
            </w:r>
          </w:p>
        </w:tc>
        <w:tc>
          <w:tcPr>
            <w:tcW w:type="dxa" w:w="3572"/>
          </w:tcPr>
          <w:p>
            <w:r>
              <w:t>Gibiino Salvo</w:t>
            </w:r>
          </w:p>
        </w:tc>
        <w:tc>
          <w:tcPr>
            <w:tcW w:type="dxa" w:w="6009"/>
          </w:tcPr>
          <w:p>
            <w:r>
              <w:t>Convenzionato esterno</w:t>
            </w:r>
          </w:p>
        </w:tc>
      </w:tr>
      <w:tr>
        <w:tc>
          <w:tcPr>
            <w:tcW w:type="dxa" w:w="709"/>
          </w:tcPr>
          <w:p>
            <w:r>
              <w:t>535</w:t>
            </w:r>
          </w:p>
        </w:tc>
        <w:tc>
          <w:tcPr>
            <w:tcW w:type="dxa" w:w="3572"/>
          </w:tcPr>
          <w:p>
            <w:r>
              <w:t>Gillani Stefania</w:t>
            </w:r>
          </w:p>
        </w:tc>
        <w:tc>
          <w:tcPr>
            <w:tcW w:type="dxa" w:w="6009"/>
          </w:tcPr>
          <w:p>
            <w:r>
              <w:t>Operatrice polivalente presso struttura socio-assistenziale</w:t>
            </w:r>
          </w:p>
        </w:tc>
      </w:tr>
      <w:tr>
        <w:tc>
          <w:tcPr>
            <w:tcW w:type="dxa" w:w="709"/>
          </w:tcPr>
          <w:p>
            <w:r>
              <w:t>536</w:t>
            </w:r>
          </w:p>
        </w:tc>
        <w:tc>
          <w:tcPr>
            <w:tcW w:type="dxa" w:w="3572"/>
          </w:tcPr>
          <w:p>
            <w:r>
              <w:t>Giordano Giambattista</w:t>
            </w:r>
          </w:p>
        </w:tc>
        <w:tc>
          <w:tcPr>
            <w:tcW w:type="dxa" w:w="6009"/>
          </w:tcPr>
          <w:p>
            <w:r>
              <w:t>Veterinario</w:t>
            </w:r>
          </w:p>
        </w:tc>
      </w:tr>
      <w:tr>
        <w:tc>
          <w:tcPr>
            <w:tcW w:type="dxa" w:w="709"/>
          </w:tcPr>
          <w:p>
            <w:r>
              <w:t>537</w:t>
            </w:r>
          </w:p>
        </w:tc>
        <w:tc>
          <w:tcPr>
            <w:tcW w:type="dxa" w:w="3572"/>
          </w:tcPr>
          <w:p>
            <w:r>
              <w:t>Giordano Ivan</w:t>
            </w:r>
          </w:p>
        </w:tc>
        <w:tc>
          <w:tcPr>
            <w:tcW w:type="dxa" w:w="6009"/>
          </w:tcPr>
          <w:p>
            <w:r>
              <w:t>FTK</w:t>
            </w:r>
          </w:p>
        </w:tc>
      </w:tr>
      <w:tr>
        <w:tc>
          <w:tcPr>
            <w:tcW w:type="dxa" w:w="709"/>
          </w:tcPr>
          <w:p>
            <w:r>
              <w:t>538</w:t>
            </w:r>
          </w:p>
        </w:tc>
        <w:tc>
          <w:tcPr>
            <w:tcW w:type="dxa" w:w="3572"/>
          </w:tcPr>
          <w:p>
            <w:r>
              <w:t>Giordano Laura</w:t>
            </w:r>
          </w:p>
        </w:tc>
        <w:tc>
          <w:tcPr>
            <w:tcW w:type="dxa" w:w="6009"/>
          </w:tcPr>
          <w:p>
            <w:r>
              <w:t>Medico di medicina generale, ASP Palermo</w:t>
            </w:r>
          </w:p>
        </w:tc>
      </w:tr>
      <w:tr>
        <w:tc>
          <w:tcPr>
            <w:tcW w:type="dxa" w:w="709"/>
          </w:tcPr>
          <w:p>
            <w:r>
              <w:t>539</w:t>
            </w:r>
          </w:p>
        </w:tc>
        <w:tc>
          <w:tcPr>
            <w:tcW w:type="dxa" w:w="3572"/>
          </w:tcPr>
          <w:p>
            <w:r>
              <w:t>Giordano Marcello</w:t>
            </w:r>
          </w:p>
        </w:tc>
        <w:tc>
          <w:tcPr>
            <w:tcW w:type="dxa" w:w="6009"/>
          </w:tcPr>
          <w:p>
            <w:r>
              <w:t>Già Direttore UOC Assistenza sociosanitaria demenze - Centro di riferimento regionale per le demenze, ASP Palermo</w:t>
            </w:r>
          </w:p>
        </w:tc>
      </w:tr>
      <w:tr>
        <w:tc>
          <w:tcPr>
            <w:tcW w:type="dxa" w:w="709"/>
          </w:tcPr>
          <w:p>
            <w:r>
              <w:t>540</w:t>
            </w:r>
          </w:p>
        </w:tc>
        <w:tc>
          <w:tcPr>
            <w:tcW w:type="dxa" w:w="3572"/>
          </w:tcPr>
          <w:p>
            <w:r>
              <w:t>Giotti Maria</w:t>
            </w:r>
          </w:p>
        </w:tc>
        <w:tc>
          <w:tcPr>
            <w:tcW w:type="dxa" w:w="6009"/>
          </w:tcPr>
          <w:p>
            <w:r>
              <w:t>Coordinatrice Malattie infettive</w:t>
            </w:r>
          </w:p>
        </w:tc>
      </w:tr>
      <w:tr>
        <w:tc>
          <w:tcPr>
            <w:tcW w:type="dxa" w:w="709"/>
          </w:tcPr>
          <w:p>
            <w:r>
              <w:t>541</w:t>
            </w:r>
          </w:p>
        </w:tc>
        <w:tc>
          <w:tcPr>
            <w:tcW w:type="dxa" w:w="3572"/>
          </w:tcPr>
          <w:p>
            <w:r>
              <w:t>Giovia Antonino</w:t>
            </w:r>
          </w:p>
        </w:tc>
        <w:tc>
          <w:tcPr>
            <w:tcW w:type="dxa" w:w="6009"/>
          </w:tcPr>
          <w:p>
            <w:r>
              <w:t>Direttore sanitario di struttura accreditata convenzionata</w:t>
            </w:r>
          </w:p>
        </w:tc>
      </w:tr>
      <w:tr>
        <w:tc>
          <w:tcPr>
            <w:tcW w:type="dxa" w:w="709"/>
          </w:tcPr>
          <w:p>
            <w:r>
              <w:t>542</w:t>
            </w:r>
          </w:p>
        </w:tc>
        <w:tc>
          <w:tcPr>
            <w:tcW w:type="dxa" w:w="3572"/>
          </w:tcPr>
          <w:p>
            <w:r>
              <w:t>Giovia Vito</w:t>
            </w:r>
          </w:p>
        </w:tc>
        <w:tc>
          <w:tcPr>
            <w:tcW w:type="dxa" w:w="6009"/>
          </w:tcPr>
          <w:p>
            <w:r>
              <w:t>Legale rappresentante di struttura accreditata convenzionata</w:t>
            </w:r>
          </w:p>
        </w:tc>
      </w:tr>
      <w:tr>
        <w:tc>
          <w:tcPr>
            <w:tcW w:type="dxa" w:w="709"/>
          </w:tcPr>
          <w:p>
            <w:r>
              <w:t>543</w:t>
            </w:r>
          </w:p>
        </w:tc>
        <w:tc>
          <w:tcPr>
            <w:tcW w:type="dxa" w:w="3572"/>
          </w:tcPr>
          <w:p>
            <w:r>
              <w:t>Gitto Antonino</w:t>
            </w:r>
          </w:p>
        </w:tc>
        <w:tc>
          <w:tcPr>
            <w:tcW w:type="dxa" w:w="6009"/>
          </w:tcPr>
          <w:p>
            <w:r>
              <w:t>Cardiologo</w:t>
            </w:r>
          </w:p>
        </w:tc>
      </w:tr>
      <w:tr>
        <w:tc>
          <w:tcPr>
            <w:tcW w:type="dxa" w:w="709"/>
          </w:tcPr>
          <w:p>
            <w:r>
              <w:t>544</w:t>
            </w:r>
          </w:p>
        </w:tc>
        <w:tc>
          <w:tcPr>
            <w:tcW w:type="dxa" w:w="3572"/>
          </w:tcPr>
          <w:p>
            <w:r>
              <w:t>Giuliano Ludovica</w:t>
            </w:r>
          </w:p>
        </w:tc>
        <w:tc>
          <w:tcPr>
            <w:tcW w:type="dxa" w:w="6009"/>
          </w:tcPr>
          <w:p>
            <w:r>
              <w:t>Operatrice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545</w:t>
            </w:r>
          </w:p>
        </w:tc>
        <w:tc>
          <w:tcPr>
            <w:tcW w:type="dxa" w:w="3572"/>
          </w:tcPr>
          <w:p>
            <w:r>
              <w:t>Giunta Corradina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546</w:t>
            </w:r>
          </w:p>
        </w:tc>
        <w:tc>
          <w:tcPr>
            <w:tcW w:type="dxa" w:w="3572"/>
          </w:tcPr>
          <w:p>
            <w:r>
              <w:t>Governale Giovanna</w:t>
            </w:r>
          </w:p>
        </w:tc>
        <w:tc>
          <w:tcPr>
            <w:tcW w:type="dxa" w:w="6009"/>
          </w:tcPr>
          <w:p>
            <w:r>
              <w:t>Legale rappresentante di struttura convenzionata - laboratorio di analisi</w:t>
            </w:r>
          </w:p>
        </w:tc>
      </w:tr>
      <w:tr>
        <w:tc>
          <w:tcPr>
            <w:tcW w:type="dxa" w:w="709"/>
          </w:tcPr>
          <w:p>
            <w:r>
              <w:t>547</w:t>
            </w:r>
          </w:p>
        </w:tc>
        <w:tc>
          <w:tcPr>
            <w:tcW w:type="dxa" w:w="3572"/>
          </w:tcPr>
          <w:p>
            <w:r>
              <w:t>Graci Luigina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548</w:t>
            </w:r>
          </w:p>
        </w:tc>
        <w:tc>
          <w:tcPr>
            <w:tcW w:type="dxa" w:w="3572"/>
          </w:tcPr>
          <w:p>
            <w:r>
              <w:t>Grammatico Francesco</w:t>
            </w:r>
          </w:p>
        </w:tc>
        <w:tc>
          <w:tcPr>
            <w:tcW w:type="dxa" w:w="6009"/>
          </w:tcPr>
          <w:p>
            <w:r>
              <w:t>Dirigente medico UOC Chirurgia Generale, Trapani</w:t>
            </w:r>
          </w:p>
        </w:tc>
      </w:tr>
      <w:tr>
        <w:tc>
          <w:tcPr>
            <w:tcW w:type="dxa" w:w="709"/>
          </w:tcPr>
          <w:p>
            <w:r>
              <w:t>549</w:t>
            </w:r>
          </w:p>
        </w:tc>
        <w:tc>
          <w:tcPr>
            <w:tcW w:type="dxa" w:w="3572"/>
          </w:tcPr>
          <w:p>
            <w:r>
              <w:t>Granata Pasquale</w:t>
            </w:r>
          </w:p>
        </w:tc>
        <w:tc>
          <w:tcPr>
            <w:tcW w:type="dxa" w:w="6009"/>
          </w:tcPr>
          <w:p>
            <w:r>
              <w:t>Già Direttore sanitario aziendale, ASP Ragusa</w:t>
            </w:r>
          </w:p>
        </w:tc>
      </w:tr>
      <w:tr>
        <w:tc>
          <w:tcPr>
            <w:tcW w:type="dxa" w:w="709"/>
          </w:tcPr>
          <w:p>
            <w:r>
              <w:t>550</w:t>
            </w:r>
          </w:p>
        </w:tc>
        <w:tc>
          <w:tcPr>
            <w:tcW w:type="dxa" w:w="3572"/>
          </w:tcPr>
          <w:p>
            <w:r>
              <w:t>Grasso Corrado</w:t>
            </w:r>
          </w:p>
        </w:tc>
        <w:tc>
          <w:tcPr>
            <w:tcW w:type="dxa" w:w="6009"/>
          </w:tcPr>
          <w:p>
            <w:r>
              <w:t>Biologo</w:t>
            </w:r>
          </w:p>
        </w:tc>
      </w:tr>
      <w:tr>
        <w:tc>
          <w:tcPr>
            <w:tcW w:type="dxa" w:w="709"/>
          </w:tcPr>
          <w:p>
            <w:r>
              <w:t>551</w:t>
            </w:r>
          </w:p>
        </w:tc>
        <w:tc>
          <w:tcPr>
            <w:tcW w:type="dxa" w:w="3572"/>
          </w:tcPr>
          <w:p>
            <w:r>
              <w:t>Graziano Giacomo</w:t>
            </w:r>
          </w:p>
        </w:tc>
        <w:tc>
          <w:tcPr>
            <w:tcW w:type="dxa" w:w="6009"/>
          </w:tcPr>
          <w:p>
            <w:r>
              <w:t>Fisioterapista</w:t>
            </w:r>
          </w:p>
        </w:tc>
      </w:tr>
      <w:tr>
        <w:tc>
          <w:tcPr>
            <w:tcW w:type="dxa" w:w="709"/>
          </w:tcPr>
          <w:p>
            <w:r>
              <w:t>552</w:t>
            </w:r>
          </w:p>
        </w:tc>
        <w:tc>
          <w:tcPr>
            <w:tcW w:type="dxa" w:w="3572"/>
          </w:tcPr>
          <w:p>
            <w:r>
              <w:t>Greco Francesco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553</w:t>
            </w:r>
          </w:p>
        </w:tc>
        <w:tc>
          <w:tcPr>
            <w:tcW w:type="dxa" w:w="3572"/>
          </w:tcPr>
          <w:p>
            <w:r>
              <w:t>Greco Raffaele</w:t>
            </w:r>
          </w:p>
        </w:tc>
        <w:tc>
          <w:tcPr>
            <w:tcW w:type="dxa" w:w="6009"/>
          </w:tcPr>
          <w:p>
            <w:r>
              <w:t>Direttore f.f. UOC di Chirurgia Generale, Ospedale “Gravina” di Caltagirone</w:t>
            </w:r>
          </w:p>
        </w:tc>
      </w:tr>
      <w:tr>
        <w:tc>
          <w:tcPr>
            <w:tcW w:type="dxa" w:w="709"/>
          </w:tcPr>
          <w:p>
            <w:r>
              <w:t>554</w:t>
            </w:r>
          </w:p>
        </w:tc>
        <w:tc>
          <w:tcPr>
            <w:tcW w:type="dxa" w:w="3572"/>
          </w:tcPr>
          <w:p>
            <w:r>
              <w:t>Greco Rosolino</w:t>
            </w:r>
          </w:p>
        </w:tc>
        <w:tc>
          <w:tcPr>
            <w:tcW w:type="dxa" w:w="6009"/>
          </w:tcPr>
          <w:p>
            <w:r>
              <w:t>Già Direttore Generale della Regione Siciliana</w:t>
            </w:r>
          </w:p>
        </w:tc>
      </w:tr>
      <w:tr>
        <w:tc>
          <w:tcPr>
            <w:tcW w:type="dxa" w:w="709"/>
          </w:tcPr>
          <w:p>
            <w:r>
              <w:t>555</w:t>
            </w:r>
          </w:p>
        </w:tc>
        <w:tc>
          <w:tcPr>
            <w:tcW w:type="dxa" w:w="3572"/>
          </w:tcPr>
          <w:p>
            <w:r>
              <w:t>Griffo Antonino</w:t>
            </w:r>
          </w:p>
        </w:tc>
        <w:tc>
          <w:tcPr>
            <w:tcW w:type="dxa" w:w="6009"/>
          </w:tcPr>
          <w:p>
            <w:r>
              <w:t>Cardiologo</w:t>
            </w:r>
          </w:p>
        </w:tc>
      </w:tr>
      <w:tr>
        <w:tc>
          <w:tcPr>
            <w:tcW w:type="dxa" w:w="709"/>
          </w:tcPr>
          <w:p>
            <w:r>
              <w:t>556</w:t>
            </w:r>
          </w:p>
        </w:tc>
        <w:tc>
          <w:tcPr>
            <w:tcW w:type="dxa" w:w="3572"/>
          </w:tcPr>
          <w:p>
            <w:r>
              <w:t>Grillo Salvatore</w:t>
            </w:r>
          </w:p>
        </w:tc>
        <w:tc>
          <w:tcPr>
            <w:tcW w:type="dxa" w:w="6009"/>
          </w:tcPr>
          <w:p>
            <w:r>
              <w:t>Punto Cuore di Salvatore Grillo S.r.l.</w:t>
            </w:r>
          </w:p>
        </w:tc>
      </w:tr>
      <w:tr>
        <w:tc>
          <w:tcPr>
            <w:tcW w:type="dxa" w:w="709"/>
          </w:tcPr>
          <w:p>
            <w:r>
              <w:t>557</w:t>
            </w:r>
          </w:p>
        </w:tc>
        <w:tc>
          <w:tcPr>
            <w:tcW w:type="dxa" w:w="3572"/>
          </w:tcPr>
          <w:p>
            <w:r>
              <w:t>Grimaudo Pierangelo</w:t>
            </w:r>
          </w:p>
        </w:tc>
        <w:tc>
          <w:tcPr>
            <w:tcW w:type="dxa" w:w="6009"/>
          </w:tcPr>
          <w:p>
            <w:r>
              <w:t>Avvocato del Foro di Messina; Professore associato di Diritto costituzionale e pubblico, Università degli Studi di Messina</w:t>
            </w:r>
          </w:p>
        </w:tc>
      </w:tr>
      <w:tr>
        <w:tc>
          <w:tcPr>
            <w:tcW w:type="dxa" w:w="709"/>
          </w:tcPr>
          <w:p>
            <w:r>
              <w:t>558</w:t>
            </w:r>
          </w:p>
        </w:tc>
        <w:tc>
          <w:tcPr>
            <w:tcW w:type="dxa" w:w="3572"/>
          </w:tcPr>
          <w:p>
            <w:r>
              <w:t>Gristina Valerio</w:t>
            </w:r>
          </w:p>
        </w:tc>
        <w:tc>
          <w:tcPr>
            <w:tcW w:type="dxa" w:w="6009"/>
          </w:tcPr>
          <w:p>
            <w:r>
              <w:t>Dirigente medico, Oncologia Medica, AOUP “Paolo Giaccone”, Palermo</w:t>
            </w:r>
          </w:p>
        </w:tc>
      </w:tr>
      <w:tr>
        <w:tc>
          <w:tcPr>
            <w:tcW w:type="dxa" w:w="709"/>
          </w:tcPr>
          <w:p>
            <w:r>
              <w:t>559</w:t>
            </w:r>
          </w:p>
        </w:tc>
        <w:tc>
          <w:tcPr>
            <w:tcW w:type="dxa" w:w="3572"/>
          </w:tcPr>
          <w:p>
            <w:r>
              <w:t>Grosso Manuela Maria</w:t>
            </w:r>
          </w:p>
        </w:tc>
        <w:tc>
          <w:tcPr>
            <w:tcW w:type="dxa" w:w="6009"/>
          </w:tcPr>
          <w:p>
            <w:r>
              <w:t>Collaboratore amministrativo professionale - Avvocata, AOUP “G. Rodolico-San Marco” di Catania</w:t>
            </w:r>
          </w:p>
        </w:tc>
      </w:tr>
      <w:tr>
        <w:tc>
          <w:tcPr>
            <w:tcW w:type="dxa" w:w="709"/>
          </w:tcPr>
          <w:p>
            <w:r>
              <w:t>560</w:t>
            </w:r>
          </w:p>
        </w:tc>
        <w:tc>
          <w:tcPr>
            <w:tcW w:type="dxa" w:w="3572"/>
          </w:tcPr>
          <w:p>
            <w:r>
              <w:t>Guarino Maria</w:t>
            </w:r>
          </w:p>
        </w:tc>
        <w:tc>
          <w:tcPr>
            <w:tcW w:type="dxa" w:w="6009"/>
          </w:tcPr>
          <w:p>
            <w:r>
              <w:t>Ginecologa; dirigente medico in pensione</w:t>
            </w:r>
          </w:p>
        </w:tc>
      </w:tr>
      <w:tr>
        <w:tc>
          <w:tcPr>
            <w:tcW w:type="dxa" w:w="709"/>
          </w:tcPr>
          <w:p>
            <w:r>
              <w:t>561</w:t>
            </w:r>
          </w:p>
        </w:tc>
        <w:tc>
          <w:tcPr>
            <w:tcW w:type="dxa" w:w="3572"/>
          </w:tcPr>
          <w:p>
            <w:r>
              <w:t>Guarneri Calogero</w:t>
            </w:r>
          </w:p>
        </w:tc>
        <w:tc>
          <w:tcPr>
            <w:tcW w:type="dxa" w:w="6009"/>
          </w:tcPr>
          <w:p>
            <w:r>
              <w:t>Operatore socio-sanitario (OSS)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562</w:t>
            </w:r>
          </w:p>
        </w:tc>
        <w:tc>
          <w:tcPr>
            <w:tcW w:type="dxa" w:w="3572"/>
          </w:tcPr>
          <w:p>
            <w:r>
              <w:t>Guasone Giacomo</w:t>
            </w:r>
          </w:p>
        </w:tc>
        <w:tc>
          <w:tcPr>
            <w:tcW w:type="dxa" w:w="6009"/>
          </w:tcPr>
          <w:p>
            <w:r>
              <w:t>Presidente ASFO Confcommercio Sicilia</w:t>
            </w:r>
          </w:p>
        </w:tc>
      </w:tr>
      <w:tr>
        <w:tc>
          <w:tcPr>
            <w:tcW w:type="dxa" w:w="709"/>
          </w:tcPr>
          <w:p>
            <w:r>
              <w:t>563</w:t>
            </w:r>
          </w:p>
        </w:tc>
        <w:tc>
          <w:tcPr>
            <w:tcW w:type="dxa" w:w="3572"/>
          </w:tcPr>
          <w:p>
            <w:r>
              <w:t>Guastella Salvatore</w:t>
            </w:r>
          </w:p>
        </w:tc>
        <w:tc>
          <w:tcPr>
            <w:tcW w:type="dxa" w:w="6009"/>
          </w:tcPr>
          <w:p>
            <w:r>
              <w:t>Già Direttore UOC Psicologia; Responsabile del Servizio Formazione, ASP Ragusa</w:t>
            </w:r>
          </w:p>
        </w:tc>
      </w:tr>
      <w:tr>
        <w:tc>
          <w:tcPr>
            <w:tcW w:type="dxa" w:w="709"/>
          </w:tcPr>
          <w:p>
            <w:r>
              <w:t>564</w:t>
            </w:r>
          </w:p>
        </w:tc>
        <w:tc>
          <w:tcPr>
            <w:tcW w:type="dxa" w:w="3572"/>
          </w:tcPr>
          <w:p>
            <w:r>
              <w:t>Guerrieri Enrichetta</w:t>
            </w:r>
          </w:p>
        </w:tc>
        <w:tc>
          <w:tcPr>
            <w:tcW w:type="dxa" w:w="6009"/>
          </w:tcPr>
          <w:p>
            <w:r>
              <w:t>Rete Civica della Salute di Modica</w:t>
            </w:r>
          </w:p>
        </w:tc>
      </w:tr>
      <w:tr>
        <w:tc>
          <w:tcPr>
            <w:tcW w:type="dxa" w:w="709"/>
          </w:tcPr>
          <w:p>
            <w:r>
              <w:t>565</w:t>
            </w:r>
          </w:p>
        </w:tc>
        <w:tc>
          <w:tcPr>
            <w:tcW w:type="dxa" w:w="3572"/>
          </w:tcPr>
          <w:p>
            <w:r>
              <w:t>Guerriero Aurelio</w:t>
            </w:r>
          </w:p>
        </w:tc>
        <w:tc>
          <w:tcPr>
            <w:tcW w:type="dxa" w:w="6009"/>
          </w:tcPr>
          <w:p>
            <w:r>
              <w:t>Segretario provinciale Nursind</w:t>
            </w:r>
          </w:p>
        </w:tc>
      </w:tr>
      <w:tr>
        <w:tc>
          <w:tcPr>
            <w:tcW w:type="dxa" w:w="709"/>
          </w:tcPr>
          <w:p>
            <w:r>
              <w:t>566</w:t>
            </w:r>
          </w:p>
        </w:tc>
        <w:tc>
          <w:tcPr>
            <w:tcW w:type="dxa" w:w="3572"/>
          </w:tcPr>
          <w:p>
            <w:r>
              <w:t>Gugino Silvia</w:t>
            </w:r>
          </w:p>
        </w:tc>
        <w:tc>
          <w:tcPr>
            <w:tcW w:type="dxa" w:w="6009"/>
          </w:tcPr>
          <w:p>
            <w:r>
              <w:t>Psicologa</w:t>
            </w:r>
          </w:p>
        </w:tc>
      </w:tr>
      <w:tr>
        <w:tc>
          <w:tcPr>
            <w:tcW w:type="dxa" w:w="709"/>
          </w:tcPr>
          <w:p>
            <w:r>
              <w:t>567</w:t>
            </w:r>
          </w:p>
        </w:tc>
        <w:tc>
          <w:tcPr>
            <w:tcW w:type="dxa" w:w="3572"/>
          </w:tcPr>
          <w:p>
            <w:r>
              <w:t>Guglielmino Angela Pierpaola</w:t>
            </w:r>
          </w:p>
        </w:tc>
        <w:tc>
          <w:tcPr>
            <w:tcW w:type="dxa" w:w="6009"/>
          </w:tcPr>
          <w:p>
            <w:r>
              <w:t>Operatrice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568</w:t>
            </w:r>
          </w:p>
        </w:tc>
        <w:tc>
          <w:tcPr>
            <w:tcW w:type="dxa" w:w="3572"/>
          </w:tcPr>
          <w:p>
            <w:r>
              <w:t>Guitta Nadia</w:t>
            </w:r>
          </w:p>
        </w:tc>
        <w:tc>
          <w:tcPr>
            <w:tcW w:type="dxa" w:w="6009"/>
          </w:tcPr>
          <w:p>
            <w:r>
              <w:t>Biologa e legale rappresentante di struttura convenzionata - laboratorio di analisi</w:t>
            </w:r>
          </w:p>
        </w:tc>
      </w:tr>
      <w:tr>
        <w:tc>
          <w:tcPr>
            <w:tcW w:type="dxa" w:w="709"/>
          </w:tcPr>
          <w:p>
            <w:r>
              <w:t>569</w:t>
            </w:r>
          </w:p>
        </w:tc>
        <w:tc>
          <w:tcPr>
            <w:tcW w:type="dxa" w:w="3572"/>
          </w:tcPr>
          <w:p>
            <w:r>
              <w:t>Guizzardi Maurizio</w:t>
            </w:r>
          </w:p>
        </w:tc>
        <w:tc>
          <w:tcPr>
            <w:tcW w:type="dxa" w:w="6009"/>
          </w:tcPr>
          <w:p>
            <w:r>
              <w:t>Già dirigente della sanità ed ex Direttore del Dipartimento per la Pianificazione Strategica dell’Assessorato regionale della Salute della Regione Siciliana</w:t>
            </w:r>
          </w:p>
        </w:tc>
      </w:tr>
      <w:tr>
        <w:tc>
          <w:tcPr>
            <w:tcW w:type="dxa" w:w="709"/>
          </w:tcPr>
          <w:p>
            <w:r>
              <w:t>570</w:t>
            </w:r>
          </w:p>
        </w:tc>
        <w:tc>
          <w:tcPr>
            <w:tcW w:type="dxa" w:w="3572"/>
          </w:tcPr>
          <w:p>
            <w:r>
              <w:t>Gulino Alessandro</w:t>
            </w:r>
          </w:p>
        </w:tc>
        <w:tc>
          <w:tcPr>
            <w:tcW w:type="dxa" w:w="6009"/>
          </w:tcPr>
          <w:p>
            <w:r>
              <w:t>AURIS - Studio Medico Convenzionato di Otorinolaringoiatria S.r.l.</w:t>
            </w:r>
          </w:p>
        </w:tc>
      </w:tr>
      <w:tr>
        <w:tc>
          <w:tcPr>
            <w:tcW w:type="dxa" w:w="709"/>
          </w:tcPr>
          <w:p>
            <w:r>
              <w:t>571</w:t>
            </w:r>
          </w:p>
        </w:tc>
        <w:tc>
          <w:tcPr>
            <w:tcW w:type="dxa" w:w="3572"/>
          </w:tcPr>
          <w:p>
            <w:r>
              <w:t>Guzzetta Pietro</w:t>
            </w:r>
          </w:p>
        </w:tc>
        <w:tc>
          <w:tcPr>
            <w:tcW w:type="dxa" w:w="6009"/>
          </w:tcPr>
          <w:p>
            <w:r>
              <w:t>Medico in pensione</w:t>
            </w:r>
          </w:p>
        </w:tc>
      </w:tr>
      <w:tr>
        <w:tc>
          <w:tcPr>
            <w:tcW w:type="dxa" w:w="709"/>
          </w:tcPr>
          <w:p>
            <w:r>
              <w:t>572</w:t>
            </w:r>
          </w:p>
        </w:tc>
        <w:tc>
          <w:tcPr>
            <w:tcW w:type="dxa" w:w="3572"/>
          </w:tcPr>
          <w:p>
            <w:r>
              <w:t>Iachello Enrico</w:t>
            </w:r>
          </w:p>
        </w:tc>
        <w:tc>
          <w:tcPr>
            <w:tcW w:type="dxa" w:w="6009"/>
          </w:tcPr>
          <w:p>
            <w:r>
              <w:t>Già professore ordinario; Presidente Associazione Amici Unict</w:t>
            </w:r>
          </w:p>
        </w:tc>
      </w:tr>
      <w:tr>
        <w:tc>
          <w:tcPr>
            <w:tcW w:type="dxa" w:w="709"/>
          </w:tcPr>
          <w:p>
            <w:r>
              <w:t>573</w:t>
            </w:r>
          </w:p>
        </w:tc>
        <w:tc>
          <w:tcPr>
            <w:tcW w:type="dxa" w:w="3572"/>
          </w:tcPr>
          <w:p>
            <w:r>
              <w:t>Iacolino Calogero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574</w:t>
            </w:r>
          </w:p>
        </w:tc>
        <w:tc>
          <w:tcPr>
            <w:tcW w:type="dxa" w:w="3572"/>
          </w:tcPr>
          <w:p>
            <w:r>
              <w:t>Iacolino Giuseppe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575</w:t>
            </w:r>
          </w:p>
        </w:tc>
        <w:tc>
          <w:tcPr>
            <w:tcW w:type="dxa" w:w="3572"/>
          </w:tcPr>
          <w:p>
            <w:r>
              <w:t>Iacono Antonio</w:t>
            </w:r>
          </w:p>
        </w:tc>
        <w:tc>
          <w:tcPr>
            <w:tcW w:type="dxa" w:w="6009"/>
          </w:tcPr>
          <w:p>
            <w:r>
              <w:t>Direttore del Trauma Center, AOR Villa Sofia-Cervello; Coordinatore della Commissione scientifica regionale della Rete Politrauma</w:t>
            </w:r>
          </w:p>
        </w:tc>
      </w:tr>
      <w:tr>
        <w:tc>
          <w:tcPr>
            <w:tcW w:type="dxa" w:w="709"/>
          </w:tcPr>
          <w:p>
            <w:r>
              <w:t>576</w:t>
            </w:r>
          </w:p>
        </w:tc>
        <w:tc>
          <w:tcPr>
            <w:tcW w:type="dxa" w:w="3572"/>
          </w:tcPr>
          <w:p>
            <w:r>
              <w:t>Iacono Giovanni</w:t>
            </w:r>
          </w:p>
        </w:tc>
        <w:tc>
          <w:tcPr>
            <w:tcW w:type="dxa" w:w="6009"/>
          </w:tcPr>
          <w:p>
            <w:r>
              <w:t>Rete Civica della Salute di Ragusa</w:t>
            </w:r>
          </w:p>
        </w:tc>
      </w:tr>
      <w:tr>
        <w:tc>
          <w:tcPr>
            <w:tcW w:type="dxa" w:w="709"/>
          </w:tcPr>
          <w:p>
            <w:r>
              <w:t>577</w:t>
            </w:r>
          </w:p>
        </w:tc>
        <w:tc>
          <w:tcPr>
            <w:tcW w:type="dxa" w:w="3572"/>
          </w:tcPr>
          <w:p>
            <w:r>
              <w:t>Iacono Giuseppe</w:t>
            </w:r>
          </w:p>
        </w:tc>
        <w:tc>
          <w:tcPr>
            <w:tcW w:type="dxa" w:w="6009"/>
          </w:tcPr>
          <w:p>
            <w:r>
              <w:t>Medico pediatra</w:t>
            </w:r>
          </w:p>
        </w:tc>
      </w:tr>
      <w:tr>
        <w:tc>
          <w:tcPr>
            <w:tcW w:type="dxa" w:w="709"/>
          </w:tcPr>
          <w:p>
            <w:r>
              <w:t>578</w:t>
            </w:r>
          </w:p>
        </w:tc>
        <w:tc>
          <w:tcPr>
            <w:tcW w:type="dxa" w:w="3572"/>
          </w:tcPr>
          <w:p>
            <w:r>
              <w:t>Iemmolo Gianni</w:t>
            </w:r>
          </w:p>
        </w:tc>
        <w:tc>
          <w:tcPr>
            <w:tcW w:type="dxa" w:w="6009"/>
          </w:tcPr>
          <w:p>
            <w:r>
              <w:t>Amministratore - FTK</w:t>
            </w:r>
          </w:p>
        </w:tc>
      </w:tr>
      <w:tr>
        <w:tc>
          <w:tcPr>
            <w:tcW w:type="dxa" w:w="709"/>
          </w:tcPr>
          <w:p>
            <w:r>
              <w:t>579</w:t>
            </w:r>
          </w:p>
        </w:tc>
        <w:tc>
          <w:tcPr>
            <w:tcW w:type="dxa" w:w="3572"/>
          </w:tcPr>
          <w:p>
            <w:r>
              <w:t>Ienna Giuseppe</w:t>
            </w:r>
          </w:p>
        </w:tc>
        <w:tc>
          <w:tcPr>
            <w:tcW w:type="dxa" w:w="6009"/>
          </w:tcPr>
          <w:p>
            <w:r>
              <w:t>Autista soccorritore, SEUS S.c.p.a.</w:t>
            </w:r>
          </w:p>
        </w:tc>
      </w:tr>
      <w:tr>
        <w:tc>
          <w:tcPr>
            <w:tcW w:type="dxa" w:w="709"/>
          </w:tcPr>
          <w:p>
            <w:r>
              <w:t>580</w:t>
            </w:r>
          </w:p>
        </w:tc>
        <w:tc>
          <w:tcPr>
            <w:tcW w:type="dxa" w:w="3572"/>
          </w:tcPr>
          <w:p>
            <w:r>
              <w:t>Imburgia Maddalena</w:t>
            </w:r>
          </w:p>
        </w:tc>
        <w:tc>
          <w:tcPr>
            <w:tcW w:type="dxa" w:w="6009"/>
          </w:tcPr>
          <w:p>
            <w:r>
              <w:t>Operatrice socio-sanitaria (OSS) presso struttura socio-assistenziale</w:t>
            </w:r>
          </w:p>
        </w:tc>
      </w:tr>
      <w:tr>
        <w:tc>
          <w:tcPr>
            <w:tcW w:type="dxa" w:w="709"/>
          </w:tcPr>
          <w:p>
            <w:r>
              <w:t>581</w:t>
            </w:r>
          </w:p>
        </w:tc>
        <w:tc>
          <w:tcPr>
            <w:tcW w:type="dxa" w:w="3572"/>
          </w:tcPr>
          <w:p>
            <w:r>
              <w:t>Impastato Serafina</w:t>
            </w:r>
          </w:p>
        </w:tc>
        <w:tc>
          <w:tcPr>
            <w:tcW w:type="dxa" w:w="6009"/>
          </w:tcPr>
          <w:p>
            <w:r>
              <w:t>Biologa, Direttore tecnico</w:t>
            </w:r>
          </w:p>
        </w:tc>
      </w:tr>
      <w:tr>
        <w:tc>
          <w:tcPr>
            <w:tcW w:type="dxa" w:w="709"/>
          </w:tcPr>
          <w:p>
            <w:r>
              <w:t>582</w:t>
            </w:r>
          </w:p>
        </w:tc>
        <w:tc>
          <w:tcPr>
            <w:tcW w:type="dxa" w:w="3572"/>
          </w:tcPr>
          <w:p>
            <w:r>
              <w:t>Incardona Giuseppe</w:t>
            </w:r>
          </w:p>
        </w:tc>
        <w:tc>
          <w:tcPr>
            <w:tcW w:type="dxa" w:w="6009"/>
          </w:tcPr>
          <w:p>
            <w:r>
              <w:t>Già dirigente del Ministero dello Sviluppo Economico</w:t>
            </w:r>
          </w:p>
        </w:tc>
      </w:tr>
      <w:tr>
        <w:tc>
          <w:tcPr>
            <w:tcW w:type="dxa" w:w="709"/>
          </w:tcPr>
          <w:p>
            <w:r>
              <w:t>583</w:t>
            </w:r>
          </w:p>
        </w:tc>
        <w:tc>
          <w:tcPr>
            <w:tcW w:type="dxa" w:w="3572"/>
          </w:tcPr>
          <w:p>
            <w:r>
              <w:t>Indorato Eleonora</w:t>
            </w:r>
          </w:p>
        </w:tc>
        <w:tc>
          <w:tcPr>
            <w:tcW w:type="dxa" w:w="6009"/>
          </w:tcPr>
          <w:p>
            <w:r>
              <w:t>Dirigente dell'Area Sanità</w:t>
            </w:r>
          </w:p>
        </w:tc>
      </w:tr>
      <w:tr>
        <w:tc>
          <w:tcPr>
            <w:tcW w:type="dxa" w:w="709"/>
          </w:tcPr>
          <w:p>
            <w:r>
              <w:t>584</w:t>
            </w:r>
          </w:p>
        </w:tc>
        <w:tc>
          <w:tcPr>
            <w:tcW w:type="dxa" w:w="3572"/>
          </w:tcPr>
          <w:p>
            <w:r>
              <w:t>Ingargiola Caterina</w:t>
            </w:r>
          </w:p>
        </w:tc>
        <w:tc>
          <w:tcPr>
            <w:tcW w:type="dxa" w:w="6009"/>
          </w:tcPr>
          <w:p>
            <w:r>
              <w:t>Impiegata amministrativa presso cooperativa sociale</w:t>
            </w:r>
          </w:p>
        </w:tc>
      </w:tr>
      <w:tr>
        <w:tc>
          <w:tcPr>
            <w:tcW w:type="dxa" w:w="709"/>
          </w:tcPr>
          <w:p>
            <w:r>
              <w:t>585</w:t>
            </w:r>
          </w:p>
        </w:tc>
        <w:tc>
          <w:tcPr>
            <w:tcW w:type="dxa" w:w="3572"/>
          </w:tcPr>
          <w:p>
            <w:r>
              <w:t>Ingargiola Gaspare</w:t>
            </w:r>
          </w:p>
        </w:tc>
        <w:tc>
          <w:tcPr>
            <w:tcW w:type="dxa" w:w="6009"/>
          </w:tcPr>
          <w:p>
            <w:r>
              <w:t>Consulente del lavoro</w:t>
            </w:r>
          </w:p>
        </w:tc>
      </w:tr>
      <w:tr>
        <w:tc>
          <w:tcPr>
            <w:tcW w:type="dxa" w:w="709"/>
          </w:tcPr>
          <w:p>
            <w:r>
              <w:t>586</w:t>
            </w:r>
          </w:p>
        </w:tc>
        <w:tc>
          <w:tcPr>
            <w:tcW w:type="dxa" w:w="3572"/>
          </w:tcPr>
          <w:p>
            <w:r>
              <w:t>Inghisciano Giovanni</w:t>
            </w:r>
          </w:p>
        </w:tc>
        <w:tc>
          <w:tcPr>
            <w:tcW w:type="dxa" w:w="6009"/>
          </w:tcPr>
          <w:p>
            <w:r>
              <w:t>Agronomo; già collaboratore scientifico Bayer; libero professionista.</w:t>
            </w:r>
          </w:p>
        </w:tc>
      </w:tr>
      <w:tr>
        <w:tc>
          <w:tcPr>
            <w:tcW w:type="dxa" w:w="709"/>
          </w:tcPr>
          <w:p>
            <w:r>
              <w:t>587</w:t>
            </w:r>
          </w:p>
        </w:tc>
        <w:tc>
          <w:tcPr>
            <w:tcW w:type="dxa" w:w="3572"/>
          </w:tcPr>
          <w:p>
            <w:r>
              <w:t>Inglese Seidita</w:t>
            </w:r>
          </w:p>
        </w:tc>
        <w:tc>
          <w:tcPr>
            <w:tcW w:type="dxa" w:w="6009"/>
          </w:tcPr>
          <w:p>
            <w:r>
              <w:t>Fisiatra</w:t>
            </w:r>
          </w:p>
        </w:tc>
      </w:tr>
      <w:tr>
        <w:tc>
          <w:tcPr>
            <w:tcW w:type="dxa" w:w="709"/>
          </w:tcPr>
          <w:p>
            <w:r>
              <w:t>588</w:t>
            </w:r>
          </w:p>
        </w:tc>
        <w:tc>
          <w:tcPr>
            <w:tcW w:type="dxa" w:w="3572"/>
          </w:tcPr>
          <w:p>
            <w:r>
              <w:t>Ingoglia Sebastiano</w:t>
            </w:r>
          </w:p>
        </w:tc>
        <w:tc>
          <w:tcPr>
            <w:tcW w:type="dxa" w:w="6009"/>
          </w:tcPr>
          <w:p>
            <w:r>
              <w:t>Autista soccorritore, SEUS</w:t>
            </w:r>
          </w:p>
        </w:tc>
      </w:tr>
      <w:tr>
        <w:tc>
          <w:tcPr>
            <w:tcW w:type="dxa" w:w="709"/>
          </w:tcPr>
          <w:p>
            <w:r>
              <w:t>589</w:t>
            </w:r>
          </w:p>
        </w:tc>
        <w:tc>
          <w:tcPr>
            <w:tcW w:type="dxa" w:w="3572"/>
          </w:tcPr>
          <w:p>
            <w:r>
              <w:t>Ingrao Alessio</w:t>
            </w:r>
          </w:p>
        </w:tc>
        <w:tc>
          <w:tcPr>
            <w:tcW w:type="dxa" w:w="6009"/>
          </w:tcPr>
          <w:p>
            <w:r>
              <w:t>OSS presso struttura socio-assistenziale</w:t>
            </w:r>
          </w:p>
        </w:tc>
      </w:tr>
      <w:tr>
        <w:tc>
          <w:tcPr>
            <w:tcW w:type="dxa" w:w="709"/>
          </w:tcPr>
          <w:p>
            <w:r>
              <w:t>590</w:t>
            </w:r>
          </w:p>
        </w:tc>
        <w:tc>
          <w:tcPr>
            <w:tcW w:type="dxa" w:w="3572"/>
          </w:tcPr>
          <w:p>
            <w:r>
              <w:t>Ingrasciotta Lorenzo</w:t>
            </w:r>
          </w:p>
        </w:tc>
        <w:tc>
          <w:tcPr>
            <w:tcW w:type="dxa" w:w="6009"/>
          </w:tcPr>
          <w:p>
            <w:r>
              <w:t>Impiegato dei Beni culturali</w:t>
            </w:r>
          </w:p>
        </w:tc>
      </w:tr>
      <w:tr>
        <w:tc>
          <w:tcPr>
            <w:tcW w:type="dxa" w:w="709"/>
          </w:tcPr>
          <w:p>
            <w:r>
              <w:t>591</w:t>
            </w:r>
          </w:p>
        </w:tc>
        <w:tc>
          <w:tcPr>
            <w:tcW w:type="dxa" w:w="3572"/>
          </w:tcPr>
          <w:p>
            <w:r>
              <w:t>Ingrassia Reina Amanda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592</w:t>
            </w:r>
          </w:p>
        </w:tc>
        <w:tc>
          <w:tcPr>
            <w:tcW w:type="dxa" w:w="3572"/>
          </w:tcPr>
          <w:p>
            <w:r>
              <w:t>Interlandi Aldo</w:t>
            </w:r>
          </w:p>
        </w:tc>
        <w:tc>
          <w:tcPr>
            <w:tcW w:type="dxa" w:w="6009"/>
          </w:tcPr>
          <w:p>
            <w:r>
              <w:t>Farmacista, Centro Cuore Morgagni, Pedara (Catania)</w:t>
            </w:r>
          </w:p>
        </w:tc>
      </w:tr>
      <w:tr>
        <w:tc>
          <w:tcPr>
            <w:tcW w:type="dxa" w:w="709"/>
          </w:tcPr>
          <w:p>
            <w:r>
              <w:t>593</w:t>
            </w:r>
          </w:p>
        </w:tc>
        <w:tc>
          <w:tcPr>
            <w:tcW w:type="dxa" w:w="3572"/>
          </w:tcPr>
          <w:p>
            <w:r>
              <w:t>Interlandi Alfio</w:t>
            </w:r>
          </w:p>
        </w:tc>
        <w:tc>
          <w:tcPr>
            <w:tcW w:type="dxa" w:w="6009"/>
          </w:tcPr>
          <w:p>
            <w:r>
              <w:t>Farmacista, ARNAS Garibaldi</w:t>
            </w:r>
          </w:p>
        </w:tc>
      </w:tr>
      <w:tr>
        <w:tc>
          <w:tcPr>
            <w:tcW w:type="dxa" w:w="709"/>
          </w:tcPr>
          <w:p>
            <w:r>
              <w:t>594</w:t>
            </w:r>
          </w:p>
        </w:tc>
        <w:tc>
          <w:tcPr>
            <w:tcW w:type="dxa" w:w="3572"/>
          </w:tcPr>
          <w:p>
            <w:r>
              <w:t>Intili Rosa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595</w:t>
            </w:r>
          </w:p>
        </w:tc>
        <w:tc>
          <w:tcPr>
            <w:tcW w:type="dxa" w:w="3572"/>
          </w:tcPr>
          <w:p>
            <w:r>
              <w:t>Intravaia Giuseppe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596</w:t>
            </w:r>
          </w:p>
        </w:tc>
        <w:tc>
          <w:tcPr>
            <w:tcW w:type="dxa" w:w="3572"/>
          </w:tcPr>
          <w:p>
            <w:r>
              <w:t>Intravaia Mattia</w:t>
            </w:r>
          </w:p>
        </w:tc>
        <w:tc>
          <w:tcPr>
            <w:tcW w:type="dxa" w:w="6009"/>
          </w:tcPr>
          <w:p>
            <w:r>
              <w:t>Studente universitario</w:t>
            </w:r>
          </w:p>
        </w:tc>
      </w:tr>
      <w:tr>
        <w:tc>
          <w:tcPr>
            <w:tcW w:type="dxa" w:w="709"/>
          </w:tcPr>
          <w:p>
            <w:r>
              <w:t>597</w:t>
            </w:r>
          </w:p>
        </w:tc>
        <w:tc>
          <w:tcPr>
            <w:tcW w:type="dxa" w:w="3572"/>
          </w:tcPr>
          <w:p>
            <w:r>
              <w:t>Intravaia Salvatore</w:t>
            </w:r>
          </w:p>
        </w:tc>
        <w:tc>
          <w:tcPr>
            <w:tcW w:type="dxa" w:w="6009"/>
          </w:tcPr>
          <w:p>
            <w:r>
              <w:t>Pensionato</w:t>
            </w:r>
          </w:p>
        </w:tc>
      </w:tr>
      <w:tr>
        <w:tc>
          <w:tcPr>
            <w:tcW w:type="dxa" w:w="709"/>
          </w:tcPr>
          <w:p>
            <w:r>
              <w:t>598</w:t>
            </w:r>
          </w:p>
        </w:tc>
        <w:tc>
          <w:tcPr>
            <w:tcW w:type="dxa" w:w="3572"/>
          </w:tcPr>
          <w:p>
            <w:r>
              <w:t>Iudica Francesco</w:t>
            </w:r>
          </w:p>
        </w:tc>
        <w:tc>
          <w:tcPr>
            <w:tcW w:type="dxa" w:w="6009"/>
          </w:tcPr>
          <w:p>
            <w:r>
              <w:t>Già Direttore Generale di azienda del SSR</w:t>
            </w:r>
          </w:p>
        </w:tc>
      </w:tr>
      <w:tr>
        <w:tc>
          <w:tcPr>
            <w:tcW w:type="dxa" w:w="709"/>
          </w:tcPr>
          <w:p>
            <w:r>
              <w:t>599</w:t>
            </w:r>
          </w:p>
        </w:tc>
        <w:tc>
          <w:tcPr>
            <w:tcW w:type="dxa" w:w="3572"/>
          </w:tcPr>
          <w:p>
            <w:r>
              <w:t>La Bua Elisabetta</w:t>
            </w:r>
          </w:p>
        </w:tc>
        <w:tc>
          <w:tcPr>
            <w:tcW w:type="dxa" w:w="6009"/>
          </w:tcPr>
          <w:p>
            <w:r>
              <w:t>Infermiera presso il Policlinico Universitario “Paolo Giaccone” di Palermo</w:t>
            </w:r>
          </w:p>
        </w:tc>
      </w:tr>
      <w:tr>
        <w:tc>
          <w:tcPr>
            <w:tcW w:type="dxa" w:w="709"/>
          </w:tcPr>
          <w:p>
            <w:r>
              <w:t>600</w:t>
            </w:r>
          </w:p>
        </w:tc>
        <w:tc>
          <w:tcPr>
            <w:tcW w:type="dxa" w:w="3572"/>
          </w:tcPr>
          <w:p>
            <w:r>
              <w:t>La Calce Carlo</w:t>
            </w:r>
          </w:p>
        </w:tc>
        <w:tc>
          <w:tcPr>
            <w:tcW w:type="dxa" w:w="6009"/>
          </w:tcPr>
          <w:p>
            <w:r>
              <w:t>Dirigente medico specialista in Cardiologia, in pensione</w:t>
            </w:r>
          </w:p>
        </w:tc>
      </w:tr>
      <w:tr>
        <w:tc>
          <w:tcPr>
            <w:tcW w:type="dxa" w:w="709"/>
          </w:tcPr>
          <w:p>
            <w:r>
              <w:t>601</w:t>
            </w:r>
          </w:p>
        </w:tc>
        <w:tc>
          <w:tcPr>
            <w:tcW w:type="dxa" w:w="3572"/>
          </w:tcPr>
          <w:p>
            <w:r>
              <w:t>La Corte Gaetano</w:t>
            </w:r>
          </w:p>
        </w:tc>
        <w:tc>
          <w:tcPr>
            <w:tcW w:type="dxa" w:w="6009"/>
          </w:tcPr>
          <w:p>
            <w:r>
              <w:t>Ex Direttore del Dipartimento Risorse Umane, ASP Palermo</w:t>
            </w:r>
          </w:p>
        </w:tc>
      </w:tr>
      <w:tr>
        <w:tc>
          <w:tcPr>
            <w:tcW w:type="dxa" w:w="709"/>
          </w:tcPr>
          <w:p>
            <w:r>
              <w:t>602</w:t>
            </w:r>
          </w:p>
        </w:tc>
        <w:tc>
          <w:tcPr>
            <w:tcW w:type="dxa" w:w="3572"/>
          </w:tcPr>
          <w:p>
            <w:r>
              <w:t>La Felice Fabio</w:t>
            </w:r>
          </w:p>
        </w:tc>
        <w:tc>
          <w:tcPr>
            <w:tcW w:type="dxa" w:w="6009"/>
          </w:tcPr>
          <w:p>
            <w:r>
              <w:t>Dipendente</w:t>
            </w:r>
          </w:p>
        </w:tc>
      </w:tr>
      <w:tr>
        <w:tc>
          <w:tcPr>
            <w:tcW w:type="dxa" w:w="709"/>
          </w:tcPr>
          <w:p>
            <w:r>
              <w:t>603</w:t>
            </w:r>
          </w:p>
        </w:tc>
        <w:tc>
          <w:tcPr>
            <w:tcW w:type="dxa" w:w="3572"/>
          </w:tcPr>
          <w:p>
            <w:r>
              <w:t>La Franca Domenica</w:t>
            </w:r>
          </w:p>
        </w:tc>
        <w:tc>
          <w:tcPr>
            <w:tcW w:type="dxa" w:w="6009"/>
          </w:tcPr>
          <w:p>
            <w:r>
              <w:t>Consulente del lavoro</w:t>
            </w:r>
          </w:p>
        </w:tc>
      </w:tr>
      <w:tr>
        <w:tc>
          <w:tcPr>
            <w:tcW w:type="dxa" w:w="709"/>
          </w:tcPr>
          <w:p>
            <w:r>
              <w:t>604</w:t>
            </w:r>
          </w:p>
        </w:tc>
        <w:tc>
          <w:tcPr>
            <w:tcW w:type="dxa" w:w="3572"/>
          </w:tcPr>
          <w:p>
            <w:r>
              <w:t>La Malfa Vincenzo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605</w:t>
            </w:r>
          </w:p>
        </w:tc>
        <w:tc>
          <w:tcPr>
            <w:tcW w:type="dxa" w:w="3572"/>
          </w:tcPr>
          <w:p>
            <w:r>
              <w:t>La Mantia Rosalia</w:t>
            </w:r>
          </w:p>
        </w:tc>
        <w:tc>
          <w:tcPr>
            <w:tcW w:type="dxa" w:w="6009"/>
          </w:tcPr>
          <w:p>
            <w:r>
              <w:t>Centro convenzionato Cuore Sano; specialista convenzionata</w:t>
            </w:r>
          </w:p>
        </w:tc>
      </w:tr>
      <w:tr>
        <w:tc>
          <w:tcPr>
            <w:tcW w:type="dxa" w:w="709"/>
          </w:tcPr>
          <w:p>
            <w:r>
              <w:t>606</w:t>
            </w:r>
          </w:p>
        </w:tc>
        <w:tc>
          <w:tcPr>
            <w:tcW w:type="dxa" w:w="3572"/>
          </w:tcPr>
          <w:p>
            <w:r>
              <w:t>La Mesa Antonio</w:t>
            </w:r>
          </w:p>
        </w:tc>
        <w:tc>
          <w:tcPr>
            <w:tcW w:type="dxa" w:w="6009"/>
          </w:tcPr>
          <w:p>
            <w:r>
              <w:t>TSRM</w:t>
            </w:r>
          </w:p>
        </w:tc>
      </w:tr>
      <w:tr>
        <w:tc>
          <w:tcPr>
            <w:tcW w:type="dxa" w:w="709"/>
          </w:tcPr>
          <w:p>
            <w:r>
              <w:t>607</w:t>
            </w:r>
          </w:p>
        </w:tc>
        <w:tc>
          <w:tcPr>
            <w:tcW w:type="dxa" w:w="3572"/>
          </w:tcPr>
          <w:p>
            <w:r>
              <w:t>La Rosa Aldo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608</w:t>
            </w:r>
          </w:p>
        </w:tc>
        <w:tc>
          <w:tcPr>
            <w:tcW w:type="dxa" w:w="3572"/>
          </w:tcPr>
          <w:p>
            <w:r>
              <w:t>La Rosa Alfredo</w:t>
            </w:r>
          </w:p>
        </w:tc>
        <w:tc>
          <w:tcPr>
            <w:tcW w:type="dxa" w:w="6009"/>
          </w:tcPr>
          <w:p>
            <w:r>
              <w:t>Convenzionato con il SSR</w:t>
            </w:r>
          </w:p>
        </w:tc>
      </w:tr>
      <w:tr>
        <w:tc>
          <w:tcPr>
            <w:tcW w:type="dxa" w:w="709"/>
          </w:tcPr>
          <w:p>
            <w:r>
              <w:t>609</w:t>
            </w:r>
          </w:p>
        </w:tc>
        <w:tc>
          <w:tcPr>
            <w:tcW w:type="dxa" w:w="3572"/>
          </w:tcPr>
          <w:p>
            <w:r>
              <w:t>La Rosa Ylenia</w:t>
            </w:r>
          </w:p>
        </w:tc>
        <w:tc>
          <w:tcPr>
            <w:tcW w:type="dxa" w:w="6009"/>
          </w:tcPr>
          <w:p>
            <w:r>
              <w:t>Psicologa</w:t>
            </w:r>
          </w:p>
        </w:tc>
      </w:tr>
      <w:tr>
        <w:tc>
          <w:tcPr>
            <w:tcW w:type="dxa" w:w="709"/>
          </w:tcPr>
          <w:p>
            <w:r>
              <w:t>610</w:t>
            </w:r>
          </w:p>
        </w:tc>
        <w:tc>
          <w:tcPr>
            <w:tcW w:type="dxa" w:w="3572"/>
          </w:tcPr>
          <w:p>
            <w:r>
              <w:t>La Vecchia Francesco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611</w:t>
            </w:r>
          </w:p>
        </w:tc>
        <w:tc>
          <w:tcPr>
            <w:tcW w:type="dxa" w:w="3572"/>
          </w:tcPr>
          <w:p>
            <w:r>
              <w:t>La Vecchia Giacoma Maria</w:t>
            </w:r>
          </w:p>
        </w:tc>
        <w:tc>
          <w:tcPr>
            <w:tcW w:type="dxa" w:w="6009"/>
          </w:tcPr>
          <w:p>
            <w:r>
              <w:t>Autista-soccorritore SEUS 118</w:t>
            </w:r>
          </w:p>
        </w:tc>
      </w:tr>
      <w:tr>
        <w:tc>
          <w:tcPr>
            <w:tcW w:type="dxa" w:w="709"/>
          </w:tcPr>
          <w:p>
            <w:r>
              <w:t>612</w:t>
            </w:r>
          </w:p>
        </w:tc>
        <w:tc>
          <w:tcPr>
            <w:tcW w:type="dxa" w:w="3572"/>
          </w:tcPr>
          <w:p>
            <w:r>
              <w:t>Lalau Ramona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613</w:t>
            </w:r>
          </w:p>
        </w:tc>
        <w:tc>
          <w:tcPr>
            <w:tcW w:type="dxa" w:w="3572"/>
          </w:tcPr>
          <w:p>
            <w:r>
              <w:t>Landino Alessandra</w:t>
            </w:r>
          </w:p>
        </w:tc>
        <w:tc>
          <w:tcPr>
            <w:tcW w:type="dxa" w:w="6009"/>
          </w:tcPr>
          <w:p>
            <w:r>
              <w:t>Biologa nutrizionista</w:t>
            </w:r>
          </w:p>
        </w:tc>
      </w:tr>
      <w:tr>
        <w:tc>
          <w:tcPr>
            <w:tcW w:type="dxa" w:w="709"/>
          </w:tcPr>
          <w:p>
            <w:r>
              <w:t>614</w:t>
            </w:r>
          </w:p>
        </w:tc>
        <w:tc>
          <w:tcPr>
            <w:tcW w:type="dxa" w:w="3572"/>
          </w:tcPr>
          <w:p>
            <w:r>
              <w:t>Lanza Serena Maria</w:t>
            </w:r>
          </w:p>
        </w:tc>
        <w:tc>
          <w:tcPr>
            <w:tcW w:type="dxa" w:w="6009"/>
          </w:tcPr>
          <w:p>
            <w:r>
              <w:t>Assistente amministrativa, RSA</w:t>
            </w:r>
          </w:p>
        </w:tc>
      </w:tr>
      <w:tr>
        <w:tc>
          <w:tcPr>
            <w:tcW w:type="dxa" w:w="709"/>
          </w:tcPr>
          <w:p>
            <w:r>
              <w:t>615</w:t>
            </w:r>
          </w:p>
        </w:tc>
        <w:tc>
          <w:tcPr>
            <w:tcW w:type="dxa" w:w="3572"/>
          </w:tcPr>
          <w:p>
            <w:r>
              <w:t>Lauceri Mario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616</w:t>
            </w:r>
          </w:p>
        </w:tc>
        <w:tc>
          <w:tcPr>
            <w:tcW w:type="dxa" w:w="3572"/>
          </w:tcPr>
          <w:p>
            <w:r>
              <w:t>Laudicina Letizia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617</w:t>
            </w:r>
          </w:p>
        </w:tc>
        <w:tc>
          <w:tcPr>
            <w:tcW w:type="dxa" w:w="3572"/>
          </w:tcPr>
          <w:p>
            <w:r>
              <w:t>Lauricella Mariagrazia</w:t>
            </w:r>
          </w:p>
        </w:tc>
        <w:tc>
          <w:tcPr>
            <w:tcW w:type="dxa" w:w="6009"/>
          </w:tcPr>
          <w:p>
            <w:r>
              <w:t>Impiegata amministrativa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618</w:t>
            </w:r>
          </w:p>
        </w:tc>
        <w:tc>
          <w:tcPr>
            <w:tcW w:type="dxa" w:w="3572"/>
          </w:tcPr>
          <w:p>
            <w:r>
              <w:t>Lazio Calogero</w:t>
            </w:r>
          </w:p>
        </w:tc>
        <w:tc>
          <w:tcPr>
            <w:tcW w:type="dxa" w:w="6009"/>
          </w:tcPr>
          <w:p>
            <w:r>
              <w:t>Insegnante, I.C.S. Manzoni-Impastato, Palermo</w:t>
            </w:r>
          </w:p>
        </w:tc>
      </w:tr>
      <w:tr>
        <w:tc>
          <w:tcPr>
            <w:tcW w:type="dxa" w:w="709"/>
          </w:tcPr>
          <w:p>
            <w:r>
              <w:t>619</w:t>
            </w:r>
          </w:p>
        </w:tc>
        <w:tc>
          <w:tcPr>
            <w:tcW w:type="dxa" w:w="3572"/>
          </w:tcPr>
          <w:p>
            <w:r>
              <w:t>Lazzara Giuseppe</w:t>
            </w:r>
          </w:p>
        </w:tc>
        <w:tc>
          <w:tcPr>
            <w:tcW w:type="dxa" w:w="6009"/>
          </w:tcPr>
          <w:p>
            <w:r>
              <w:t>Poliziotto</w:t>
            </w:r>
          </w:p>
        </w:tc>
      </w:tr>
      <w:tr>
        <w:tc>
          <w:tcPr>
            <w:tcW w:type="dxa" w:w="709"/>
          </w:tcPr>
          <w:p>
            <w:r>
              <w:t>620</w:t>
            </w:r>
          </w:p>
        </w:tc>
        <w:tc>
          <w:tcPr>
            <w:tcW w:type="dxa" w:w="3572"/>
          </w:tcPr>
          <w:p>
            <w:r>
              <w:t>Lazzara Noemi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621</w:t>
            </w:r>
          </w:p>
        </w:tc>
        <w:tc>
          <w:tcPr>
            <w:tcW w:type="dxa" w:w="3572"/>
          </w:tcPr>
          <w:p>
            <w:r>
              <w:t>Lazzaro Laura</w:t>
            </w:r>
          </w:p>
        </w:tc>
        <w:tc>
          <w:tcPr>
            <w:tcW w:type="dxa" w:w="6009"/>
          </w:tcPr>
          <w:p>
            <w:r>
              <w:t>Farmacista</w:t>
            </w:r>
          </w:p>
        </w:tc>
      </w:tr>
      <w:tr>
        <w:tc>
          <w:tcPr>
            <w:tcW w:type="dxa" w:w="709"/>
          </w:tcPr>
          <w:p>
            <w:r>
              <w:t>622</w:t>
            </w:r>
          </w:p>
        </w:tc>
        <w:tc>
          <w:tcPr>
            <w:tcW w:type="dxa" w:w="3572"/>
          </w:tcPr>
          <w:p>
            <w:r>
              <w:t>Lentini Campalleggio Domenica</w:t>
            </w:r>
          </w:p>
        </w:tc>
        <w:tc>
          <w:tcPr>
            <w:tcW w:type="dxa" w:w="6009"/>
          </w:tcPr>
          <w:p>
            <w:r>
              <w:t>Addetta alle pulizie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623</w:t>
            </w:r>
          </w:p>
        </w:tc>
        <w:tc>
          <w:tcPr>
            <w:tcW w:type="dxa" w:w="3572"/>
          </w:tcPr>
          <w:p>
            <w:r>
              <w:t>Lentini Lepanto</w:t>
            </w:r>
          </w:p>
        </w:tc>
        <w:tc>
          <w:tcPr>
            <w:tcW w:type="dxa" w:w="6009"/>
          </w:tcPr>
          <w:p>
            <w:r>
              <w:t>Direttore UOC Otorinolaringoiatria, P.O. Umberto I di Siracusa.</w:t>
            </w:r>
          </w:p>
        </w:tc>
      </w:tr>
      <w:tr>
        <w:tc>
          <w:tcPr>
            <w:tcW w:type="dxa" w:w="709"/>
          </w:tcPr>
          <w:p>
            <w:r>
              <w:t>624</w:t>
            </w:r>
          </w:p>
        </w:tc>
        <w:tc>
          <w:tcPr>
            <w:tcW w:type="dxa" w:w="3572"/>
          </w:tcPr>
          <w:p>
            <w:r>
              <w:t>Leonarda Angelo</w:t>
            </w:r>
          </w:p>
        </w:tc>
        <w:tc>
          <w:tcPr>
            <w:tcW w:type="dxa" w:w="6009"/>
          </w:tcPr>
          <w:p>
            <w:r>
              <w:t>Direttore UOC Ortopedia e Traumatologia, Ospedale Buccheri La Ferla Fatebenefratelli</w:t>
            </w:r>
          </w:p>
        </w:tc>
      </w:tr>
      <w:tr>
        <w:tc>
          <w:tcPr>
            <w:tcW w:type="dxa" w:w="709"/>
          </w:tcPr>
          <w:p>
            <w:r>
              <w:t>625</w:t>
            </w:r>
          </w:p>
        </w:tc>
        <w:tc>
          <w:tcPr>
            <w:tcW w:type="dxa" w:w="3572"/>
          </w:tcPr>
          <w:p>
            <w:r>
              <w:t>Leonardi Filippo</w:t>
            </w:r>
          </w:p>
        </w:tc>
        <w:tc>
          <w:tcPr>
            <w:tcW w:type="dxa" w:w="6009"/>
          </w:tcPr>
          <w:p>
            <w:r>
              <w:t>Ambulatorio Odontoiatrico Etneo, Belpasso</w:t>
            </w:r>
          </w:p>
        </w:tc>
      </w:tr>
      <w:tr>
        <w:tc>
          <w:tcPr>
            <w:tcW w:type="dxa" w:w="709"/>
          </w:tcPr>
          <w:p>
            <w:r>
              <w:t>626</w:t>
            </w:r>
          </w:p>
        </w:tc>
        <w:tc>
          <w:tcPr>
            <w:tcW w:type="dxa" w:w="3572"/>
          </w:tcPr>
          <w:p>
            <w:r>
              <w:t>Leone Armando</w:t>
            </w:r>
          </w:p>
        </w:tc>
        <w:tc>
          <w:tcPr>
            <w:tcW w:type="dxa" w:w="6009"/>
          </w:tcPr>
          <w:p>
            <w:r>
              <w:t>Già medico di medicina generale, Palermo</w:t>
            </w:r>
          </w:p>
        </w:tc>
      </w:tr>
      <w:tr>
        <w:tc>
          <w:tcPr>
            <w:tcW w:type="dxa" w:w="709"/>
          </w:tcPr>
          <w:p>
            <w:r>
              <w:t>627</w:t>
            </w:r>
          </w:p>
        </w:tc>
        <w:tc>
          <w:tcPr>
            <w:tcW w:type="dxa" w:w="3572"/>
          </w:tcPr>
          <w:p>
            <w:r>
              <w:t>Leone Caterina</w:t>
            </w:r>
          </w:p>
        </w:tc>
        <w:tc>
          <w:tcPr>
            <w:tcW w:type="dxa" w:w="6009"/>
          </w:tcPr>
          <w:p>
            <w:r>
              <w:t>Collaboratrice professionale sanitaria (CPS), Azienda Ospedaliero-Universitaria Policlinico “G. Rodolico - San Marco”; in servizio dal 2 maggio 1992</w:t>
            </w:r>
          </w:p>
        </w:tc>
      </w:tr>
      <w:tr>
        <w:tc>
          <w:tcPr>
            <w:tcW w:type="dxa" w:w="709"/>
          </w:tcPr>
          <w:p>
            <w:r>
              <w:t>628</w:t>
            </w:r>
          </w:p>
        </w:tc>
        <w:tc>
          <w:tcPr>
            <w:tcW w:type="dxa" w:w="3572"/>
          </w:tcPr>
          <w:p>
            <w:r>
              <w:t>Leone Ernesto</w:t>
            </w:r>
          </w:p>
        </w:tc>
        <w:tc>
          <w:tcPr>
            <w:tcW w:type="dxa" w:w="6009"/>
          </w:tcPr>
          <w:p>
            <w:r>
              <w:t>Amministratore - fisiatra</w:t>
            </w:r>
          </w:p>
        </w:tc>
      </w:tr>
      <w:tr>
        <w:tc>
          <w:tcPr>
            <w:tcW w:type="dxa" w:w="709"/>
          </w:tcPr>
          <w:p>
            <w:r>
              <w:t>629</w:t>
            </w:r>
          </w:p>
        </w:tc>
        <w:tc>
          <w:tcPr>
            <w:tcW w:type="dxa" w:w="3572"/>
          </w:tcPr>
          <w:p>
            <w:r>
              <w:t>Leone Giulia</w:t>
            </w:r>
          </w:p>
        </w:tc>
        <w:tc>
          <w:tcPr>
            <w:tcW w:type="dxa" w:w="6009"/>
          </w:tcPr>
          <w:p>
            <w:r>
              <w:t>Casalinga</w:t>
            </w:r>
          </w:p>
        </w:tc>
      </w:tr>
      <w:tr>
        <w:tc>
          <w:tcPr>
            <w:tcW w:type="dxa" w:w="709"/>
          </w:tcPr>
          <w:p>
            <w:r>
              <w:t>630</w:t>
            </w:r>
          </w:p>
        </w:tc>
        <w:tc>
          <w:tcPr>
            <w:tcW w:type="dxa" w:w="3572"/>
          </w:tcPr>
          <w:p>
            <w:r>
              <w:t>Leone Salvino</w:t>
            </w:r>
          </w:p>
        </w:tc>
        <w:tc>
          <w:tcPr>
            <w:tcW w:type="dxa" w:w="6009"/>
          </w:tcPr>
          <w:p>
            <w:r>
              <w:t>Presidente del Comitato Etico della Regione Siciliana</w:t>
            </w:r>
          </w:p>
        </w:tc>
      </w:tr>
      <w:tr>
        <w:tc>
          <w:tcPr>
            <w:tcW w:type="dxa" w:w="709"/>
          </w:tcPr>
          <w:p>
            <w:r>
              <w:t>631</w:t>
            </w:r>
          </w:p>
        </w:tc>
        <w:tc>
          <w:tcPr>
            <w:tcW w:type="dxa" w:w="3572"/>
          </w:tcPr>
          <w:p>
            <w:r>
              <w:t>Levantino Giuseppina</w:t>
            </w:r>
          </w:p>
        </w:tc>
        <w:tc>
          <w:tcPr>
            <w:tcW w:type="dxa" w:w="6009"/>
          </w:tcPr>
          <w:p>
            <w:r>
              <w:t>Coordinatrice infermieristica, AOUP “P. Giaccone”</w:t>
            </w:r>
          </w:p>
        </w:tc>
      </w:tr>
      <w:tr>
        <w:tc>
          <w:tcPr>
            <w:tcW w:type="dxa" w:w="709"/>
          </w:tcPr>
          <w:p>
            <w:r>
              <w:t>632</w:t>
            </w:r>
          </w:p>
        </w:tc>
        <w:tc>
          <w:tcPr>
            <w:tcW w:type="dxa" w:w="3572"/>
          </w:tcPr>
          <w:p>
            <w:r>
              <w:t>Li Calzi Giada</w:t>
            </w:r>
          </w:p>
        </w:tc>
        <w:tc>
          <w:tcPr>
            <w:tcW w:type="dxa" w:w="6009"/>
          </w:tcPr>
          <w:p>
            <w:r>
              <w:t>Innovation Manager e TTO</w:t>
            </w:r>
          </w:p>
        </w:tc>
      </w:tr>
      <w:tr>
        <w:tc>
          <w:tcPr>
            <w:tcW w:type="dxa" w:w="709"/>
          </w:tcPr>
          <w:p>
            <w:r>
              <w:t>633</w:t>
            </w:r>
          </w:p>
        </w:tc>
        <w:tc>
          <w:tcPr>
            <w:tcW w:type="dxa" w:w="3572"/>
          </w:tcPr>
          <w:p>
            <w:r>
              <w:t>Liardi Ivan</w:t>
            </w:r>
          </w:p>
        </w:tc>
        <w:tc>
          <w:tcPr>
            <w:tcW w:type="dxa" w:w="6009"/>
          </w:tcPr>
          <w:p>
            <w:r>
              <w:t>Avvocato, Gela</w:t>
            </w:r>
          </w:p>
        </w:tc>
      </w:tr>
      <w:tr>
        <w:tc>
          <w:tcPr>
            <w:tcW w:type="dxa" w:w="709"/>
          </w:tcPr>
          <w:p>
            <w:r>
              <w:t>634</w:t>
            </w:r>
          </w:p>
        </w:tc>
        <w:tc>
          <w:tcPr>
            <w:tcW w:type="dxa" w:w="3572"/>
          </w:tcPr>
          <w:p>
            <w:r>
              <w:t>Liberto Valeria</w:t>
            </w:r>
          </w:p>
        </w:tc>
        <w:tc>
          <w:tcPr>
            <w:tcW w:type="dxa" w:w="6009"/>
          </w:tcPr>
          <w:p>
            <w:r>
              <w:t>Operatrice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635</w:t>
            </w:r>
          </w:p>
        </w:tc>
        <w:tc>
          <w:tcPr>
            <w:tcW w:type="dxa" w:w="3572"/>
          </w:tcPr>
          <w:p>
            <w:r>
              <w:t>Libonati Francesco</w:t>
            </w:r>
          </w:p>
        </w:tc>
        <w:tc>
          <w:tcPr>
            <w:tcW w:type="dxa" w:w="6009"/>
          </w:tcPr>
          <w:p>
            <w:r>
              <w:t>Area Manager, Zuccari</w:t>
            </w:r>
          </w:p>
        </w:tc>
      </w:tr>
      <w:tr>
        <w:tc>
          <w:tcPr>
            <w:tcW w:type="dxa" w:w="709"/>
          </w:tcPr>
          <w:p>
            <w:r>
              <w:t>636</w:t>
            </w:r>
          </w:p>
        </w:tc>
        <w:tc>
          <w:tcPr>
            <w:tcW w:type="dxa" w:w="3572"/>
          </w:tcPr>
          <w:p>
            <w:r>
              <w:t>Licata Silvio</w:t>
            </w:r>
          </w:p>
        </w:tc>
        <w:tc>
          <w:tcPr>
            <w:tcW w:type="dxa" w:w="6009"/>
          </w:tcPr>
          <w:p>
            <w:r>
              <w:t>Medico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637</w:t>
            </w:r>
          </w:p>
        </w:tc>
        <w:tc>
          <w:tcPr>
            <w:tcW w:type="dxa" w:w="3572"/>
          </w:tcPr>
          <w:p>
            <w:r>
              <w:t>Licata Vito</w:t>
            </w:r>
          </w:p>
        </w:tc>
        <w:tc>
          <w:tcPr>
            <w:tcW w:type="dxa" w:w="6009"/>
          </w:tcPr>
          <w:p>
            <w:r>
              <w:t>Specialista in Chirurgia toracica</w:t>
            </w:r>
          </w:p>
        </w:tc>
      </w:tr>
      <w:tr>
        <w:tc>
          <w:tcPr>
            <w:tcW w:type="dxa" w:w="709"/>
          </w:tcPr>
          <w:p>
            <w:r>
              <w:t>638</w:t>
            </w:r>
          </w:p>
        </w:tc>
        <w:tc>
          <w:tcPr>
            <w:tcW w:type="dxa" w:w="3572"/>
          </w:tcPr>
          <w:p>
            <w:r>
              <w:t>Liguori Andrea</w:t>
            </w:r>
          </w:p>
        </w:tc>
        <w:tc>
          <w:tcPr>
            <w:tcW w:type="dxa" w:w="6009"/>
          </w:tcPr>
          <w:p>
            <w:r>
              <w:t>Avvocato</w:t>
            </w:r>
          </w:p>
        </w:tc>
      </w:tr>
      <w:tr>
        <w:tc>
          <w:tcPr>
            <w:tcW w:type="dxa" w:w="709"/>
          </w:tcPr>
          <w:p>
            <w:r>
              <w:t>639</w:t>
            </w:r>
          </w:p>
        </w:tc>
        <w:tc>
          <w:tcPr>
            <w:tcW w:type="dxa" w:w="3572"/>
          </w:tcPr>
          <w:p>
            <w:r>
              <w:t>Lilia Anselmo</w:t>
            </w:r>
          </w:p>
        </w:tc>
        <w:tc>
          <w:tcPr>
            <w:tcW w:type="dxa" w:w="6009"/>
          </w:tcPr>
          <w:p>
            <w:r>
              <w:t>Docente</w:t>
            </w:r>
          </w:p>
        </w:tc>
      </w:tr>
      <w:tr>
        <w:tc>
          <w:tcPr>
            <w:tcW w:type="dxa" w:w="709"/>
          </w:tcPr>
          <w:p>
            <w:r>
              <w:t>640</w:t>
            </w:r>
          </w:p>
        </w:tc>
        <w:tc>
          <w:tcPr>
            <w:tcW w:type="dxa" w:w="3572"/>
          </w:tcPr>
          <w:p>
            <w:r>
              <w:t>Litrico Vito</w:t>
            </w:r>
          </w:p>
        </w:tc>
        <w:tc>
          <w:tcPr>
            <w:tcW w:type="dxa" w:w="6009"/>
          </w:tcPr>
          <w:p>
            <w:r>
              <w:t>Vicepresidente CCA, ASP Catania</w:t>
            </w:r>
          </w:p>
        </w:tc>
      </w:tr>
      <w:tr>
        <w:tc>
          <w:tcPr>
            <w:tcW w:type="dxa" w:w="709"/>
          </w:tcPr>
          <w:p>
            <w:r>
              <w:t>641</w:t>
            </w:r>
          </w:p>
        </w:tc>
        <w:tc>
          <w:tcPr>
            <w:tcW w:type="dxa" w:w="3572"/>
          </w:tcPr>
          <w:p>
            <w:r>
              <w:t>Lo Brano Andrea</w:t>
            </w:r>
          </w:p>
        </w:tc>
        <w:tc>
          <w:tcPr>
            <w:tcW w:type="dxa" w:w="6009"/>
          </w:tcPr>
          <w:p>
            <w:r>
              <w:t>Infermiere professionale presso struttura sanitaria accreditata convenzionata</w:t>
            </w:r>
          </w:p>
        </w:tc>
      </w:tr>
      <w:tr>
        <w:tc>
          <w:tcPr>
            <w:tcW w:type="dxa" w:w="709"/>
          </w:tcPr>
          <w:p>
            <w:r>
              <w:t>642</w:t>
            </w:r>
          </w:p>
        </w:tc>
        <w:tc>
          <w:tcPr>
            <w:tcW w:type="dxa" w:w="3572"/>
          </w:tcPr>
          <w:p>
            <w:r>
              <w:t>Lo Cascio Antonina</w:t>
            </w:r>
          </w:p>
        </w:tc>
        <w:tc>
          <w:tcPr>
            <w:tcW w:type="dxa" w:w="6009"/>
          </w:tcPr>
          <w:p>
            <w:r>
              <w:t>Operatrice sanitaria, RSA</w:t>
            </w:r>
          </w:p>
        </w:tc>
      </w:tr>
      <w:tr>
        <w:tc>
          <w:tcPr>
            <w:tcW w:type="dxa" w:w="709"/>
          </w:tcPr>
          <w:p>
            <w:r>
              <w:t>643</w:t>
            </w:r>
          </w:p>
        </w:tc>
        <w:tc>
          <w:tcPr>
            <w:tcW w:type="dxa" w:w="3572"/>
          </w:tcPr>
          <w:p>
            <w:r>
              <w:t>Lo Cascio Francesco</w:t>
            </w:r>
          </w:p>
        </w:tc>
        <w:tc>
          <w:tcPr>
            <w:tcW w:type="dxa" w:w="6009"/>
          </w:tcPr>
          <w:p>
            <w:r>
              <w:t>Dirigente Italia, azienda farmaceutica</w:t>
            </w:r>
          </w:p>
        </w:tc>
      </w:tr>
      <w:tr>
        <w:tc>
          <w:tcPr>
            <w:tcW w:type="dxa" w:w="709"/>
          </w:tcPr>
          <w:p>
            <w:r>
              <w:t>644</w:t>
            </w:r>
          </w:p>
        </w:tc>
        <w:tc>
          <w:tcPr>
            <w:tcW w:type="dxa" w:w="3572"/>
          </w:tcPr>
          <w:p>
            <w:r>
              <w:t>Lo Giudice Enzo</w:t>
            </w:r>
          </w:p>
        </w:tc>
        <w:tc>
          <w:tcPr>
            <w:tcW w:type="dxa" w:w="6009"/>
          </w:tcPr>
          <w:p>
            <w:r>
              <w:t>Qualifica non indicata</w:t>
            </w:r>
          </w:p>
        </w:tc>
      </w:tr>
      <w:tr>
        <w:tc>
          <w:tcPr>
            <w:tcW w:type="dxa" w:w="709"/>
          </w:tcPr>
          <w:p>
            <w:r>
              <w:t>645</w:t>
            </w:r>
          </w:p>
        </w:tc>
        <w:tc>
          <w:tcPr>
            <w:tcW w:type="dxa" w:w="3572"/>
          </w:tcPr>
          <w:p>
            <w:r>
              <w:t>Lo Giudice Giovanni</w:t>
            </w:r>
          </w:p>
        </w:tc>
        <w:tc>
          <w:tcPr>
            <w:tcW w:type="dxa" w:w="6009"/>
          </w:tcPr>
          <w:p>
            <w:r>
              <w:t>Editore e imprenditore nella sanità</w:t>
            </w:r>
          </w:p>
        </w:tc>
      </w:tr>
      <w:tr>
        <w:tc>
          <w:tcPr>
            <w:tcW w:type="dxa" w:w="709"/>
          </w:tcPr>
          <w:p>
            <w:r>
              <w:t>646</w:t>
            </w:r>
          </w:p>
        </w:tc>
        <w:tc>
          <w:tcPr>
            <w:tcW w:type="dxa" w:w="3572"/>
          </w:tcPr>
          <w:p>
            <w:r>
              <w:t>Lo Giudice Giuseppe</w:t>
            </w:r>
          </w:p>
        </w:tc>
        <w:tc>
          <w:tcPr>
            <w:tcW w:type="dxa" w:w="6009"/>
          </w:tcPr>
          <w:p>
            <w:r>
              <w:t>Pensionato</w:t>
            </w:r>
          </w:p>
        </w:tc>
      </w:tr>
      <w:tr>
        <w:tc>
          <w:tcPr>
            <w:tcW w:type="dxa" w:w="709"/>
          </w:tcPr>
          <w:p>
            <w:r>
              <w:t>647</w:t>
            </w:r>
          </w:p>
        </w:tc>
        <w:tc>
          <w:tcPr>
            <w:tcW w:type="dxa" w:w="3572"/>
          </w:tcPr>
          <w:p>
            <w:r>
              <w:t>Lo Giudice Milena</w:t>
            </w:r>
          </w:p>
        </w:tc>
        <w:tc>
          <w:tcPr>
            <w:tcW w:type="dxa" w:w="6009"/>
          </w:tcPr>
          <w:p>
            <w:r>
              <w:t>Presidente regionale SICuPP (Società Italiana delle Cure Pediatriche Primarie)</w:t>
            </w:r>
          </w:p>
        </w:tc>
      </w:tr>
      <w:tr>
        <w:tc>
          <w:tcPr>
            <w:tcW w:type="dxa" w:w="709"/>
          </w:tcPr>
          <w:p>
            <w:r>
              <w:t>648</w:t>
            </w:r>
          </w:p>
        </w:tc>
        <w:tc>
          <w:tcPr>
            <w:tcW w:type="dxa" w:w="3572"/>
          </w:tcPr>
          <w:p>
            <w:r>
              <w:t>Lo Iacono Salvatore</w:t>
            </w:r>
          </w:p>
        </w:tc>
        <w:tc>
          <w:tcPr>
            <w:tcW w:type="dxa" w:w="6009"/>
          </w:tcPr>
          <w:p>
            <w:r>
              <w:t>Dirigente informatico, presidio ospedaliero</w:t>
            </w:r>
          </w:p>
        </w:tc>
      </w:tr>
      <w:tr>
        <w:tc>
          <w:tcPr>
            <w:tcW w:type="dxa" w:w="709"/>
          </w:tcPr>
          <w:p>
            <w:r>
              <w:t>649</w:t>
            </w:r>
          </w:p>
        </w:tc>
        <w:tc>
          <w:tcPr>
            <w:tcW w:type="dxa" w:w="3572"/>
          </w:tcPr>
          <w:p>
            <w:r>
              <w:t>Lo Mascolo Alice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650</w:t>
            </w:r>
          </w:p>
        </w:tc>
        <w:tc>
          <w:tcPr>
            <w:tcW w:type="dxa" w:w="3572"/>
          </w:tcPr>
          <w:p>
            <w:r>
              <w:t>Lo Monte Attilio Ignazio</w:t>
            </w:r>
          </w:p>
        </w:tc>
        <w:tc>
          <w:tcPr>
            <w:tcW w:type="dxa" w:w="6009"/>
          </w:tcPr>
          <w:p>
            <w:r>
              <w:t>Docente di Chirurgia Generale; delegato del Rettore, Università degli Studi di Palermo</w:t>
            </w:r>
          </w:p>
        </w:tc>
      </w:tr>
      <w:tr>
        <w:tc>
          <w:tcPr>
            <w:tcW w:type="dxa" w:w="709"/>
          </w:tcPr>
          <w:p>
            <w:r>
              <w:t>651</w:t>
            </w:r>
          </w:p>
        </w:tc>
        <w:tc>
          <w:tcPr>
            <w:tcW w:type="dxa" w:w="3572"/>
          </w:tcPr>
          <w:p>
            <w:r>
              <w:t>Lo Monte Giovanni</w:t>
            </w:r>
          </w:p>
        </w:tc>
        <w:tc>
          <w:tcPr>
            <w:tcW w:type="dxa" w:w="6009"/>
          </w:tcPr>
          <w:p>
            <w:r>
              <w:t>Autista di ambulanza</w:t>
            </w:r>
          </w:p>
        </w:tc>
      </w:tr>
      <w:tr>
        <w:tc>
          <w:tcPr>
            <w:tcW w:type="dxa" w:w="709"/>
          </w:tcPr>
          <w:p>
            <w:r>
              <w:t>652</w:t>
            </w:r>
          </w:p>
        </w:tc>
        <w:tc>
          <w:tcPr>
            <w:tcW w:type="dxa" w:w="3572"/>
          </w:tcPr>
          <w:p>
            <w:r>
              <w:t>Lo Nardo Salvatore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653</w:t>
            </w:r>
          </w:p>
        </w:tc>
        <w:tc>
          <w:tcPr>
            <w:tcW w:type="dxa" w:w="3572"/>
          </w:tcPr>
          <w:p>
            <w:r>
              <w:t>Lo Piccolo Rosario</w:t>
            </w:r>
          </w:p>
        </w:tc>
        <w:tc>
          <w:tcPr>
            <w:tcW w:type="dxa" w:w="6009"/>
          </w:tcPr>
          <w:p>
            <w:r>
              <w:t>Segretario provinciale Sanità privata CISL FP</w:t>
            </w:r>
          </w:p>
        </w:tc>
      </w:tr>
      <w:tr>
        <w:tc>
          <w:tcPr>
            <w:tcW w:type="dxa" w:w="709"/>
          </w:tcPr>
          <w:p>
            <w:r>
              <w:t>654</w:t>
            </w:r>
          </w:p>
        </w:tc>
        <w:tc>
          <w:tcPr>
            <w:tcW w:type="dxa" w:w="3572"/>
          </w:tcPr>
          <w:p>
            <w:r>
              <w:t>Lo Piccolo Salvatore</w:t>
            </w:r>
          </w:p>
        </w:tc>
        <w:tc>
          <w:tcPr>
            <w:tcW w:type="dxa" w:w="6009"/>
          </w:tcPr>
          <w:p>
            <w:r>
              <w:t>Dirigente sindacale CISL Funzione Pubblica, AOUP “P. Giaccone”</w:t>
            </w:r>
          </w:p>
        </w:tc>
      </w:tr>
      <w:tr>
        <w:tc>
          <w:tcPr>
            <w:tcW w:type="dxa" w:w="709"/>
          </w:tcPr>
          <w:p>
            <w:r>
              <w:t>655</w:t>
            </w:r>
          </w:p>
        </w:tc>
        <w:tc>
          <w:tcPr>
            <w:tcW w:type="dxa" w:w="3572"/>
          </w:tcPr>
          <w:p>
            <w:r>
              <w:t>Lo Presti Antonio</w:t>
            </w:r>
          </w:p>
        </w:tc>
        <w:tc>
          <w:tcPr>
            <w:tcW w:type="dxa" w:w="6009"/>
          </w:tcPr>
          <w:p>
            <w:r>
              <w:t>Già dirigente del Servizio 7 Farmaceutica dell’Assessorato regionale della Salute</w:t>
            </w:r>
          </w:p>
        </w:tc>
      </w:tr>
      <w:tr>
        <w:tc>
          <w:tcPr>
            <w:tcW w:type="dxa" w:w="709"/>
          </w:tcPr>
          <w:p>
            <w:r>
              <w:t>656</w:t>
            </w:r>
          </w:p>
        </w:tc>
        <w:tc>
          <w:tcPr>
            <w:tcW w:type="dxa" w:w="3572"/>
          </w:tcPr>
          <w:p>
            <w:r>
              <w:t>Lo Scrudato Vito</w:t>
            </w:r>
          </w:p>
        </w:tc>
        <w:tc>
          <w:tcPr>
            <w:tcW w:type="dxa" w:w="6009"/>
          </w:tcPr>
          <w:p>
            <w:r>
              <w:t>Già preside; Garante per l'infanzia del Comune di Palermo</w:t>
            </w:r>
          </w:p>
        </w:tc>
      </w:tr>
      <w:tr>
        <w:tc>
          <w:tcPr>
            <w:tcW w:type="dxa" w:w="709"/>
          </w:tcPr>
          <w:p>
            <w:r>
              <w:t>657</w:t>
            </w:r>
          </w:p>
        </w:tc>
        <w:tc>
          <w:tcPr>
            <w:tcW w:type="dxa" w:w="3572"/>
          </w:tcPr>
          <w:p>
            <w:r>
              <w:t>Locorotondo Gaia</w:t>
            </w:r>
          </w:p>
        </w:tc>
        <w:tc>
          <w:tcPr>
            <w:tcW w:type="dxa" w:w="6009"/>
          </w:tcPr>
          <w:p>
            <w:r>
              <w:t>Rappresentante legale laboratorio di analisi</w:t>
            </w:r>
          </w:p>
        </w:tc>
      </w:tr>
      <w:tr>
        <w:tc>
          <w:tcPr>
            <w:tcW w:type="dxa" w:w="709"/>
          </w:tcPr>
          <w:p>
            <w:r>
              <w:t>658</w:t>
            </w:r>
          </w:p>
        </w:tc>
        <w:tc>
          <w:tcPr>
            <w:tcW w:type="dxa" w:w="3572"/>
          </w:tcPr>
          <w:p>
            <w:r>
              <w:t>Locorotondo Nicola Giovanni</w:t>
            </w:r>
          </w:p>
        </w:tc>
        <w:tc>
          <w:tcPr>
            <w:tcW w:type="dxa" w:w="6009"/>
          </w:tcPr>
          <w:p>
            <w:r>
              <w:t>Biologo; Direttore di laboratorio analisi</w:t>
            </w:r>
          </w:p>
        </w:tc>
      </w:tr>
      <w:tr>
        <w:tc>
          <w:tcPr>
            <w:tcW w:type="dxa" w:w="709"/>
          </w:tcPr>
          <w:p>
            <w:r>
              <w:t>659</w:t>
            </w:r>
          </w:p>
        </w:tc>
        <w:tc>
          <w:tcPr>
            <w:tcW w:type="dxa" w:w="3572"/>
          </w:tcPr>
          <w:p>
            <w:r>
              <w:t>Lombardo Giuseppe</w:t>
            </w:r>
          </w:p>
        </w:tc>
        <w:tc>
          <w:tcPr>
            <w:tcW w:type="dxa" w:w="6009"/>
          </w:tcPr>
          <w:p>
            <w:r>
              <w:t>Dirigente medico, Centro Grandi Ustioni, Ospedale Cannizzaro di Catania</w:t>
            </w:r>
          </w:p>
        </w:tc>
      </w:tr>
      <w:tr>
        <w:tc>
          <w:tcPr>
            <w:tcW w:type="dxa" w:w="709"/>
          </w:tcPr>
          <w:p>
            <w:r>
              <w:t>660</w:t>
            </w:r>
          </w:p>
        </w:tc>
        <w:tc>
          <w:tcPr>
            <w:tcW w:type="dxa" w:w="3572"/>
          </w:tcPr>
          <w:p>
            <w:r>
              <w:t>Lombardo Salvatore</w:t>
            </w:r>
          </w:p>
        </w:tc>
        <w:tc>
          <w:tcPr>
            <w:tcW w:type="dxa" w:w="6009"/>
          </w:tcPr>
          <w:p>
            <w:r>
              <w:t>Insegnante</w:t>
            </w:r>
          </w:p>
        </w:tc>
      </w:tr>
      <w:tr>
        <w:tc>
          <w:tcPr>
            <w:tcW w:type="dxa" w:w="709"/>
          </w:tcPr>
          <w:p>
            <w:r>
              <w:t>661</w:t>
            </w:r>
          </w:p>
        </w:tc>
        <w:tc>
          <w:tcPr>
            <w:tcW w:type="dxa" w:w="3572"/>
          </w:tcPr>
          <w:p>
            <w:r>
              <w:t>Longo Pietro</w:t>
            </w:r>
          </w:p>
        </w:tc>
        <w:tc>
          <w:tcPr>
            <w:tcW w:type="dxa" w:w="6009"/>
          </w:tcPr>
          <w:p>
            <w:r>
              <w:t>Studio cardiologico Longo S.r.l.</w:t>
            </w:r>
          </w:p>
        </w:tc>
      </w:tr>
      <w:tr>
        <w:tc>
          <w:tcPr>
            <w:tcW w:type="dxa" w:w="709"/>
          </w:tcPr>
          <w:p>
            <w:r>
              <w:t>662</w:t>
            </w:r>
          </w:p>
        </w:tc>
        <w:tc>
          <w:tcPr>
            <w:tcW w:type="dxa" w:w="3572"/>
          </w:tcPr>
          <w:p>
            <w:r>
              <w:t>Luna Alessandra</w:t>
            </w:r>
          </w:p>
        </w:tc>
        <w:tc>
          <w:tcPr>
            <w:tcW w:type="dxa" w:w="6009"/>
          </w:tcPr>
          <w:p>
            <w:r>
              <w:t>Cardiologa del territorio</w:t>
            </w:r>
          </w:p>
        </w:tc>
      </w:tr>
      <w:tr>
        <w:tc>
          <w:tcPr>
            <w:tcW w:type="dxa" w:w="709"/>
          </w:tcPr>
          <w:p>
            <w:r>
              <w:t>663</w:t>
            </w:r>
          </w:p>
        </w:tc>
        <w:tc>
          <w:tcPr>
            <w:tcW w:type="dxa" w:w="3572"/>
          </w:tcPr>
          <w:p>
            <w:r>
              <w:t>Lupo Antonio</w:t>
            </w:r>
          </w:p>
        </w:tc>
        <w:tc>
          <w:tcPr>
            <w:tcW w:type="dxa" w:w="6009"/>
          </w:tcPr>
          <w:p>
            <w:r>
              <w:t>Direttore UOC Urologia, Ospedale Buccheri La Ferla Fatebenefratelli, Palermo; Referente regionale e componente del Direttivo del Collegio Nazionale dei Primari di Urologia</w:t>
            </w:r>
          </w:p>
        </w:tc>
      </w:tr>
      <w:tr>
        <w:tc>
          <w:tcPr>
            <w:tcW w:type="dxa" w:w="709"/>
          </w:tcPr>
          <w:p>
            <w:r>
              <w:t>664</w:t>
            </w:r>
          </w:p>
        </w:tc>
        <w:tc>
          <w:tcPr>
            <w:tcW w:type="dxa" w:w="3572"/>
          </w:tcPr>
          <w:p>
            <w:r>
              <w:t>Lupo Calogero</w:t>
            </w:r>
          </w:p>
        </w:tc>
        <w:tc>
          <w:tcPr>
            <w:tcW w:type="dxa" w:w="6009"/>
          </w:tcPr>
          <w:p>
            <w:r>
              <w:t>Imprenditore, casa di riposo</w:t>
            </w:r>
          </w:p>
        </w:tc>
      </w:tr>
      <w:tr>
        <w:tc>
          <w:tcPr>
            <w:tcW w:type="dxa" w:w="709"/>
          </w:tcPr>
          <w:p>
            <w:r>
              <w:t>665</w:t>
            </w:r>
          </w:p>
        </w:tc>
        <w:tc>
          <w:tcPr>
            <w:tcW w:type="dxa" w:w="3572"/>
          </w:tcPr>
          <w:p>
            <w:r>
              <w:t>Macaluso Beniamino</w:t>
            </w:r>
          </w:p>
        </w:tc>
        <w:tc>
          <w:tcPr>
            <w:tcW w:type="dxa" w:w="6009"/>
          </w:tcPr>
          <w:p>
            <w:r>
              <w:t>Odontoiatra</w:t>
            </w:r>
          </w:p>
        </w:tc>
      </w:tr>
      <w:tr>
        <w:tc>
          <w:tcPr>
            <w:tcW w:type="dxa" w:w="709"/>
          </w:tcPr>
          <w:p>
            <w:r>
              <w:t>666</w:t>
            </w:r>
          </w:p>
        </w:tc>
        <w:tc>
          <w:tcPr>
            <w:tcW w:type="dxa" w:w="3572"/>
          </w:tcPr>
          <w:p>
            <w:r>
              <w:t>Maddaloni Salvatore</w:t>
            </w:r>
          </w:p>
        </w:tc>
        <w:tc>
          <w:tcPr>
            <w:tcW w:type="dxa" w:w="6009"/>
          </w:tcPr>
          <w:p>
            <w:r>
              <w:t>Chirurgo</w:t>
            </w:r>
          </w:p>
        </w:tc>
      </w:tr>
      <w:tr>
        <w:tc>
          <w:tcPr>
            <w:tcW w:type="dxa" w:w="709"/>
          </w:tcPr>
          <w:p>
            <w:r>
              <w:t>667</w:t>
            </w:r>
          </w:p>
        </w:tc>
        <w:tc>
          <w:tcPr>
            <w:tcW w:type="dxa" w:w="3572"/>
          </w:tcPr>
          <w:p>
            <w:r>
              <w:t>Maenza Angela</w:t>
            </w:r>
          </w:p>
        </w:tc>
        <w:tc>
          <w:tcPr>
            <w:tcW w:type="dxa" w:w="6009"/>
          </w:tcPr>
          <w:p>
            <w:r>
              <w:t>Avvocata</w:t>
            </w:r>
          </w:p>
        </w:tc>
      </w:tr>
      <w:tr>
        <w:tc>
          <w:tcPr>
            <w:tcW w:type="dxa" w:w="709"/>
          </w:tcPr>
          <w:p>
            <w:r>
              <w:t>668</w:t>
            </w:r>
          </w:p>
        </w:tc>
        <w:tc>
          <w:tcPr>
            <w:tcW w:type="dxa" w:w="3572"/>
          </w:tcPr>
          <w:p>
            <w:r>
              <w:t>Magagnini Maria Cristina</w:t>
            </w:r>
          </w:p>
        </w:tc>
        <w:tc>
          <w:tcPr>
            <w:tcW w:type="dxa" w:w="6009"/>
          </w:tcPr>
          <w:p>
            <w:r>
              <w:t>Medico endocrinologo, libera professionista, Catania</w:t>
            </w:r>
          </w:p>
        </w:tc>
      </w:tr>
      <w:tr>
        <w:tc>
          <w:tcPr>
            <w:tcW w:type="dxa" w:w="709"/>
          </w:tcPr>
          <w:p>
            <w:r>
              <w:t>669</w:t>
            </w:r>
          </w:p>
        </w:tc>
        <w:tc>
          <w:tcPr>
            <w:tcW w:type="dxa" w:w="3572"/>
          </w:tcPr>
          <w:p>
            <w:r>
              <w:t>Maggio Aurelio</w:t>
            </w:r>
          </w:p>
        </w:tc>
        <w:tc>
          <w:tcPr>
            <w:tcW w:type="dxa" w:w="6009"/>
          </w:tcPr>
          <w:p>
            <w:r>
              <w:t>Presidente della Fondazione Franco e Piera Cutino</w:t>
            </w:r>
          </w:p>
        </w:tc>
      </w:tr>
      <w:tr>
        <w:tc>
          <w:tcPr>
            <w:tcW w:type="dxa" w:w="709"/>
          </w:tcPr>
          <w:p>
            <w:r>
              <w:t>670</w:t>
            </w:r>
          </w:p>
        </w:tc>
        <w:tc>
          <w:tcPr>
            <w:tcW w:type="dxa" w:w="3572"/>
          </w:tcPr>
          <w:p>
            <w:r>
              <w:t>Maggio Michele</w:t>
            </w:r>
          </w:p>
        </w:tc>
        <w:tc>
          <w:tcPr>
            <w:tcW w:type="dxa" w:w="6009"/>
          </w:tcPr>
          <w:p>
            <w:r>
              <w:t>Medico ginecologo, Catania</w:t>
            </w:r>
          </w:p>
        </w:tc>
      </w:tr>
      <w:tr>
        <w:tc>
          <w:tcPr>
            <w:tcW w:type="dxa" w:w="709"/>
          </w:tcPr>
          <w:p>
            <w:r>
              <w:t>671</w:t>
            </w:r>
          </w:p>
        </w:tc>
        <w:tc>
          <w:tcPr>
            <w:tcW w:type="dxa" w:w="3572"/>
          </w:tcPr>
          <w:p>
            <w:r>
              <w:t>Magno Alessandro</w:t>
            </w:r>
          </w:p>
        </w:tc>
        <w:tc>
          <w:tcPr>
            <w:tcW w:type="dxa" w:w="6009"/>
          </w:tcPr>
          <w:p>
            <w:r>
              <w:t>Segretario aziendale CISL FP, ARNAS Civico</w:t>
            </w:r>
          </w:p>
        </w:tc>
      </w:tr>
      <w:tr>
        <w:tc>
          <w:tcPr>
            <w:tcW w:type="dxa" w:w="709"/>
          </w:tcPr>
          <w:p>
            <w:r>
              <w:t>672</w:t>
            </w:r>
          </w:p>
        </w:tc>
        <w:tc>
          <w:tcPr>
            <w:tcW w:type="dxa" w:w="3572"/>
          </w:tcPr>
          <w:p>
            <w:r>
              <w:t>Maiorana Alfonso Maurizio</w:t>
            </w:r>
          </w:p>
        </w:tc>
        <w:tc>
          <w:tcPr>
            <w:tcW w:type="dxa" w:w="6009"/>
          </w:tcPr>
          <w:p>
            <w:r>
              <w:t>Chirurgo e docente universitario in pensione</w:t>
            </w:r>
          </w:p>
        </w:tc>
      </w:tr>
      <w:tr>
        <w:tc>
          <w:tcPr>
            <w:tcW w:type="dxa" w:w="709"/>
          </w:tcPr>
          <w:p>
            <w:r>
              <w:t>673</w:t>
            </w:r>
          </w:p>
        </w:tc>
        <w:tc>
          <w:tcPr>
            <w:tcW w:type="dxa" w:w="3572"/>
          </w:tcPr>
          <w:p>
            <w:r>
              <w:t>Maiorana Anna</w:t>
            </w:r>
          </w:p>
        </w:tc>
        <w:tc>
          <w:tcPr>
            <w:tcW w:type="dxa" w:w="6009"/>
          </w:tcPr>
          <w:p>
            <w:r>
              <w:t>Assistente sociale presso struttura socio-sanitaria accreditata</w:t>
            </w:r>
          </w:p>
        </w:tc>
      </w:tr>
      <w:tr>
        <w:tc>
          <w:tcPr>
            <w:tcW w:type="dxa" w:w="709"/>
          </w:tcPr>
          <w:p>
            <w:r>
              <w:t>674</w:t>
            </w:r>
          </w:p>
        </w:tc>
        <w:tc>
          <w:tcPr>
            <w:tcW w:type="dxa" w:w="3572"/>
          </w:tcPr>
          <w:p>
            <w:r>
              <w:t>Maira Michele</w:t>
            </w:r>
          </w:p>
        </w:tc>
        <w:tc>
          <w:tcPr>
            <w:tcW w:type="dxa" w:w="6009"/>
          </w:tcPr>
          <w:p>
            <w:r>
              <w:t>Autista-soccorritore SUES 118, Regione Siciliana</w:t>
            </w:r>
          </w:p>
        </w:tc>
      </w:tr>
      <w:tr>
        <w:tc>
          <w:tcPr>
            <w:tcW w:type="dxa" w:w="709"/>
          </w:tcPr>
          <w:p>
            <w:r>
              <w:t>675</w:t>
            </w:r>
          </w:p>
        </w:tc>
        <w:tc>
          <w:tcPr>
            <w:tcW w:type="dxa" w:w="3572"/>
          </w:tcPr>
          <w:p>
            <w:r>
              <w:t>Majolino Chiara</w:t>
            </w:r>
          </w:p>
        </w:tc>
        <w:tc>
          <w:tcPr>
            <w:tcW w:type="dxa" w:w="6009"/>
          </w:tcPr>
          <w:p>
            <w:r>
              <w:t>Biologa e legale rappresentante di struttura convenzionata - laboratorio di analisi</w:t>
            </w:r>
          </w:p>
        </w:tc>
      </w:tr>
      <w:tr>
        <w:tc>
          <w:tcPr>
            <w:tcW w:type="dxa" w:w="709"/>
          </w:tcPr>
          <w:p>
            <w:r>
              <w:t>676</w:t>
            </w:r>
          </w:p>
        </w:tc>
        <w:tc>
          <w:tcPr>
            <w:tcW w:type="dxa" w:w="3572"/>
          </w:tcPr>
          <w:p>
            <w:r>
              <w:t>Majolino Dario</w:t>
            </w:r>
          </w:p>
        </w:tc>
        <w:tc>
          <w:tcPr>
            <w:tcW w:type="dxa" w:w="6009"/>
          </w:tcPr>
          <w:p>
            <w:r>
              <w:t>Legale rappresentante di struttura convenzionata - laboratorio di analisi</w:t>
            </w:r>
          </w:p>
        </w:tc>
      </w:tr>
      <w:tr>
        <w:tc>
          <w:tcPr>
            <w:tcW w:type="dxa" w:w="709"/>
          </w:tcPr>
          <w:p>
            <w:r>
              <w:t>677</w:t>
            </w:r>
          </w:p>
        </w:tc>
        <w:tc>
          <w:tcPr>
            <w:tcW w:type="dxa" w:w="3572"/>
          </w:tcPr>
          <w:p>
            <w:r>
              <w:t>Malta Renato</w:t>
            </w:r>
          </w:p>
        </w:tc>
        <w:tc>
          <w:tcPr>
            <w:tcW w:type="dxa" w:w="6009"/>
          </w:tcPr>
          <w:p>
            <w:r>
              <w:t>Medico, già responsabile UdS Programmazione e Controllo di Gestione, AOUP “P. Giaccone”, Palermo</w:t>
            </w:r>
          </w:p>
        </w:tc>
      </w:tr>
      <w:tr>
        <w:tc>
          <w:tcPr>
            <w:tcW w:type="dxa" w:w="709"/>
          </w:tcPr>
          <w:p>
            <w:r>
              <w:t>678</w:t>
            </w:r>
          </w:p>
        </w:tc>
        <w:tc>
          <w:tcPr>
            <w:tcW w:type="dxa" w:w="3572"/>
          </w:tcPr>
          <w:p>
            <w:r>
              <w:t>Maltese Anna</w:t>
            </w:r>
          </w:p>
        </w:tc>
        <w:tc>
          <w:tcPr>
            <w:tcW w:type="dxa" w:w="6009"/>
          </w:tcPr>
          <w:p>
            <w:r>
              <w:t>Oculista</w:t>
            </w:r>
          </w:p>
        </w:tc>
      </w:tr>
      <w:tr>
        <w:tc>
          <w:tcPr>
            <w:tcW w:type="dxa" w:w="709"/>
          </w:tcPr>
          <w:p>
            <w:r>
              <w:t>679</w:t>
            </w:r>
          </w:p>
        </w:tc>
        <w:tc>
          <w:tcPr>
            <w:tcW w:type="dxa" w:w="3572"/>
          </w:tcPr>
          <w:p>
            <w:r>
              <w:t>Maltese Antonio</w:t>
            </w:r>
          </w:p>
        </w:tc>
        <w:tc>
          <w:tcPr>
            <w:tcW w:type="dxa" w:w="6009"/>
          </w:tcPr>
          <w:p>
            <w:r>
              <w:t>Autista soccorritore, SEUS S.c.p.a.</w:t>
            </w:r>
          </w:p>
        </w:tc>
      </w:tr>
      <w:tr>
        <w:tc>
          <w:tcPr>
            <w:tcW w:type="dxa" w:w="709"/>
          </w:tcPr>
          <w:p>
            <w:r>
              <w:t>680</w:t>
            </w:r>
          </w:p>
        </w:tc>
        <w:tc>
          <w:tcPr>
            <w:tcW w:type="dxa" w:w="3572"/>
          </w:tcPr>
          <w:p>
            <w:r>
              <w:t>Maltese Claudia</w:t>
            </w:r>
          </w:p>
        </w:tc>
        <w:tc>
          <w:tcPr>
            <w:tcW w:type="dxa" w:w="6009"/>
          </w:tcPr>
          <w:p>
            <w:r>
              <w:t>Docente</w:t>
            </w:r>
          </w:p>
        </w:tc>
      </w:tr>
      <w:tr>
        <w:tc>
          <w:tcPr>
            <w:tcW w:type="dxa" w:w="709"/>
          </w:tcPr>
          <w:p>
            <w:r>
              <w:t>681</w:t>
            </w:r>
          </w:p>
        </w:tc>
        <w:tc>
          <w:tcPr>
            <w:tcW w:type="dxa" w:w="3572"/>
          </w:tcPr>
          <w:p>
            <w:r>
              <w:t>Maltese Enrico</w:t>
            </w:r>
          </w:p>
        </w:tc>
        <w:tc>
          <w:tcPr>
            <w:tcW w:type="dxa" w:w="6009"/>
          </w:tcPr>
          <w:p>
            <w:r>
              <w:t>Dirigente medico psichiatra; Responsabile SerT del Distretto di Modica, ASP Ragusa.</w:t>
            </w:r>
          </w:p>
        </w:tc>
      </w:tr>
      <w:tr>
        <w:tc>
          <w:tcPr>
            <w:tcW w:type="dxa" w:w="709"/>
          </w:tcPr>
          <w:p>
            <w:r>
              <w:t>682</w:t>
            </w:r>
          </w:p>
        </w:tc>
        <w:tc>
          <w:tcPr>
            <w:tcW w:type="dxa" w:w="3572"/>
          </w:tcPr>
          <w:p>
            <w:r>
              <w:t>Maltese Giovanni</w:t>
            </w:r>
          </w:p>
        </w:tc>
        <w:tc>
          <w:tcPr>
            <w:tcW w:type="dxa" w:w="6009"/>
          </w:tcPr>
          <w:p>
            <w:r>
              <w:t>Dirigente medico odontoiatra, Ospedali Riuniti Villa Sofia-Cervello.</w:t>
            </w:r>
          </w:p>
        </w:tc>
      </w:tr>
      <w:tr>
        <w:tc>
          <w:tcPr>
            <w:tcW w:type="dxa" w:w="709"/>
          </w:tcPr>
          <w:p>
            <w:r>
              <w:t>683</w:t>
            </w:r>
          </w:p>
        </w:tc>
        <w:tc>
          <w:tcPr>
            <w:tcW w:type="dxa" w:w="3572"/>
          </w:tcPr>
          <w:p>
            <w:r>
              <w:t>Maltese Stefano</w:t>
            </w:r>
          </w:p>
        </w:tc>
        <w:tc>
          <w:tcPr>
            <w:tcW w:type="dxa" w:w="6009"/>
          </w:tcPr>
          <w:p>
            <w:r>
              <w:t>Medico fisiatra</w:t>
            </w:r>
          </w:p>
        </w:tc>
      </w:tr>
      <w:tr>
        <w:tc>
          <w:tcPr>
            <w:tcW w:type="dxa" w:w="709"/>
          </w:tcPr>
          <w:p>
            <w:r>
              <w:t>684</w:t>
            </w:r>
          </w:p>
        </w:tc>
        <w:tc>
          <w:tcPr>
            <w:tcW w:type="dxa" w:w="3572"/>
          </w:tcPr>
          <w:p>
            <w:r>
              <w:t>Maltese Vincenza</w:t>
            </w:r>
          </w:p>
        </w:tc>
        <w:tc>
          <w:tcPr>
            <w:tcW w:type="dxa" w:w="6009"/>
          </w:tcPr>
          <w:p>
            <w:r>
              <w:t>Pensionata; già ostetrica</w:t>
            </w:r>
          </w:p>
        </w:tc>
      </w:tr>
      <w:tr>
        <w:tc>
          <w:tcPr>
            <w:tcW w:type="dxa" w:w="709"/>
          </w:tcPr>
          <w:p>
            <w:r>
              <w:t>685</w:t>
            </w:r>
          </w:p>
        </w:tc>
        <w:tc>
          <w:tcPr>
            <w:tcW w:type="dxa" w:w="3572"/>
          </w:tcPr>
          <w:p>
            <w:r>
              <w:t>Mancuso Adriana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686</w:t>
            </w:r>
          </w:p>
        </w:tc>
        <w:tc>
          <w:tcPr>
            <w:tcW w:type="dxa" w:w="3572"/>
          </w:tcPr>
          <w:p>
            <w:r>
              <w:t>Mancuso Angelo</w:t>
            </w:r>
          </w:p>
        </w:tc>
        <w:tc>
          <w:tcPr>
            <w:tcW w:type="dxa" w:w="6009"/>
          </w:tcPr>
          <w:p>
            <w:r>
              <w:t>Dirigente medico, Ospedale Sant’Elia, Caltanissetta</w:t>
            </w:r>
          </w:p>
        </w:tc>
      </w:tr>
      <w:tr>
        <w:tc>
          <w:tcPr>
            <w:tcW w:type="dxa" w:w="709"/>
          </w:tcPr>
          <w:p>
            <w:r>
              <w:t>687</w:t>
            </w:r>
          </w:p>
        </w:tc>
        <w:tc>
          <w:tcPr>
            <w:tcW w:type="dxa" w:w="3572"/>
          </w:tcPr>
          <w:p>
            <w:r>
              <w:t>Mancuso Giorgio</w:t>
            </w:r>
          </w:p>
        </w:tc>
        <w:tc>
          <w:tcPr>
            <w:tcW w:type="dxa" w:w="6009"/>
          </w:tcPr>
          <w:p>
            <w:r>
              <w:t>Dirigente medico, AUC Patologia Clinica, Ospedale Buccheri La Ferla, Palermo</w:t>
            </w:r>
          </w:p>
        </w:tc>
      </w:tr>
      <w:tr>
        <w:tc>
          <w:tcPr>
            <w:tcW w:type="dxa" w:w="709"/>
          </w:tcPr>
          <w:p>
            <w:r>
              <w:t>688</w:t>
            </w:r>
          </w:p>
        </w:tc>
        <w:tc>
          <w:tcPr>
            <w:tcW w:type="dxa" w:w="3572"/>
          </w:tcPr>
          <w:p>
            <w:r>
              <w:t>Mangiafico Sarah</w:t>
            </w:r>
          </w:p>
        </w:tc>
        <w:tc>
          <w:tcPr>
            <w:tcW w:type="dxa" w:w="6009"/>
          </w:tcPr>
          <w:p>
            <w:r>
              <w:t>Cardiologa del territorio; convenzionata esterna</w:t>
            </w:r>
          </w:p>
        </w:tc>
      </w:tr>
      <w:tr>
        <w:tc>
          <w:tcPr>
            <w:tcW w:type="dxa" w:w="709"/>
          </w:tcPr>
          <w:p>
            <w:r>
              <w:t>689</w:t>
            </w:r>
          </w:p>
        </w:tc>
        <w:tc>
          <w:tcPr>
            <w:tcW w:type="dxa" w:w="3572"/>
          </w:tcPr>
          <w:p>
            <w:r>
              <w:t>Maniaci Marcos Roberto</w:t>
            </w:r>
          </w:p>
        </w:tc>
        <w:tc>
          <w:tcPr>
            <w:tcW w:type="dxa" w:w="6009"/>
          </w:tcPr>
          <w:p>
            <w:r>
              <w:t>Centro Diagnostico Cardiovascolare Capritti</w:t>
            </w:r>
          </w:p>
        </w:tc>
      </w:tr>
      <w:tr>
        <w:tc>
          <w:tcPr>
            <w:tcW w:type="dxa" w:w="709"/>
          </w:tcPr>
          <w:p>
            <w:r>
              <w:t>690</w:t>
            </w:r>
          </w:p>
        </w:tc>
        <w:tc>
          <w:tcPr>
            <w:tcW w:type="dxa" w:w="3572"/>
          </w:tcPr>
          <w:p>
            <w:r>
              <w:t>Maniscalchi Tiziana</w:t>
            </w:r>
          </w:p>
        </w:tc>
        <w:tc>
          <w:tcPr>
            <w:tcW w:type="dxa" w:w="6009"/>
          </w:tcPr>
          <w:p>
            <w:r>
              <w:t>Direttore UOC Medicina di Accettazione e d’Urgenza, Presidio Villa Sofia</w:t>
            </w:r>
          </w:p>
        </w:tc>
      </w:tr>
      <w:tr>
        <w:tc>
          <w:tcPr>
            <w:tcW w:type="dxa" w:w="709"/>
          </w:tcPr>
          <w:p>
            <w:r>
              <w:t>691</w:t>
            </w:r>
          </w:p>
        </w:tc>
        <w:tc>
          <w:tcPr>
            <w:tcW w:type="dxa" w:w="3572"/>
          </w:tcPr>
          <w:p>
            <w:r>
              <w:t>Maniscalco Christian Flavio</w:t>
            </w:r>
          </w:p>
        </w:tc>
        <w:tc>
          <w:tcPr>
            <w:tcW w:type="dxa" w:w="6009"/>
          </w:tcPr>
          <w:p>
            <w:r>
              <w:t>Ausiliario presso struttura socio-assistenziale</w:t>
            </w:r>
          </w:p>
        </w:tc>
      </w:tr>
      <w:tr>
        <w:tc>
          <w:tcPr>
            <w:tcW w:type="dxa" w:w="709"/>
          </w:tcPr>
          <w:p>
            <w:r>
              <w:t>692</w:t>
            </w:r>
          </w:p>
        </w:tc>
        <w:tc>
          <w:tcPr>
            <w:tcW w:type="dxa" w:w="3572"/>
          </w:tcPr>
          <w:p>
            <w:r>
              <w:t>Maniscalco Salvatore</w:t>
            </w:r>
          </w:p>
        </w:tc>
        <w:tc>
          <w:tcPr>
            <w:tcW w:type="dxa" w:w="6009"/>
          </w:tcPr>
          <w:p>
            <w:r>
              <w:t>Medico, SAMOT</w:t>
            </w:r>
          </w:p>
        </w:tc>
      </w:tr>
      <w:tr>
        <w:tc>
          <w:tcPr>
            <w:tcW w:type="dxa" w:w="709"/>
          </w:tcPr>
          <w:p>
            <w:r>
              <w:t>693</w:t>
            </w:r>
          </w:p>
        </w:tc>
        <w:tc>
          <w:tcPr>
            <w:tcW w:type="dxa" w:w="3572"/>
          </w:tcPr>
          <w:p>
            <w:r>
              <w:t>Mannoia Francesco Aurelio</w:t>
            </w:r>
          </w:p>
        </w:tc>
        <w:tc>
          <w:tcPr>
            <w:tcW w:type="dxa" w:w="6009"/>
          </w:tcPr>
          <w:p>
            <w:r>
              <w:t>Studente</w:t>
            </w:r>
          </w:p>
        </w:tc>
      </w:tr>
      <w:tr>
        <w:tc>
          <w:tcPr>
            <w:tcW w:type="dxa" w:w="709"/>
          </w:tcPr>
          <w:p>
            <w:r>
              <w:t>694</w:t>
            </w:r>
          </w:p>
        </w:tc>
        <w:tc>
          <w:tcPr>
            <w:tcW w:type="dxa" w:w="3572"/>
          </w:tcPr>
          <w:p>
            <w:r>
              <w:t>Mantia Fabrizio</w:t>
            </w:r>
          </w:p>
        </w:tc>
        <w:tc>
          <w:tcPr>
            <w:tcW w:type="dxa" w:w="6009"/>
          </w:tcPr>
          <w:p>
            <w:r>
              <w:t>Fisioterapista</w:t>
            </w:r>
          </w:p>
        </w:tc>
      </w:tr>
      <w:tr>
        <w:tc>
          <w:tcPr>
            <w:tcW w:type="dxa" w:w="709"/>
          </w:tcPr>
          <w:p>
            <w:r>
              <w:t>695</w:t>
            </w:r>
          </w:p>
        </w:tc>
        <w:tc>
          <w:tcPr>
            <w:tcW w:type="dxa" w:w="3572"/>
          </w:tcPr>
          <w:p>
            <w:r>
              <w:t>Mantia Francesco</w:t>
            </w:r>
          </w:p>
        </w:tc>
        <w:tc>
          <w:tcPr>
            <w:tcW w:type="dxa" w:w="6009"/>
          </w:tcPr>
          <w:p>
            <w:r>
              <w:t>Medico fisiatra</w:t>
            </w:r>
          </w:p>
        </w:tc>
      </w:tr>
      <w:tr>
        <w:tc>
          <w:tcPr>
            <w:tcW w:type="dxa" w:w="709"/>
          </w:tcPr>
          <w:p>
            <w:r>
              <w:t>696</w:t>
            </w:r>
          </w:p>
        </w:tc>
        <w:tc>
          <w:tcPr>
            <w:tcW w:type="dxa" w:w="3572"/>
          </w:tcPr>
          <w:p>
            <w:r>
              <w:t>Mantia Marcello</w:t>
            </w:r>
          </w:p>
        </w:tc>
        <w:tc>
          <w:tcPr>
            <w:tcW w:type="dxa" w:w="6009"/>
          </w:tcPr>
          <w:p>
            <w:r>
              <w:t>Amministratore - FTK</w:t>
            </w:r>
          </w:p>
        </w:tc>
      </w:tr>
      <w:tr>
        <w:tc>
          <w:tcPr>
            <w:tcW w:type="dxa" w:w="709"/>
          </w:tcPr>
          <w:p>
            <w:r>
              <w:t>697</w:t>
            </w:r>
          </w:p>
        </w:tc>
        <w:tc>
          <w:tcPr>
            <w:tcW w:type="dxa" w:w="3572"/>
          </w:tcPr>
          <w:p>
            <w:r>
              <w:t>Manzella Vincenzo</w:t>
            </w:r>
          </w:p>
        </w:tc>
        <w:tc>
          <w:tcPr>
            <w:tcW w:type="dxa" w:w="6009"/>
          </w:tcPr>
          <w:p>
            <w:r>
              <w:t>Direttore amministrativo, IRCCS Oasi di Troina, ospedale convenzionato</w:t>
            </w:r>
          </w:p>
        </w:tc>
      </w:tr>
      <w:tr>
        <w:tc>
          <w:tcPr>
            <w:tcW w:type="dxa" w:w="709"/>
          </w:tcPr>
          <w:p>
            <w:r>
              <w:t>698</w:t>
            </w:r>
          </w:p>
        </w:tc>
        <w:tc>
          <w:tcPr>
            <w:tcW w:type="dxa" w:w="3572"/>
          </w:tcPr>
          <w:p>
            <w:r>
              <w:t>Manzo Valeria</w:t>
            </w:r>
          </w:p>
        </w:tc>
        <w:tc>
          <w:tcPr>
            <w:tcW w:type="dxa" w:w="6009"/>
          </w:tcPr>
          <w:p>
            <w:r>
              <w:t>Neonatologa, ASP Messina, P.O. Taormina</w:t>
            </w:r>
          </w:p>
        </w:tc>
      </w:tr>
      <w:tr>
        <w:tc>
          <w:tcPr>
            <w:tcW w:type="dxa" w:w="709"/>
          </w:tcPr>
          <w:p>
            <w:r>
              <w:t>699</w:t>
            </w:r>
          </w:p>
        </w:tc>
        <w:tc>
          <w:tcPr>
            <w:tcW w:type="dxa" w:w="3572"/>
          </w:tcPr>
          <w:p>
            <w:r>
              <w:t>Maragliano Salvatore</w:t>
            </w:r>
          </w:p>
        </w:tc>
        <w:tc>
          <w:tcPr>
            <w:tcW w:type="dxa" w:w="6009"/>
          </w:tcPr>
          <w:p>
            <w:r>
              <w:t>Già aiuto di Chirurgia toracica, ARNAS Civico Palermo</w:t>
            </w:r>
          </w:p>
        </w:tc>
      </w:tr>
      <w:tr>
        <w:tc>
          <w:tcPr>
            <w:tcW w:type="dxa" w:w="709"/>
          </w:tcPr>
          <w:p>
            <w:r>
              <w:t>700</w:t>
            </w:r>
          </w:p>
        </w:tc>
        <w:tc>
          <w:tcPr>
            <w:tcW w:type="dxa" w:w="3572"/>
          </w:tcPr>
          <w:p>
            <w:r>
              <w:t>Marano Luigi</w:t>
            </w:r>
          </w:p>
        </w:tc>
        <w:tc>
          <w:tcPr>
            <w:tcW w:type="dxa" w:w="6009"/>
          </w:tcPr>
          <w:p>
            <w:r>
              <w:t>Presidente regionale Conf Salute Healthcare, Dipartimento Salute</w:t>
            </w:r>
          </w:p>
        </w:tc>
      </w:tr>
      <w:tr>
        <w:tc>
          <w:tcPr>
            <w:tcW w:type="dxa" w:w="709"/>
          </w:tcPr>
          <w:p>
            <w:r>
              <w:t>701</w:t>
            </w:r>
          </w:p>
        </w:tc>
        <w:tc>
          <w:tcPr>
            <w:tcW w:type="dxa" w:w="3572"/>
          </w:tcPr>
          <w:p>
            <w:r>
              <w:t>Marcello Alessandra</w:t>
            </w:r>
          </w:p>
        </w:tc>
        <w:tc>
          <w:tcPr>
            <w:tcW w:type="dxa" w:w="6009"/>
          </w:tcPr>
          <w:p>
            <w:r>
              <w:t>Psichiatra</w:t>
            </w:r>
          </w:p>
        </w:tc>
      </w:tr>
      <w:tr>
        <w:tc>
          <w:tcPr>
            <w:tcW w:type="dxa" w:w="709"/>
          </w:tcPr>
          <w:p>
            <w:r>
              <w:t>702</w:t>
            </w:r>
          </w:p>
        </w:tc>
        <w:tc>
          <w:tcPr>
            <w:tcW w:type="dxa" w:w="3572"/>
          </w:tcPr>
          <w:p>
            <w:r>
              <w:t>Marchese Anna Maria</w:t>
            </w:r>
          </w:p>
        </w:tc>
        <w:tc>
          <w:tcPr>
            <w:tcW w:type="dxa" w:w="6009"/>
          </w:tcPr>
          <w:p>
            <w:r>
              <w:t>Medico fisiatra</w:t>
            </w:r>
          </w:p>
        </w:tc>
      </w:tr>
      <w:tr>
        <w:tc>
          <w:tcPr>
            <w:tcW w:type="dxa" w:w="709"/>
          </w:tcPr>
          <w:p>
            <w:r>
              <w:t>703</w:t>
            </w:r>
          </w:p>
        </w:tc>
        <w:tc>
          <w:tcPr>
            <w:tcW w:type="dxa" w:w="3572"/>
          </w:tcPr>
          <w:p>
            <w:r>
              <w:t>Marchese Gaetano</w:t>
            </w:r>
          </w:p>
        </w:tc>
        <w:tc>
          <w:tcPr>
            <w:tcW w:type="dxa" w:w="6009"/>
          </w:tcPr>
          <w:p>
            <w:r>
              <w:t>Già Direttore della Centrale Operativa 118 di Palermo e Trapani</w:t>
            </w:r>
          </w:p>
        </w:tc>
      </w:tr>
      <w:tr>
        <w:tc>
          <w:tcPr>
            <w:tcW w:type="dxa" w:w="709"/>
          </w:tcPr>
          <w:p>
            <w:r>
              <w:t>704</w:t>
            </w:r>
          </w:p>
        </w:tc>
        <w:tc>
          <w:tcPr>
            <w:tcW w:type="dxa" w:w="3572"/>
          </w:tcPr>
          <w:p>
            <w:r>
              <w:t>Marchese Ninni</w:t>
            </w:r>
          </w:p>
        </w:tc>
        <w:tc>
          <w:tcPr>
            <w:tcW w:type="dxa" w:w="6009"/>
          </w:tcPr>
          <w:p>
            <w:r>
              <w:t>Direttore UOC UTIR</w:t>
            </w:r>
          </w:p>
        </w:tc>
      </w:tr>
      <w:tr>
        <w:tc>
          <w:tcPr>
            <w:tcW w:type="dxa" w:w="709"/>
          </w:tcPr>
          <w:p>
            <w:r>
              <w:t>705</w:t>
            </w:r>
          </w:p>
        </w:tc>
        <w:tc>
          <w:tcPr>
            <w:tcW w:type="dxa" w:w="3572"/>
          </w:tcPr>
          <w:p>
            <w:r>
              <w:t>Marino Adriano</w:t>
            </w:r>
          </w:p>
        </w:tc>
        <w:tc>
          <w:tcPr>
            <w:tcW w:type="dxa" w:w="6009"/>
          </w:tcPr>
          <w:p>
            <w:r>
              <w:t>Studente</w:t>
            </w:r>
          </w:p>
        </w:tc>
      </w:tr>
      <w:tr>
        <w:tc>
          <w:tcPr>
            <w:tcW w:type="dxa" w:w="709"/>
          </w:tcPr>
          <w:p>
            <w:r>
              <w:t>706</w:t>
            </w:r>
          </w:p>
        </w:tc>
        <w:tc>
          <w:tcPr>
            <w:tcW w:type="dxa" w:w="3572"/>
          </w:tcPr>
          <w:p>
            <w:r>
              <w:t>Marino Alessandro</w:t>
            </w:r>
          </w:p>
        </w:tc>
        <w:tc>
          <w:tcPr>
            <w:tcW w:type="dxa" w:w="6009"/>
          </w:tcPr>
          <w:p>
            <w:r>
              <w:t>OTO 3 S.a.s. di Marino Alessandro</w:t>
            </w:r>
          </w:p>
        </w:tc>
      </w:tr>
      <w:tr>
        <w:tc>
          <w:tcPr>
            <w:tcW w:type="dxa" w:w="709"/>
          </w:tcPr>
          <w:p>
            <w:r>
              <w:t>707</w:t>
            </w:r>
          </w:p>
        </w:tc>
        <w:tc>
          <w:tcPr>
            <w:tcW w:type="dxa" w:w="3572"/>
          </w:tcPr>
          <w:p>
            <w:r>
              <w:t>Marino Bartolo</w:t>
            </w:r>
          </w:p>
        </w:tc>
        <w:tc>
          <w:tcPr>
            <w:tcW w:type="dxa" w:w="6009"/>
          </w:tcPr>
          <w:p>
            <w:r>
              <w:t>Responsabile Area Economico-Finanziaria, SEUS S.c.p.a.</w:t>
            </w:r>
          </w:p>
        </w:tc>
      </w:tr>
      <w:tr>
        <w:tc>
          <w:tcPr>
            <w:tcW w:type="dxa" w:w="709"/>
          </w:tcPr>
          <w:p>
            <w:r>
              <w:t>708</w:t>
            </w:r>
          </w:p>
        </w:tc>
        <w:tc>
          <w:tcPr>
            <w:tcW w:type="dxa" w:w="3572"/>
          </w:tcPr>
          <w:p>
            <w:r>
              <w:t>Marino Dorotea</w:t>
            </w:r>
          </w:p>
        </w:tc>
        <w:tc>
          <w:tcPr>
            <w:tcW w:type="dxa" w:w="6009"/>
          </w:tcPr>
          <w:p>
            <w:r>
              <w:t>Pensionata – già fisioterapista</w:t>
            </w:r>
          </w:p>
        </w:tc>
      </w:tr>
      <w:tr>
        <w:tc>
          <w:tcPr>
            <w:tcW w:type="dxa" w:w="709"/>
          </w:tcPr>
          <w:p>
            <w:r>
              <w:t>709</w:t>
            </w:r>
          </w:p>
        </w:tc>
        <w:tc>
          <w:tcPr>
            <w:tcW w:type="dxa" w:w="3572"/>
          </w:tcPr>
          <w:p>
            <w:r>
              <w:t>Marino Emanuele Maria</w:t>
            </w:r>
          </w:p>
        </w:tc>
        <w:tc>
          <w:tcPr>
            <w:tcW w:type="dxa" w:w="6009"/>
          </w:tcPr>
          <w:p>
            <w:r>
              <w:t>Avvocato; Coordinatore provinciale di Palermo della Rete Civica della Salute</w:t>
            </w:r>
          </w:p>
        </w:tc>
      </w:tr>
      <w:tr>
        <w:tc>
          <w:tcPr>
            <w:tcW w:type="dxa" w:w="709"/>
          </w:tcPr>
          <w:p>
            <w:r>
              <w:t>710</w:t>
            </w:r>
          </w:p>
        </w:tc>
        <w:tc>
          <w:tcPr>
            <w:tcW w:type="dxa" w:w="3572"/>
          </w:tcPr>
          <w:p>
            <w:r>
              <w:t>Marino Gessica</w:t>
            </w:r>
          </w:p>
        </w:tc>
        <w:tc>
          <w:tcPr>
            <w:tcW w:type="dxa" w:w="6009"/>
          </w:tcPr>
          <w:p>
            <w:r>
              <w:t>Biologa e legale rappresentante di struttura convenzionata - laboratorio di analisi</w:t>
            </w:r>
          </w:p>
        </w:tc>
      </w:tr>
      <w:tr>
        <w:tc>
          <w:tcPr>
            <w:tcW w:type="dxa" w:w="709"/>
          </w:tcPr>
          <w:p>
            <w:r>
              <w:t>711</w:t>
            </w:r>
          </w:p>
        </w:tc>
        <w:tc>
          <w:tcPr>
            <w:tcW w:type="dxa" w:w="3572"/>
          </w:tcPr>
          <w:p>
            <w:r>
              <w:t>Marino Giacomo</w:t>
            </w:r>
          </w:p>
        </w:tc>
        <w:tc>
          <w:tcPr>
            <w:tcW w:type="dxa" w:w="6009"/>
          </w:tcPr>
          <w:p>
            <w:r>
              <w:t>RSPP presso strutture socio-sanitarie accreditate e convenzionate</w:t>
            </w:r>
          </w:p>
        </w:tc>
      </w:tr>
      <w:tr>
        <w:tc>
          <w:tcPr>
            <w:tcW w:type="dxa" w:w="709"/>
          </w:tcPr>
          <w:p>
            <w:r>
              <w:t>712</w:t>
            </w:r>
          </w:p>
        </w:tc>
        <w:tc>
          <w:tcPr>
            <w:tcW w:type="dxa" w:w="3572"/>
          </w:tcPr>
          <w:p>
            <w:r>
              <w:t>Marino Giuseppe</w:t>
            </w:r>
          </w:p>
        </w:tc>
        <w:tc>
          <w:tcPr>
            <w:tcW w:type="dxa" w:w="6009"/>
          </w:tcPr>
          <w:p>
            <w:r>
              <w:t>Medico ospedaliero in pensione</w:t>
            </w:r>
          </w:p>
        </w:tc>
      </w:tr>
      <w:tr>
        <w:tc>
          <w:tcPr>
            <w:tcW w:type="dxa" w:w="709"/>
          </w:tcPr>
          <w:p>
            <w:r>
              <w:t>713</w:t>
            </w:r>
          </w:p>
        </w:tc>
        <w:tc>
          <w:tcPr>
            <w:tcW w:type="dxa" w:w="3572"/>
          </w:tcPr>
          <w:p>
            <w:r>
              <w:t>Marino Marco</w:t>
            </w:r>
          </w:p>
        </w:tc>
        <w:tc>
          <w:tcPr>
            <w:tcW w:type="dxa" w:w="6009"/>
          </w:tcPr>
          <w:p>
            <w:r>
              <w:t>Studente</w:t>
            </w:r>
          </w:p>
        </w:tc>
      </w:tr>
      <w:tr>
        <w:tc>
          <w:tcPr>
            <w:tcW w:type="dxa" w:w="709"/>
          </w:tcPr>
          <w:p>
            <w:r>
              <w:t>714</w:t>
            </w:r>
          </w:p>
        </w:tc>
        <w:tc>
          <w:tcPr>
            <w:tcW w:type="dxa" w:w="3572"/>
          </w:tcPr>
          <w:p>
            <w:r>
              <w:t>Marino Paolo</w:t>
            </w:r>
          </w:p>
        </w:tc>
        <w:tc>
          <w:tcPr>
            <w:tcW w:type="dxa" w:w="6009"/>
          </w:tcPr>
          <w:p>
            <w:r>
              <w:t>Operatore in struttura sanitaria</w:t>
            </w:r>
          </w:p>
        </w:tc>
      </w:tr>
      <w:tr>
        <w:tc>
          <w:tcPr>
            <w:tcW w:type="dxa" w:w="709"/>
          </w:tcPr>
          <w:p>
            <w:r>
              <w:t>715</w:t>
            </w:r>
          </w:p>
        </w:tc>
        <w:tc>
          <w:tcPr>
            <w:tcW w:type="dxa" w:w="3572"/>
          </w:tcPr>
          <w:p>
            <w:r>
              <w:t>Marino Pierangelo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716</w:t>
            </w:r>
          </w:p>
        </w:tc>
        <w:tc>
          <w:tcPr>
            <w:tcW w:type="dxa" w:w="3572"/>
          </w:tcPr>
          <w:p>
            <w:r>
              <w:t>Marino Sergio</w:t>
            </w:r>
          </w:p>
        </w:tc>
        <w:tc>
          <w:tcPr>
            <w:tcW w:type="dxa" w:w="6009"/>
          </w:tcPr>
          <w:p>
            <w:r>
              <w:t>Esperto informatico</w:t>
            </w:r>
          </w:p>
        </w:tc>
      </w:tr>
      <w:tr>
        <w:tc>
          <w:tcPr>
            <w:tcW w:type="dxa" w:w="709"/>
          </w:tcPr>
          <w:p>
            <w:r>
              <w:t>717</w:t>
            </w:r>
          </w:p>
        </w:tc>
        <w:tc>
          <w:tcPr>
            <w:tcW w:type="dxa" w:w="3572"/>
          </w:tcPr>
          <w:p>
            <w:r>
              <w:t>Mariscalco Inturretta Roberto</w:t>
            </w:r>
          </w:p>
        </w:tc>
        <w:tc>
          <w:tcPr>
            <w:tcW w:type="dxa" w:w="6009"/>
          </w:tcPr>
          <w:p>
            <w:r>
              <w:t>Direttore UOC Anestesia e Rianimazione, Ospedale Paolo Borsellino di Marsala</w:t>
            </w:r>
          </w:p>
        </w:tc>
      </w:tr>
      <w:tr>
        <w:tc>
          <w:tcPr>
            <w:tcW w:type="dxa" w:w="709"/>
          </w:tcPr>
          <w:p>
            <w:r>
              <w:t>718</w:t>
            </w:r>
          </w:p>
        </w:tc>
        <w:tc>
          <w:tcPr>
            <w:tcW w:type="dxa" w:w="3572"/>
          </w:tcPr>
          <w:p>
            <w:r>
              <w:t>Marotta Vincenzo</w:t>
            </w:r>
          </w:p>
        </w:tc>
        <w:tc>
          <w:tcPr>
            <w:tcW w:type="dxa" w:w="6009"/>
          </w:tcPr>
          <w:p>
            <w:r>
              <w:t>Amministratore - FTK</w:t>
            </w:r>
          </w:p>
        </w:tc>
      </w:tr>
      <w:tr>
        <w:tc>
          <w:tcPr>
            <w:tcW w:type="dxa" w:w="709"/>
          </w:tcPr>
          <w:p>
            <w:r>
              <w:t>719</w:t>
            </w:r>
          </w:p>
        </w:tc>
        <w:tc>
          <w:tcPr>
            <w:tcW w:type="dxa" w:w="3572"/>
          </w:tcPr>
          <w:p>
            <w:r>
              <w:t>Marra Ofelia</w:t>
            </w:r>
          </w:p>
        </w:tc>
        <w:tc>
          <w:tcPr>
            <w:tcW w:type="dxa" w:w="6009"/>
          </w:tcPr>
          <w:p>
            <w:r>
              <w:t>Tecnico di laboratorio, Villa Serena</w:t>
            </w:r>
          </w:p>
        </w:tc>
      </w:tr>
      <w:tr>
        <w:tc>
          <w:tcPr>
            <w:tcW w:type="dxa" w:w="709"/>
          </w:tcPr>
          <w:p>
            <w:r>
              <w:t>720</w:t>
            </w:r>
          </w:p>
        </w:tc>
        <w:tc>
          <w:tcPr>
            <w:tcW w:type="dxa" w:w="3572"/>
          </w:tcPr>
          <w:p>
            <w:r>
              <w:t>Marretta Antonino</w:t>
            </w:r>
          </w:p>
        </w:tc>
        <w:tc>
          <w:tcPr>
            <w:tcW w:type="dxa" w:w="6009"/>
          </w:tcPr>
          <w:p>
            <w:r>
              <w:t>Medico fisiatra</w:t>
            </w:r>
          </w:p>
        </w:tc>
      </w:tr>
      <w:tr>
        <w:tc>
          <w:tcPr>
            <w:tcW w:type="dxa" w:w="709"/>
          </w:tcPr>
          <w:p>
            <w:r>
              <w:t>721</w:t>
            </w:r>
          </w:p>
        </w:tc>
        <w:tc>
          <w:tcPr>
            <w:tcW w:type="dxa" w:w="3572"/>
          </w:tcPr>
          <w:p>
            <w:r>
              <w:t>Marretta Centro Medico</w:t>
            </w:r>
          </w:p>
        </w:tc>
        <w:tc>
          <w:tcPr>
            <w:tcW w:type="dxa" w:w="6009"/>
          </w:tcPr>
          <w:p>
            <w:r>
              <w:t>Convenzionato esterno</w:t>
            </w:r>
          </w:p>
        </w:tc>
      </w:tr>
      <w:tr>
        <w:tc>
          <w:tcPr>
            <w:tcW w:type="dxa" w:w="709"/>
          </w:tcPr>
          <w:p>
            <w:r>
              <w:t>722</w:t>
            </w:r>
          </w:p>
        </w:tc>
        <w:tc>
          <w:tcPr>
            <w:tcW w:type="dxa" w:w="3572"/>
          </w:tcPr>
          <w:p>
            <w:r>
              <w:t>Marrocco Angelo</w:t>
            </w:r>
          </w:p>
        </w:tc>
        <w:tc>
          <w:tcPr>
            <w:tcW w:type="dxa" w:w="6009"/>
          </w:tcPr>
          <w:p>
            <w:r>
              <w:t>Medico operante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723</w:t>
            </w:r>
          </w:p>
        </w:tc>
        <w:tc>
          <w:tcPr>
            <w:tcW w:type="dxa" w:w="3572"/>
          </w:tcPr>
          <w:p>
            <w:r>
              <w:t>Martellucci Duilia</w:t>
            </w:r>
          </w:p>
        </w:tc>
        <w:tc>
          <w:tcPr>
            <w:tcW w:type="dxa" w:w="6009"/>
          </w:tcPr>
          <w:p>
            <w:r>
              <w:t>Già dirigente dell’Assessorato regionale della Salute</w:t>
            </w:r>
          </w:p>
        </w:tc>
      </w:tr>
      <w:tr>
        <w:tc>
          <w:tcPr>
            <w:tcW w:type="dxa" w:w="709"/>
          </w:tcPr>
          <w:p>
            <w:r>
              <w:t>724</w:t>
            </w:r>
          </w:p>
        </w:tc>
        <w:tc>
          <w:tcPr>
            <w:tcW w:type="dxa" w:w="3572"/>
          </w:tcPr>
          <w:p>
            <w:r>
              <w:t>Martini Maria</w:t>
            </w:r>
          </w:p>
        </w:tc>
        <w:tc>
          <w:tcPr>
            <w:tcW w:type="dxa" w:w="6009"/>
          </w:tcPr>
          <w:p>
            <w:r>
              <w:t>Operatrice socio-sanitaria (OSS)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725</w:t>
            </w:r>
          </w:p>
        </w:tc>
        <w:tc>
          <w:tcPr>
            <w:tcW w:type="dxa" w:w="3572"/>
          </w:tcPr>
          <w:p>
            <w:r>
              <w:t>Martorana Charles Anthony</w:t>
            </w:r>
          </w:p>
        </w:tc>
        <w:tc>
          <w:tcPr>
            <w:tcW w:type="dxa" w:w="6009"/>
          </w:tcPr>
          <w:p>
            <w:r>
              <w:t>Direttore UOC di Oftalmologia, Ospedale di Agrigento</w:t>
            </w:r>
          </w:p>
        </w:tc>
      </w:tr>
      <w:tr>
        <w:tc>
          <w:tcPr>
            <w:tcW w:type="dxa" w:w="709"/>
          </w:tcPr>
          <w:p>
            <w:r>
              <w:t>726</w:t>
            </w:r>
          </w:p>
        </w:tc>
        <w:tc>
          <w:tcPr>
            <w:tcW w:type="dxa" w:w="3572"/>
          </w:tcPr>
          <w:p>
            <w:r>
              <w:t>Martorana Domenico</w:t>
            </w:r>
          </w:p>
        </w:tc>
        <w:tc>
          <w:tcPr>
            <w:tcW w:type="dxa" w:w="6009"/>
          </w:tcPr>
          <w:p>
            <w:r>
              <w:t>OSS presso struttura accreditata convenzionata</w:t>
            </w:r>
          </w:p>
        </w:tc>
      </w:tr>
      <w:tr>
        <w:tc>
          <w:tcPr>
            <w:tcW w:type="dxa" w:w="709"/>
          </w:tcPr>
          <w:p>
            <w:r>
              <w:t>727</w:t>
            </w:r>
          </w:p>
        </w:tc>
        <w:tc>
          <w:tcPr>
            <w:tcW w:type="dxa" w:w="3572"/>
          </w:tcPr>
          <w:p>
            <w:r>
              <w:t>Martorana Stefano</w:t>
            </w:r>
          </w:p>
        </w:tc>
        <w:tc>
          <w:tcPr>
            <w:tcW w:type="dxa" w:w="6009"/>
          </w:tcPr>
          <w:p>
            <w:r>
              <w:t>OSS presso struttura sanitaria accreditata convenzionata</w:t>
            </w:r>
          </w:p>
        </w:tc>
      </w:tr>
      <w:tr>
        <w:tc>
          <w:tcPr>
            <w:tcW w:type="dxa" w:w="709"/>
          </w:tcPr>
          <w:p>
            <w:r>
              <w:t>728</w:t>
            </w:r>
          </w:p>
        </w:tc>
        <w:tc>
          <w:tcPr>
            <w:tcW w:type="dxa" w:w="3572"/>
          </w:tcPr>
          <w:p>
            <w:r>
              <w:t>Mascetti Marcella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729</w:t>
            </w:r>
          </w:p>
        </w:tc>
        <w:tc>
          <w:tcPr>
            <w:tcW w:type="dxa" w:w="3572"/>
          </w:tcPr>
          <w:p>
            <w:r>
              <w:t>Massaro Cristina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730</w:t>
            </w:r>
          </w:p>
        </w:tc>
        <w:tc>
          <w:tcPr>
            <w:tcW w:type="dxa" w:w="3572"/>
          </w:tcPr>
          <w:p>
            <w:r>
              <w:t>Massimino Melinda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731</w:t>
            </w:r>
          </w:p>
        </w:tc>
        <w:tc>
          <w:tcPr>
            <w:tcW w:type="dxa" w:w="3572"/>
          </w:tcPr>
          <w:p>
            <w:r>
              <w:t>Masuzzo Marta Maria</w:t>
            </w:r>
          </w:p>
        </w:tc>
        <w:tc>
          <w:tcPr>
            <w:tcW w:type="dxa" w:w="6009"/>
          </w:tcPr>
          <w:p>
            <w:r>
              <w:t>Operatore in struttura sanitaria</w:t>
            </w:r>
          </w:p>
        </w:tc>
      </w:tr>
      <w:tr>
        <w:tc>
          <w:tcPr>
            <w:tcW w:type="dxa" w:w="709"/>
          </w:tcPr>
          <w:p>
            <w:r>
              <w:t>732</w:t>
            </w:r>
          </w:p>
        </w:tc>
        <w:tc>
          <w:tcPr>
            <w:tcW w:type="dxa" w:w="3572"/>
          </w:tcPr>
          <w:p>
            <w:r>
              <w:t>Mazzarino Francesco</w:t>
            </w:r>
          </w:p>
        </w:tc>
        <w:tc>
          <w:tcPr>
            <w:tcW w:type="dxa" w:w="6009"/>
          </w:tcPr>
          <w:p>
            <w:r>
              <w:t>Anestesista; specialista in terapia del dolore</w:t>
            </w:r>
          </w:p>
        </w:tc>
      </w:tr>
      <w:tr>
        <w:tc>
          <w:tcPr>
            <w:tcW w:type="dxa" w:w="709"/>
          </w:tcPr>
          <w:p>
            <w:r>
              <w:t>733</w:t>
            </w:r>
          </w:p>
        </w:tc>
        <w:tc>
          <w:tcPr>
            <w:tcW w:type="dxa" w:w="3572"/>
          </w:tcPr>
          <w:p>
            <w:r>
              <w:t>Mazzeo Viviana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734</w:t>
            </w:r>
          </w:p>
        </w:tc>
        <w:tc>
          <w:tcPr>
            <w:tcW w:type="dxa" w:w="3572"/>
          </w:tcPr>
          <w:p>
            <w:r>
              <w:t>Mazzola Donato</w:t>
            </w:r>
          </w:p>
        </w:tc>
        <w:tc>
          <w:tcPr>
            <w:tcW w:type="dxa" w:w="6009"/>
          </w:tcPr>
          <w:p>
            <w:r>
              <w:t>Specialista in Igiene e Medicina Preventiva</w:t>
            </w:r>
          </w:p>
        </w:tc>
      </w:tr>
      <w:tr>
        <w:tc>
          <w:tcPr>
            <w:tcW w:type="dxa" w:w="709"/>
          </w:tcPr>
          <w:p>
            <w:r>
              <w:t>735</w:t>
            </w:r>
          </w:p>
        </w:tc>
        <w:tc>
          <w:tcPr>
            <w:tcW w:type="dxa" w:w="3572"/>
          </w:tcPr>
          <w:p>
            <w:r>
              <w:t>Mazzola Gaetano</w:t>
            </w:r>
          </w:p>
        </w:tc>
        <w:tc>
          <w:tcPr>
            <w:tcW w:type="dxa" w:w="6009"/>
          </w:tcPr>
          <w:p>
            <w:r>
              <w:t>Segretario Generale CISL FP, ASP Palermo</w:t>
            </w:r>
          </w:p>
        </w:tc>
      </w:tr>
      <w:tr>
        <w:tc>
          <w:tcPr>
            <w:tcW w:type="dxa" w:w="709"/>
          </w:tcPr>
          <w:p>
            <w:r>
              <w:t>736</w:t>
            </w:r>
          </w:p>
        </w:tc>
        <w:tc>
          <w:tcPr>
            <w:tcW w:type="dxa" w:w="3572"/>
          </w:tcPr>
          <w:p>
            <w:r>
              <w:t>Mazzotta Giuseppe</w:t>
            </w:r>
          </w:p>
        </w:tc>
        <w:tc>
          <w:tcPr>
            <w:tcW w:type="dxa" w:w="6009"/>
          </w:tcPr>
          <w:p>
            <w:r>
              <w:t>Segretario WWF Sicilia Area Mediterranea ETS ODV; Segretario dell’Ordine degli Architetti PPC di Agrigento</w:t>
            </w:r>
          </w:p>
        </w:tc>
      </w:tr>
      <w:tr>
        <w:tc>
          <w:tcPr>
            <w:tcW w:type="dxa" w:w="709"/>
          </w:tcPr>
          <w:p>
            <w:r>
              <w:t>737</w:t>
            </w:r>
          </w:p>
        </w:tc>
        <w:tc>
          <w:tcPr>
            <w:tcW w:type="dxa" w:w="3572"/>
          </w:tcPr>
          <w:p>
            <w:r>
              <w:t>Meli Benedetto</w:t>
            </w:r>
          </w:p>
        </w:tc>
        <w:tc>
          <w:tcPr>
            <w:tcW w:type="dxa" w:w="6009"/>
          </w:tcPr>
          <w:p>
            <w:r>
              <w:t>Infermiere in pensione</w:t>
            </w:r>
          </w:p>
        </w:tc>
      </w:tr>
      <w:tr>
        <w:tc>
          <w:tcPr>
            <w:tcW w:type="dxa" w:w="709"/>
          </w:tcPr>
          <w:p>
            <w:r>
              <w:t>738</w:t>
            </w:r>
          </w:p>
        </w:tc>
        <w:tc>
          <w:tcPr>
            <w:tcW w:type="dxa" w:w="3572"/>
          </w:tcPr>
          <w:p>
            <w:r>
              <w:t>Melluso Ernesto</w:t>
            </w:r>
          </w:p>
        </w:tc>
        <w:tc>
          <w:tcPr>
            <w:tcW w:type="dxa" w:w="6009"/>
          </w:tcPr>
          <w:p>
            <w:r>
              <w:t>Ginecologo; già dirigente medico, Ospedale Villa Sofia</w:t>
            </w:r>
          </w:p>
        </w:tc>
      </w:tr>
      <w:tr>
        <w:tc>
          <w:tcPr>
            <w:tcW w:type="dxa" w:w="709"/>
          </w:tcPr>
          <w:p>
            <w:r>
              <w:t>739</w:t>
            </w:r>
          </w:p>
        </w:tc>
        <w:tc>
          <w:tcPr>
            <w:tcW w:type="dxa" w:w="3572"/>
          </w:tcPr>
          <w:p>
            <w:r>
              <w:t>Mendola Serena</w:t>
            </w:r>
          </w:p>
        </w:tc>
        <w:tc>
          <w:tcPr>
            <w:tcW w:type="dxa" w:w="6009"/>
          </w:tcPr>
          <w:p>
            <w:r>
              <w:t>Biologa</w:t>
            </w:r>
          </w:p>
        </w:tc>
      </w:tr>
      <w:tr>
        <w:tc>
          <w:tcPr>
            <w:tcW w:type="dxa" w:w="709"/>
          </w:tcPr>
          <w:p>
            <w:r>
              <w:t>740</w:t>
            </w:r>
          </w:p>
        </w:tc>
        <w:tc>
          <w:tcPr>
            <w:tcW w:type="dxa" w:w="3572"/>
          </w:tcPr>
          <w:p>
            <w:r>
              <w:t>Menta Laura</w:t>
            </w:r>
          </w:p>
        </w:tc>
        <w:tc>
          <w:tcPr>
            <w:tcW w:type="dxa" w:w="6009"/>
          </w:tcPr>
          <w:p>
            <w:r>
              <w:t>Addetta alle pulizie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741</w:t>
            </w:r>
          </w:p>
        </w:tc>
        <w:tc>
          <w:tcPr>
            <w:tcW w:type="dxa" w:w="3572"/>
          </w:tcPr>
          <w:p>
            <w:r>
              <w:t>Mercorillo Gian Luca</w:t>
            </w:r>
          </w:p>
        </w:tc>
        <w:tc>
          <w:tcPr>
            <w:tcW w:type="dxa" w:w="6009"/>
          </w:tcPr>
          <w:p>
            <w:r>
              <w:t>Imprenditore nel settore agricolo.</w:t>
            </w:r>
          </w:p>
        </w:tc>
      </w:tr>
      <w:tr>
        <w:tc>
          <w:tcPr>
            <w:tcW w:type="dxa" w:w="709"/>
          </w:tcPr>
          <w:p>
            <w:r>
              <w:t>742</w:t>
            </w:r>
          </w:p>
        </w:tc>
        <w:tc>
          <w:tcPr>
            <w:tcW w:type="dxa" w:w="3572"/>
          </w:tcPr>
          <w:p>
            <w:r>
              <w:t>Mercurio Alessandra</w:t>
            </w:r>
          </w:p>
        </w:tc>
        <w:tc>
          <w:tcPr>
            <w:tcW w:type="dxa" w:w="6009"/>
          </w:tcPr>
          <w:p>
            <w:r>
              <w:t>Dirigente medico di I livello, Chirurgo maxillo-facciale, Ospedale Civico di Palermo</w:t>
            </w:r>
          </w:p>
        </w:tc>
      </w:tr>
      <w:tr>
        <w:tc>
          <w:tcPr>
            <w:tcW w:type="dxa" w:w="709"/>
          </w:tcPr>
          <w:p>
            <w:r>
              <w:t>743</w:t>
            </w:r>
          </w:p>
        </w:tc>
        <w:tc>
          <w:tcPr>
            <w:tcW w:type="dxa" w:w="3572"/>
          </w:tcPr>
          <w:p>
            <w:r>
              <w:t>Messina Livia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744</w:t>
            </w:r>
          </w:p>
        </w:tc>
        <w:tc>
          <w:tcPr>
            <w:tcW w:type="dxa" w:w="3572"/>
          </w:tcPr>
          <w:p>
            <w:r>
              <w:t>Messina Maria Patrizia</w:t>
            </w:r>
          </w:p>
        </w:tc>
        <w:tc>
          <w:tcPr>
            <w:tcW w:type="dxa" w:w="6009"/>
          </w:tcPr>
          <w:p>
            <w:r>
              <w:t>Docente</w:t>
            </w:r>
          </w:p>
        </w:tc>
      </w:tr>
      <w:tr>
        <w:tc>
          <w:tcPr>
            <w:tcW w:type="dxa" w:w="709"/>
          </w:tcPr>
          <w:p>
            <w:r>
              <w:t>745</w:t>
            </w:r>
          </w:p>
        </w:tc>
        <w:tc>
          <w:tcPr>
            <w:tcW w:type="dxa" w:w="3572"/>
          </w:tcPr>
          <w:p>
            <w:r>
              <w:t>Messina Martina</w:t>
            </w:r>
          </w:p>
        </w:tc>
        <w:tc>
          <w:tcPr>
            <w:tcW w:type="dxa" w:w="6009"/>
          </w:tcPr>
          <w:p>
            <w:r>
              <w:t>Direttore UOSD Senologia, ARNAS Garibaldi, Catania</w:t>
            </w:r>
          </w:p>
        </w:tc>
      </w:tr>
      <w:tr>
        <w:tc>
          <w:tcPr>
            <w:tcW w:type="dxa" w:w="709"/>
          </w:tcPr>
          <w:p>
            <w:r>
              <w:t>746</w:t>
            </w:r>
          </w:p>
        </w:tc>
        <w:tc>
          <w:tcPr>
            <w:tcW w:type="dxa" w:w="3572"/>
          </w:tcPr>
          <w:p>
            <w:r>
              <w:t>Messina Paola</w:t>
            </w:r>
          </w:p>
        </w:tc>
        <w:tc>
          <w:tcPr>
            <w:tcW w:type="dxa" w:w="6009"/>
          </w:tcPr>
          <w:p>
            <w:r>
              <w:t>Infermiera professionale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747</w:t>
            </w:r>
          </w:p>
        </w:tc>
        <w:tc>
          <w:tcPr>
            <w:tcW w:type="dxa" w:w="3572"/>
          </w:tcPr>
          <w:p>
            <w:r>
              <w:t>Messina Rosa</w:t>
            </w:r>
          </w:p>
        </w:tc>
        <w:tc>
          <w:tcPr>
            <w:tcW w:type="dxa" w:w="6009"/>
          </w:tcPr>
          <w:p>
            <w:r>
              <w:t>Infermiera, ASP Palermo</w:t>
            </w:r>
          </w:p>
        </w:tc>
      </w:tr>
      <w:tr>
        <w:tc>
          <w:tcPr>
            <w:tcW w:type="dxa" w:w="709"/>
          </w:tcPr>
          <w:p>
            <w:r>
              <w:t>748</w:t>
            </w:r>
          </w:p>
        </w:tc>
        <w:tc>
          <w:tcPr>
            <w:tcW w:type="dxa" w:w="3572"/>
          </w:tcPr>
          <w:p>
            <w:r>
              <w:t>Messina Valentina</w:t>
            </w:r>
          </w:p>
        </w:tc>
        <w:tc>
          <w:tcPr>
            <w:tcW w:type="dxa" w:w="6009"/>
          </w:tcPr>
          <w:p>
            <w:r>
              <w:t>Orientatrice</w:t>
            </w:r>
          </w:p>
        </w:tc>
      </w:tr>
      <w:tr>
        <w:tc>
          <w:tcPr>
            <w:tcW w:type="dxa" w:w="709"/>
          </w:tcPr>
          <w:p>
            <w:r>
              <w:t>749</w:t>
            </w:r>
          </w:p>
        </w:tc>
        <w:tc>
          <w:tcPr>
            <w:tcW w:type="dxa" w:w="3572"/>
          </w:tcPr>
          <w:p>
            <w:r>
              <w:t>Messineo Iole</w:t>
            </w:r>
          </w:p>
        </w:tc>
        <w:tc>
          <w:tcPr>
            <w:tcW w:type="dxa" w:w="6009"/>
          </w:tcPr>
          <w:p>
            <w:r>
              <w:t>Logopedista</w:t>
            </w:r>
          </w:p>
        </w:tc>
      </w:tr>
      <w:tr>
        <w:tc>
          <w:tcPr>
            <w:tcW w:type="dxa" w:w="709"/>
          </w:tcPr>
          <w:p>
            <w:r>
              <w:t>750</w:t>
            </w:r>
          </w:p>
        </w:tc>
        <w:tc>
          <w:tcPr>
            <w:tcW w:type="dxa" w:w="3572"/>
          </w:tcPr>
          <w:p>
            <w:r>
              <w:t>Mezzano Oscar</w:t>
            </w:r>
          </w:p>
        </w:tc>
        <w:tc>
          <w:tcPr>
            <w:tcW w:type="dxa" w:w="6009"/>
          </w:tcPr>
          <w:p>
            <w:r>
              <w:t>Oculista, Centro Oftalmico Regis</w:t>
            </w:r>
          </w:p>
        </w:tc>
      </w:tr>
      <w:tr>
        <w:tc>
          <w:tcPr>
            <w:tcW w:type="dxa" w:w="709"/>
          </w:tcPr>
          <w:p>
            <w:r>
              <w:t>751</w:t>
            </w:r>
          </w:p>
        </w:tc>
        <w:tc>
          <w:tcPr>
            <w:tcW w:type="dxa" w:w="3572"/>
          </w:tcPr>
          <w:p>
            <w:r>
              <w:t>Miano Maria</w:t>
            </w:r>
          </w:p>
        </w:tc>
        <w:tc>
          <w:tcPr>
            <w:tcW w:type="dxa" w:w="6009"/>
          </w:tcPr>
          <w:p>
            <w:r>
              <w:t>Cardiologa</w:t>
            </w:r>
          </w:p>
        </w:tc>
      </w:tr>
      <w:tr>
        <w:tc>
          <w:tcPr>
            <w:tcW w:type="dxa" w:w="709"/>
          </w:tcPr>
          <w:p>
            <w:r>
              <w:t>752</w:t>
            </w:r>
          </w:p>
        </w:tc>
        <w:tc>
          <w:tcPr>
            <w:tcW w:type="dxa" w:w="3572"/>
          </w:tcPr>
          <w:p>
            <w:r>
              <w:t>Micci Maurizio</w:t>
            </w:r>
          </w:p>
        </w:tc>
        <w:tc>
          <w:tcPr>
            <w:tcW w:type="dxa" w:w="6009"/>
          </w:tcPr>
          <w:p>
            <w:r>
              <w:t>Medico, Palermo</w:t>
            </w:r>
          </w:p>
        </w:tc>
      </w:tr>
      <w:tr>
        <w:tc>
          <w:tcPr>
            <w:tcW w:type="dxa" w:w="709"/>
          </w:tcPr>
          <w:p>
            <w:r>
              <w:t>753</w:t>
            </w:r>
          </w:p>
        </w:tc>
        <w:tc>
          <w:tcPr>
            <w:tcW w:type="dxa" w:w="3572"/>
          </w:tcPr>
          <w:p>
            <w:r>
              <w:t>Miccichè Lina</w:t>
            </w:r>
          </w:p>
        </w:tc>
        <w:tc>
          <w:tcPr>
            <w:tcW w:type="dxa" w:w="6009"/>
          </w:tcPr>
          <w:p>
            <w:r>
              <w:t>Impiegata</w:t>
            </w:r>
          </w:p>
        </w:tc>
      </w:tr>
      <w:tr>
        <w:tc>
          <w:tcPr>
            <w:tcW w:type="dxa" w:w="709"/>
          </w:tcPr>
          <w:p>
            <w:r>
              <w:t>754</w:t>
            </w:r>
          </w:p>
        </w:tc>
        <w:tc>
          <w:tcPr>
            <w:tcW w:type="dxa" w:w="3572"/>
          </w:tcPr>
          <w:p>
            <w:r>
              <w:t>Miceli Francesca</w:t>
            </w:r>
          </w:p>
        </w:tc>
        <w:tc>
          <w:tcPr>
            <w:tcW w:type="dxa" w:w="6009"/>
          </w:tcPr>
          <w:p>
            <w:r>
              <w:t>TSRM</w:t>
            </w:r>
          </w:p>
        </w:tc>
      </w:tr>
      <w:tr>
        <w:tc>
          <w:tcPr>
            <w:tcW w:type="dxa" w:w="709"/>
          </w:tcPr>
          <w:p>
            <w:r>
              <w:t>755</w:t>
            </w:r>
          </w:p>
        </w:tc>
        <w:tc>
          <w:tcPr>
            <w:tcW w:type="dxa" w:w="3572"/>
          </w:tcPr>
          <w:p>
            <w:r>
              <w:t>Miceli Monia</w:t>
            </w:r>
          </w:p>
        </w:tc>
        <w:tc>
          <w:tcPr>
            <w:tcW w:type="dxa" w:w="6009"/>
          </w:tcPr>
          <w:p>
            <w:r>
              <w:t>Studio cardiologico dott. Cosimo Miceli di Monia Miceli &amp; C. S.a.s.</w:t>
            </w:r>
          </w:p>
        </w:tc>
      </w:tr>
      <w:tr>
        <w:tc>
          <w:tcPr>
            <w:tcW w:type="dxa" w:w="709"/>
          </w:tcPr>
          <w:p>
            <w:r>
              <w:t>756</w:t>
            </w:r>
          </w:p>
        </w:tc>
        <w:tc>
          <w:tcPr>
            <w:tcW w:type="dxa" w:w="3572"/>
          </w:tcPr>
          <w:p>
            <w:r>
              <w:t>Migliazzo Gaetano</w:t>
            </w:r>
          </w:p>
        </w:tc>
        <w:tc>
          <w:tcPr>
            <w:tcW w:type="dxa" w:w="6009"/>
          </w:tcPr>
          <w:p>
            <w:r>
              <w:t>Direttore sanitario, Casa di Cura “Torina”</w:t>
            </w:r>
          </w:p>
        </w:tc>
      </w:tr>
      <w:tr>
        <w:tc>
          <w:tcPr>
            <w:tcW w:type="dxa" w:w="709"/>
          </w:tcPr>
          <w:p>
            <w:r>
              <w:t>757</w:t>
            </w:r>
          </w:p>
        </w:tc>
        <w:tc>
          <w:tcPr>
            <w:tcW w:type="dxa" w:w="3572"/>
          </w:tcPr>
          <w:p>
            <w:r>
              <w:t>Migliore Corrado</w:t>
            </w:r>
          </w:p>
        </w:tc>
        <w:tc>
          <w:tcPr>
            <w:tcW w:type="dxa" w:w="6009"/>
          </w:tcPr>
          <w:p>
            <w:r>
              <w:t>Centro oculistico; convenzionato esterno</w:t>
            </w:r>
          </w:p>
        </w:tc>
      </w:tr>
      <w:tr>
        <w:tc>
          <w:tcPr>
            <w:tcW w:type="dxa" w:w="709"/>
          </w:tcPr>
          <w:p>
            <w:r>
              <w:t>758</w:t>
            </w:r>
          </w:p>
        </w:tc>
        <w:tc>
          <w:tcPr>
            <w:tcW w:type="dxa" w:w="3572"/>
          </w:tcPr>
          <w:p>
            <w:r>
              <w:t>Mignemi Giovanni</w:t>
            </w:r>
          </w:p>
        </w:tc>
        <w:tc>
          <w:tcPr>
            <w:tcW w:type="dxa" w:w="6009"/>
          </w:tcPr>
          <w:p>
            <w:r>
              <w:t>Diagnostica Ginecologica del dott. Giovanni Mignemi &amp; Figli S.r.l.</w:t>
            </w:r>
          </w:p>
        </w:tc>
      </w:tr>
      <w:tr>
        <w:tc>
          <w:tcPr>
            <w:tcW w:type="dxa" w:w="709"/>
          </w:tcPr>
          <w:p>
            <w:r>
              <w:t>759</w:t>
            </w:r>
          </w:p>
        </w:tc>
        <w:tc>
          <w:tcPr>
            <w:tcW w:type="dxa" w:w="3572"/>
          </w:tcPr>
          <w:p>
            <w:r>
              <w:t>Milano Gaetano</w:t>
            </w:r>
          </w:p>
        </w:tc>
        <w:tc>
          <w:tcPr>
            <w:tcW w:type="dxa" w:w="6009"/>
          </w:tcPr>
          <w:p>
            <w:r>
              <w:t>Dirigente sindacale FLAEI-CISL</w:t>
            </w:r>
          </w:p>
        </w:tc>
      </w:tr>
      <w:tr>
        <w:tc>
          <w:tcPr>
            <w:tcW w:type="dxa" w:w="709"/>
          </w:tcPr>
          <w:p>
            <w:r>
              <w:t>760</w:t>
            </w:r>
          </w:p>
        </w:tc>
        <w:tc>
          <w:tcPr>
            <w:tcW w:type="dxa" w:w="3572"/>
          </w:tcPr>
          <w:p>
            <w:r>
              <w:t>Milazzo Angelo</w:t>
            </w:r>
          </w:p>
        </w:tc>
        <w:tc>
          <w:tcPr>
            <w:tcW w:type="dxa" w:w="6009"/>
          </w:tcPr>
          <w:p>
            <w:r>
              <w:t>Medico pediatra di libera scelta in quiescenza</w:t>
            </w:r>
          </w:p>
        </w:tc>
      </w:tr>
      <w:tr>
        <w:tc>
          <w:tcPr>
            <w:tcW w:type="dxa" w:w="709"/>
          </w:tcPr>
          <w:p>
            <w:r>
              <w:t>761</w:t>
            </w:r>
          </w:p>
        </w:tc>
        <w:tc>
          <w:tcPr>
            <w:tcW w:type="dxa" w:w="3572"/>
          </w:tcPr>
          <w:p>
            <w:r>
              <w:t>Milazzo Nicola</w:t>
            </w:r>
          </w:p>
        </w:tc>
        <w:tc>
          <w:tcPr>
            <w:tcW w:type="dxa" w:w="6009"/>
          </w:tcPr>
          <w:p>
            <w:r>
              <w:t>Ginecologo, Ospedale Buccheri, Palermo</w:t>
            </w:r>
          </w:p>
        </w:tc>
      </w:tr>
      <w:tr>
        <w:tc>
          <w:tcPr>
            <w:tcW w:type="dxa" w:w="709"/>
          </w:tcPr>
          <w:p>
            <w:r>
              <w:t>762</w:t>
            </w:r>
          </w:p>
        </w:tc>
        <w:tc>
          <w:tcPr>
            <w:tcW w:type="dxa" w:w="3572"/>
          </w:tcPr>
          <w:p>
            <w:r>
              <w:t>Milicia Mauro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763</w:t>
            </w:r>
          </w:p>
        </w:tc>
        <w:tc>
          <w:tcPr>
            <w:tcW w:type="dxa" w:w="3572"/>
          </w:tcPr>
          <w:p>
            <w:r>
              <w:t>Militello Angela</w:t>
            </w:r>
          </w:p>
        </w:tc>
        <w:tc>
          <w:tcPr>
            <w:tcW w:type="dxa" w:w="6009"/>
          </w:tcPr>
          <w:p>
            <w:r>
              <w:t>Già Direttore Medico di Presidio e Direttore di Distretto Sanitario</w:t>
            </w:r>
          </w:p>
        </w:tc>
      </w:tr>
      <w:tr>
        <w:tc>
          <w:tcPr>
            <w:tcW w:type="dxa" w:w="709"/>
          </w:tcPr>
          <w:p>
            <w:r>
              <w:t>764</w:t>
            </w:r>
          </w:p>
        </w:tc>
        <w:tc>
          <w:tcPr>
            <w:tcW w:type="dxa" w:w="3572"/>
          </w:tcPr>
          <w:p>
            <w:r>
              <w:t>Millefiori Calogero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765</w:t>
            </w:r>
          </w:p>
        </w:tc>
        <w:tc>
          <w:tcPr>
            <w:tcW w:type="dxa" w:w="3572"/>
          </w:tcPr>
          <w:p>
            <w:r>
              <w:t>Milone Mirko</w:t>
            </w:r>
          </w:p>
        </w:tc>
        <w:tc>
          <w:tcPr>
            <w:tcW w:type="dxa" w:w="6009"/>
          </w:tcPr>
          <w:p>
            <w:r>
              <w:t>Biologo</w:t>
            </w:r>
          </w:p>
        </w:tc>
      </w:tr>
      <w:tr>
        <w:tc>
          <w:tcPr>
            <w:tcW w:type="dxa" w:w="709"/>
          </w:tcPr>
          <w:p>
            <w:r>
              <w:t>766</w:t>
            </w:r>
          </w:p>
        </w:tc>
        <w:tc>
          <w:tcPr>
            <w:tcW w:type="dxa" w:w="3572"/>
          </w:tcPr>
          <w:p>
            <w:r>
              <w:t>Milone Samuela</w:t>
            </w:r>
          </w:p>
        </w:tc>
        <w:tc>
          <w:tcPr>
            <w:tcW w:type="dxa" w:w="6009"/>
          </w:tcPr>
          <w:p>
            <w:r>
              <w:t>Biologa</w:t>
            </w:r>
          </w:p>
        </w:tc>
      </w:tr>
      <w:tr>
        <w:tc>
          <w:tcPr>
            <w:tcW w:type="dxa" w:w="709"/>
          </w:tcPr>
          <w:p>
            <w:r>
              <w:t>767</w:t>
            </w:r>
          </w:p>
        </w:tc>
        <w:tc>
          <w:tcPr>
            <w:tcW w:type="dxa" w:w="3572"/>
          </w:tcPr>
          <w:p>
            <w:r>
              <w:t>Mistretta Claudia</w:t>
            </w:r>
          </w:p>
        </w:tc>
        <w:tc>
          <w:tcPr>
            <w:tcW w:type="dxa" w:w="6009"/>
          </w:tcPr>
          <w:p>
            <w:r>
              <w:t>Docente</w:t>
            </w:r>
          </w:p>
        </w:tc>
      </w:tr>
      <w:tr>
        <w:tc>
          <w:tcPr>
            <w:tcW w:type="dxa" w:w="709"/>
          </w:tcPr>
          <w:p>
            <w:r>
              <w:t>768</w:t>
            </w:r>
          </w:p>
        </w:tc>
        <w:tc>
          <w:tcPr>
            <w:tcW w:type="dxa" w:w="3572"/>
          </w:tcPr>
          <w:p>
            <w:r>
              <w:t>Misuraca Giovanni</w:t>
            </w:r>
          </w:p>
        </w:tc>
        <w:tc>
          <w:tcPr>
            <w:tcW w:type="dxa" w:w="6009"/>
          </w:tcPr>
          <w:p>
            <w:r>
              <w:t>Imprenditore della sanità privata</w:t>
            </w:r>
          </w:p>
        </w:tc>
      </w:tr>
      <w:tr>
        <w:tc>
          <w:tcPr>
            <w:tcW w:type="dxa" w:w="709"/>
          </w:tcPr>
          <w:p>
            <w:r>
              <w:t>769</w:t>
            </w:r>
          </w:p>
        </w:tc>
        <w:tc>
          <w:tcPr>
            <w:tcW w:type="dxa" w:w="3572"/>
          </w:tcPr>
          <w:p>
            <w:r>
              <w:t>Mitra Mario</w:t>
            </w:r>
          </w:p>
        </w:tc>
        <w:tc>
          <w:tcPr>
            <w:tcW w:type="dxa" w:w="6009"/>
          </w:tcPr>
          <w:p>
            <w:r>
              <w:t>Dirigente medico, ARNAS Civico Palermo</w:t>
            </w:r>
          </w:p>
        </w:tc>
      </w:tr>
      <w:tr>
        <w:tc>
          <w:tcPr>
            <w:tcW w:type="dxa" w:w="709"/>
          </w:tcPr>
          <w:p>
            <w:r>
              <w:t>770</w:t>
            </w:r>
          </w:p>
        </w:tc>
        <w:tc>
          <w:tcPr>
            <w:tcW w:type="dxa" w:w="3572"/>
          </w:tcPr>
          <w:p>
            <w:r>
              <w:t>Modica Amore Ylenia</w:t>
            </w:r>
          </w:p>
        </w:tc>
        <w:tc>
          <w:tcPr>
            <w:tcW w:type="dxa" w:w="6009"/>
          </w:tcPr>
          <w:p>
            <w:r>
              <w:t>Psicologa</w:t>
            </w:r>
          </w:p>
        </w:tc>
      </w:tr>
      <w:tr>
        <w:tc>
          <w:tcPr>
            <w:tcW w:type="dxa" w:w="709"/>
          </w:tcPr>
          <w:p>
            <w:r>
              <w:t>771</w:t>
            </w:r>
          </w:p>
        </w:tc>
        <w:tc>
          <w:tcPr>
            <w:tcW w:type="dxa" w:w="3572"/>
          </w:tcPr>
          <w:p>
            <w:r>
              <w:t>Modica Girolama</w:t>
            </w:r>
          </w:p>
        </w:tc>
        <w:tc>
          <w:tcPr>
            <w:tcW w:type="dxa" w:w="6009"/>
          </w:tcPr>
          <w:p>
            <w:r>
              <w:t>Giornalista</w:t>
            </w:r>
          </w:p>
        </w:tc>
      </w:tr>
      <w:tr>
        <w:tc>
          <w:tcPr>
            <w:tcW w:type="dxa" w:w="709"/>
          </w:tcPr>
          <w:p>
            <w:r>
              <w:t>772</w:t>
            </w:r>
          </w:p>
        </w:tc>
        <w:tc>
          <w:tcPr>
            <w:tcW w:type="dxa" w:w="3572"/>
          </w:tcPr>
          <w:p>
            <w:r>
              <w:t>Modica Giuseppe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773</w:t>
            </w:r>
          </w:p>
        </w:tc>
        <w:tc>
          <w:tcPr>
            <w:tcW w:type="dxa" w:w="3572"/>
          </w:tcPr>
          <w:p>
            <w:r>
              <w:t>Mohsin Mohamed</w:t>
            </w:r>
          </w:p>
        </w:tc>
        <w:tc>
          <w:tcPr>
            <w:tcW w:type="dxa" w:w="6009"/>
          </w:tcPr>
          <w:p>
            <w:r>
              <w:t>Impiegato ausiliario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774</w:t>
            </w:r>
          </w:p>
        </w:tc>
        <w:tc>
          <w:tcPr>
            <w:tcW w:type="dxa" w:w="3572"/>
          </w:tcPr>
          <w:p>
            <w:r>
              <w:t>Moncada Alessandra</w:t>
            </w:r>
          </w:p>
        </w:tc>
        <w:tc>
          <w:tcPr>
            <w:tcW w:type="dxa" w:w="6009"/>
          </w:tcPr>
          <w:p>
            <w:r>
              <w:t>Architetto</w:t>
            </w:r>
          </w:p>
        </w:tc>
      </w:tr>
      <w:tr>
        <w:tc>
          <w:tcPr>
            <w:tcW w:type="dxa" w:w="709"/>
          </w:tcPr>
          <w:p>
            <w:r>
              <w:t>775</w:t>
            </w:r>
          </w:p>
        </w:tc>
        <w:tc>
          <w:tcPr>
            <w:tcW w:type="dxa" w:w="3572"/>
          </w:tcPr>
          <w:p>
            <w:r>
              <w:t>Mondello Santi</w:t>
            </w:r>
          </w:p>
        </w:tc>
        <w:tc>
          <w:tcPr>
            <w:tcW w:type="dxa" w:w="6009"/>
          </w:tcPr>
          <w:p>
            <w:r>
              <w:t>Presidente della Federazione Regionale delle Misericordie della Sicilia</w:t>
            </w:r>
          </w:p>
        </w:tc>
      </w:tr>
      <w:tr>
        <w:tc>
          <w:tcPr>
            <w:tcW w:type="dxa" w:w="709"/>
          </w:tcPr>
          <w:p>
            <w:r>
              <w:t>776</w:t>
            </w:r>
          </w:p>
        </w:tc>
        <w:tc>
          <w:tcPr>
            <w:tcW w:type="dxa" w:w="3572"/>
          </w:tcPr>
          <w:p>
            <w:r>
              <w:t>Montagna Antonio</w:t>
            </w:r>
          </w:p>
        </w:tc>
        <w:tc>
          <w:tcPr>
            <w:tcW w:type="dxa" w:w="6009"/>
          </w:tcPr>
          <w:p>
            <w:r>
              <w:t>Infermiere professionale presso struttura sanitaria accreditata convenzionata</w:t>
            </w:r>
          </w:p>
        </w:tc>
      </w:tr>
      <w:tr>
        <w:tc>
          <w:tcPr>
            <w:tcW w:type="dxa" w:w="709"/>
          </w:tcPr>
          <w:p>
            <w:r>
              <w:t>777</w:t>
            </w:r>
          </w:p>
        </w:tc>
        <w:tc>
          <w:tcPr>
            <w:tcW w:type="dxa" w:w="3572"/>
          </w:tcPr>
          <w:p>
            <w:r>
              <w:t>Montalbano Luigi Maria</w:t>
            </w:r>
          </w:p>
        </w:tc>
        <w:tc>
          <w:tcPr>
            <w:tcW w:type="dxa" w:w="6009"/>
          </w:tcPr>
          <w:p>
            <w:r>
              <w:t>Direttore UOSD di Endoscopia Digestiva, Azienda Ospedaliera Villa Sofia-Cervello</w:t>
            </w:r>
          </w:p>
        </w:tc>
      </w:tr>
      <w:tr>
        <w:tc>
          <w:tcPr>
            <w:tcW w:type="dxa" w:w="709"/>
          </w:tcPr>
          <w:p>
            <w:r>
              <w:t>778</w:t>
            </w:r>
          </w:p>
        </w:tc>
        <w:tc>
          <w:tcPr>
            <w:tcW w:type="dxa" w:w="3572"/>
          </w:tcPr>
          <w:p>
            <w:r>
              <w:t>Montalbano Vincenzo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779</w:t>
            </w:r>
          </w:p>
        </w:tc>
        <w:tc>
          <w:tcPr>
            <w:tcW w:type="dxa" w:w="3572"/>
          </w:tcPr>
          <w:p>
            <w:r>
              <w:t>Montalto Domenico</w:t>
            </w:r>
          </w:p>
        </w:tc>
        <w:tc>
          <w:tcPr>
            <w:tcW w:type="dxa" w:w="6009"/>
          </w:tcPr>
          <w:p>
            <w:r>
              <w:t>Odontoiatra</w:t>
            </w:r>
          </w:p>
        </w:tc>
      </w:tr>
      <w:tr>
        <w:tc>
          <w:tcPr>
            <w:tcW w:type="dxa" w:w="709"/>
          </w:tcPr>
          <w:p>
            <w:r>
              <w:t>780</w:t>
            </w:r>
          </w:p>
        </w:tc>
        <w:tc>
          <w:tcPr>
            <w:tcW w:type="dxa" w:w="3572"/>
          </w:tcPr>
          <w:p>
            <w:r>
              <w:t>Monte Giovanna</w:t>
            </w:r>
          </w:p>
        </w:tc>
        <w:tc>
          <w:tcPr>
            <w:tcW w:type="dxa" w:w="6009"/>
          </w:tcPr>
          <w:p>
            <w:r>
              <w:t>Coordinatrice RIA, P.O. Taormina</w:t>
            </w:r>
          </w:p>
        </w:tc>
      </w:tr>
      <w:tr>
        <w:tc>
          <w:tcPr>
            <w:tcW w:type="dxa" w:w="709"/>
          </w:tcPr>
          <w:p>
            <w:r>
              <w:t>781</w:t>
            </w:r>
          </w:p>
        </w:tc>
        <w:tc>
          <w:tcPr>
            <w:tcW w:type="dxa" w:w="3572"/>
          </w:tcPr>
          <w:p>
            <w:r>
              <w:t>Monteforte Roberto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782</w:t>
            </w:r>
          </w:p>
        </w:tc>
        <w:tc>
          <w:tcPr>
            <w:tcW w:type="dxa" w:w="3572"/>
          </w:tcPr>
          <w:p>
            <w:r>
              <w:t>Morana Antonella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783</w:t>
            </w:r>
          </w:p>
        </w:tc>
        <w:tc>
          <w:tcPr>
            <w:tcW w:type="dxa" w:w="3572"/>
          </w:tcPr>
          <w:p>
            <w:r>
              <w:t>Morando Giuseppe</w:t>
            </w:r>
          </w:p>
        </w:tc>
        <w:tc>
          <w:tcPr>
            <w:tcW w:type="dxa" w:w="6009"/>
          </w:tcPr>
          <w:p>
            <w:r>
              <w:t>Primario di Neuropsichiatria Infantile e Direttore del Dipartimento di Salute Mentale, ASP Ragusa</w:t>
            </w:r>
          </w:p>
        </w:tc>
      </w:tr>
      <w:tr>
        <w:tc>
          <w:tcPr>
            <w:tcW w:type="dxa" w:w="709"/>
          </w:tcPr>
          <w:p>
            <w:r>
              <w:t>784</w:t>
            </w:r>
          </w:p>
        </w:tc>
        <w:tc>
          <w:tcPr>
            <w:tcW w:type="dxa" w:w="3572"/>
          </w:tcPr>
          <w:p>
            <w:r>
              <w:t>Morello Gigi</w:t>
            </w:r>
          </w:p>
        </w:tc>
        <w:tc>
          <w:tcPr>
            <w:tcW w:type="dxa" w:w="6009"/>
          </w:tcPr>
          <w:p>
            <w:r>
              <w:t>Direttore UOC Anestesia, ASP 3</w:t>
            </w:r>
          </w:p>
        </w:tc>
      </w:tr>
      <w:tr>
        <w:tc>
          <w:tcPr>
            <w:tcW w:type="dxa" w:w="709"/>
          </w:tcPr>
          <w:p>
            <w:r>
              <w:t>785</w:t>
            </w:r>
          </w:p>
        </w:tc>
        <w:tc>
          <w:tcPr>
            <w:tcW w:type="dxa" w:w="3572"/>
          </w:tcPr>
          <w:p>
            <w:r>
              <w:t>Morgante Maria</w:t>
            </w:r>
          </w:p>
        </w:tc>
        <w:tc>
          <w:tcPr>
            <w:tcW w:type="dxa" w:w="6009"/>
          </w:tcPr>
          <w:p>
            <w:r>
              <w:t>Impiegata</w:t>
            </w:r>
          </w:p>
        </w:tc>
      </w:tr>
      <w:tr>
        <w:tc>
          <w:tcPr>
            <w:tcW w:type="dxa" w:w="709"/>
          </w:tcPr>
          <w:p>
            <w:r>
              <w:t>786</w:t>
            </w:r>
          </w:p>
        </w:tc>
        <w:tc>
          <w:tcPr>
            <w:tcW w:type="dxa" w:w="3572"/>
          </w:tcPr>
          <w:p>
            <w:r>
              <w:t>Mortillaro Federica Piera</w:t>
            </w:r>
          </w:p>
        </w:tc>
        <w:tc>
          <w:tcPr>
            <w:tcW w:type="dxa" w:w="6009"/>
          </w:tcPr>
          <w:p>
            <w:r>
              <w:t>Impiegata amministrativa, servizi socio-assistenziali</w:t>
            </w:r>
          </w:p>
        </w:tc>
      </w:tr>
      <w:tr>
        <w:tc>
          <w:tcPr>
            <w:tcW w:type="dxa" w:w="709"/>
          </w:tcPr>
          <w:p>
            <w:r>
              <w:t>787</w:t>
            </w:r>
          </w:p>
        </w:tc>
        <w:tc>
          <w:tcPr>
            <w:tcW w:type="dxa" w:w="3572"/>
          </w:tcPr>
          <w:p>
            <w:r>
              <w:t>Moscatt Cetty</w:t>
            </w:r>
          </w:p>
        </w:tc>
        <w:tc>
          <w:tcPr>
            <w:tcW w:type="dxa" w:w="6009"/>
          </w:tcPr>
          <w:p>
            <w:r>
              <w:t>Presidente regionale dell’Associazione Volontari Ospedalieri - AVO Sicilia</w:t>
            </w:r>
          </w:p>
        </w:tc>
      </w:tr>
      <w:tr>
        <w:tc>
          <w:tcPr>
            <w:tcW w:type="dxa" w:w="709"/>
          </w:tcPr>
          <w:p>
            <w:r>
              <w:t>788</w:t>
            </w:r>
          </w:p>
        </w:tc>
        <w:tc>
          <w:tcPr>
            <w:tcW w:type="dxa" w:w="3572"/>
          </w:tcPr>
          <w:p>
            <w:r>
              <w:t>Mulè Giuseppe</w:t>
            </w:r>
          </w:p>
        </w:tc>
        <w:tc>
          <w:tcPr>
            <w:tcW w:type="dxa" w:w="6009"/>
          </w:tcPr>
          <w:p>
            <w:r>
              <w:t>Avvocato cassazionista</w:t>
            </w:r>
          </w:p>
        </w:tc>
      </w:tr>
      <w:tr>
        <w:tc>
          <w:tcPr>
            <w:tcW w:type="dxa" w:w="709"/>
          </w:tcPr>
          <w:p>
            <w:r>
              <w:t>789</w:t>
            </w:r>
          </w:p>
        </w:tc>
        <w:tc>
          <w:tcPr>
            <w:tcW w:type="dxa" w:w="3572"/>
          </w:tcPr>
          <w:p>
            <w:r>
              <w:t>Muscarà Manuela</w:t>
            </w:r>
          </w:p>
        </w:tc>
        <w:tc>
          <w:tcPr>
            <w:tcW w:type="dxa" w:w="6009"/>
          </w:tcPr>
          <w:p>
            <w:r>
              <w:t>Segretaria presso il Centro Diagnostico “La Matrice”</w:t>
            </w:r>
          </w:p>
        </w:tc>
      </w:tr>
      <w:tr>
        <w:tc>
          <w:tcPr>
            <w:tcW w:type="dxa" w:w="709"/>
          </w:tcPr>
          <w:p>
            <w:r>
              <w:t>790</w:t>
            </w:r>
          </w:p>
        </w:tc>
        <w:tc>
          <w:tcPr>
            <w:tcW w:type="dxa" w:w="3572"/>
          </w:tcPr>
          <w:p>
            <w:r>
              <w:t>Musso Gabriella</w:t>
            </w:r>
          </w:p>
        </w:tc>
        <w:tc>
          <w:tcPr>
            <w:tcW w:type="dxa" w:w="6009"/>
          </w:tcPr>
          <w:p>
            <w:r>
              <w:t>OSS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791</w:t>
            </w:r>
          </w:p>
        </w:tc>
        <w:tc>
          <w:tcPr>
            <w:tcW w:type="dxa" w:w="3572"/>
          </w:tcPr>
          <w:p>
            <w:r>
              <w:t>Musumarra Giuseppe</w:t>
            </w:r>
          </w:p>
        </w:tc>
        <w:tc>
          <w:tcPr>
            <w:tcW w:type="dxa" w:w="6009"/>
          </w:tcPr>
          <w:p>
            <w:r>
              <w:t>Medico oculista, Studio oculistico dott. Giuseppe Musumarra</w:t>
            </w:r>
          </w:p>
        </w:tc>
      </w:tr>
      <w:tr>
        <w:tc>
          <w:tcPr>
            <w:tcW w:type="dxa" w:w="709"/>
          </w:tcPr>
          <w:p>
            <w:r>
              <w:t>792</w:t>
            </w:r>
          </w:p>
        </w:tc>
        <w:tc>
          <w:tcPr>
            <w:tcW w:type="dxa" w:w="3572"/>
          </w:tcPr>
          <w:p>
            <w:r>
              <w:t>Naimo Maria Angela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793</w:t>
            </w:r>
          </w:p>
        </w:tc>
        <w:tc>
          <w:tcPr>
            <w:tcW w:type="dxa" w:w="3572"/>
          </w:tcPr>
          <w:p>
            <w:r>
              <w:t>Napoli Maria Pia</w:t>
            </w:r>
          </w:p>
        </w:tc>
        <w:tc>
          <w:tcPr>
            <w:tcW w:type="dxa" w:w="6009"/>
          </w:tcPr>
          <w:p>
            <w:r>
              <w:t>Casalinga</w:t>
            </w:r>
          </w:p>
        </w:tc>
      </w:tr>
      <w:tr>
        <w:tc>
          <w:tcPr>
            <w:tcW w:type="dxa" w:w="709"/>
          </w:tcPr>
          <w:p>
            <w:r>
              <w:t>794</w:t>
            </w:r>
          </w:p>
        </w:tc>
        <w:tc>
          <w:tcPr>
            <w:tcW w:type="dxa" w:w="3572"/>
          </w:tcPr>
          <w:p>
            <w:r>
              <w:t>Napoli Nicolò</w:t>
            </w:r>
          </w:p>
        </w:tc>
        <w:tc>
          <w:tcPr>
            <w:tcW w:type="dxa" w:w="6009"/>
          </w:tcPr>
          <w:p>
            <w:r>
              <w:t>Responsabile UOS CUP, Policlinico</w:t>
            </w:r>
          </w:p>
        </w:tc>
      </w:tr>
      <w:tr>
        <w:tc>
          <w:tcPr>
            <w:tcW w:type="dxa" w:w="709"/>
          </w:tcPr>
          <w:p>
            <w:r>
              <w:t>795</w:t>
            </w:r>
          </w:p>
        </w:tc>
        <w:tc>
          <w:tcPr>
            <w:tcW w:type="dxa" w:w="3572"/>
          </w:tcPr>
          <w:p>
            <w:r>
              <w:t>Nardone Lucia</w:t>
            </w:r>
          </w:p>
        </w:tc>
        <w:tc>
          <w:tcPr>
            <w:tcW w:type="dxa" w:w="6009"/>
          </w:tcPr>
          <w:p>
            <w:r>
              <w:t>Responsabile amministrativo Clinica Andros</w:t>
            </w:r>
          </w:p>
        </w:tc>
      </w:tr>
      <w:tr>
        <w:tc>
          <w:tcPr>
            <w:tcW w:type="dxa" w:w="709"/>
          </w:tcPr>
          <w:p>
            <w:r>
              <w:t>796</w:t>
            </w:r>
          </w:p>
        </w:tc>
        <w:tc>
          <w:tcPr>
            <w:tcW w:type="dxa" w:w="3572"/>
          </w:tcPr>
          <w:p>
            <w:r>
              <w:t>Naso Mariagiusy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797</w:t>
            </w:r>
          </w:p>
        </w:tc>
        <w:tc>
          <w:tcPr>
            <w:tcW w:type="dxa" w:w="3572"/>
          </w:tcPr>
          <w:p>
            <w:r>
              <w:t>Nicosia Antonino</w:t>
            </w:r>
          </w:p>
        </w:tc>
        <w:tc>
          <w:tcPr>
            <w:tcW w:type="dxa" w:w="6009"/>
          </w:tcPr>
          <w:p>
            <w:r>
              <w:t>Direttore Dipartimento Cardio-Neuro-Vascolare, ASP Ragusa</w:t>
            </w:r>
          </w:p>
        </w:tc>
      </w:tr>
      <w:tr>
        <w:tc>
          <w:tcPr>
            <w:tcW w:type="dxa" w:w="709"/>
          </w:tcPr>
          <w:p>
            <w:r>
              <w:t>798</w:t>
            </w:r>
          </w:p>
        </w:tc>
        <w:tc>
          <w:tcPr>
            <w:tcW w:type="dxa" w:w="3572"/>
          </w:tcPr>
          <w:p>
            <w:r>
              <w:t>Nicosia Fabrizio</w:t>
            </w:r>
          </w:p>
        </w:tc>
        <w:tc>
          <w:tcPr>
            <w:tcW w:type="dxa" w:w="6009"/>
          </w:tcPr>
          <w:p>
            <w:r>
              <w:t>Commercialista</w:t>
            </w:r>
          </w:p>
        </w:tc>
      </w:tr>
      <w:tr>
        <w:tc>
          <w:tcPr>
            <w:tcW w:type="dxa" w:w="709"/>
          </w:tcPr>
          <w:p>
            <w:r>
              <w:t>799</w:t>
            </w:r>
          </w:p>
        </w:tc>
        <w:tc>
          <w:tcPr>
            <w:tcW w:type="dxa" w:w="3572"/>
          </w:tcPr>
          <w:p>
            <w:r>
              <w:t>Nicotra Francesco</w:t>
            </w:r>
          </w:p>
        </w:tc>
        <w:tc>
          <w:tcPr>
            <w:tcW w:type="dxa" w:w="6009"/>
          </w:tcPr>
          <w:p>
            <w:r>
              <w:t>Dirigente amministrativo, ASREM Molise</w:t>
            </w:r>
          </w:p>
        </w:tc>
      </w:tr>
      <w:tr>
        <w:tc>
          <w:tcPr>
            <w:tcW w:type="dxa" w:w="709"/>
          </w:tcPr>
          <w:p>
            <w:r>
              <w:t>800</w:t>
            </w:r>
          </w:p>
        </w:tc>
        <w:tc>
          <w:tcPr>
            <w:tcW w:type="dxa" w:w="3572"/>
          </w:tcPr>
          <w:p>
            <w:r>
              <w:t>Nigito Antonio</w:t>
            </w:r>
          </w:p>
        </w:tc>
        <w:tc>
          <w:tcPr>
            <w:tcW w:type="dxa" w:w="6009"/>
          </w:tcPr>
          <w:p>
            <w:r>
              <w:t>Medico fisiatra</w:t>
            </w:r>
          </w:p>
        </w:tc>
      </w:tr>
      <w:tr>
        <w:tc>
          <w:tcPr>
            <w:tcW w:type="dxa" w:w="709"/>
          </w:tcPr>
          <w:p>
            <w:r>
              <w:t>801</w:t>
            </w:r>
          </w:p>
        </w:tc>
        <w:tc>
          <w:tcPr>
            <w:tcW w:type="dxa" w:w="3572"/>
          </w:tcPr>
          <w:p>
            <w:r>
              <w:t>Nigito Salvatore</w:t>
            </w:r>
          </w:p>
        </w:tc>
        <w:tc>
          <w:tcPr>
            <w:tcW w:type="dxa" w:w="6009"/>
          </w:tcPr>
          <w:p>
            <w:r>
              <w:t>Amministratore, Studio Medico FKT Nigito S.r.l., Palermo</w:t>
            </w:r>
          </w:p>
        </w:tc>
      </w:tr>
      <w:tr>
        <w:tc>
          <w:tcPr>
            <w:tcW w:type="dxa" w:w="709"/>
          </w:tcPr>
          <w:p>
            <w:r>
              <w:t>802</w:t>
            </w:r>
          </w:p>
        </w:tc>
        <w:tc>
          <w:tcPr>
            <w:tcW w:type="dxa" w:w="3572"/>
          </w:tcPr>
          <w:p>
            <w:r>
              <w:t>Nizza Martina</w:t>
            </w:r>
          </w:p>
        </w:tc>
        <w:tc>
          <w:tcPr>
            <w:tcW w:type="dxa" w:w="6009"/>
          </w:tcPr>
          <w:p>
            <w:r>
              <w:t>Biologa e legale rappresentante di struttura convenzionata - laboratorio di analisi</w:t>
            </w:r>
          </w:p>
        </w:tc>
      </w:tr>
      <w:tr>
        <w:tc>
          <w:tcPr>
            <w:tcW w:type="dxa" w:w="709"/>
          </w:tcPr>
          <w:p>
            <w:r>
              <w:t>803</w:t>
            </w:r>
          </w:p>
        </w:tc>
        <w:tc>
          <w:tcPr>
            <w:tcW w:type="dxa" w:w="3572"/>
          </w:tcPr>
          <w:p>
            <w:r>
              <w:t>Notaro Giuseppe</w:t>
            </w:r>
          </w:p>
        </w:tc>
        <w:tc>
          <w:tcPr>
            <w:tcW w:type="dxa" w:w="6009"/>
          </w:tcPr>
          <w:p>
            <w:r>
              <w:t>Dirigente del Comune di Palermo</w:t>
            </w:r>
          </w:p>
        </w:tc>
      </w:tr>
      <w:tr>
        <w:tc>
          <w:tcPr>
            <w:tcW w:type="dxa" w:w="709"/>
          </w:tcPr>
          <w:p>
            <w:r>
              <w:t>804</w:t>
            </w:r>
          </w:p>
        </w:tc>
        <w:tc>
          <w:tcPr>
            <w:tcW w:type="dxa" w:w="3572"/>
          </w:tcPr>
          <w:p>
            <w:r>
              <w:t>Notarstefano Giuseppe</w:t>
            </w:r>
          </w:p>
        </w:tc>
        <w:tc>
          <w:tcPr>
            <w:tcW w:type="dxa" w:w="6009"/>
          </w:tcPr>
          <w:p>
            <w:r>
              <w:t>Professore presso la LUMSA di Palermo; Presidente nazionale dell'Azione Cattolica Italiana</w:t>
            </w:r>
          </w:p>
        </w:tc>
      </w:tr>
      <w:tr>
        <w:tc>
          <w:tcPr>
            <w:tcW w:type="dxa" w:w="709"/>
          </w:tcPr>
          <w:p>
            <w:r>
              <w:t>805</w:t>
            </w:r>
          </w:p>
        </w:tc>
        <w:tc>
          <w:tcPr>
            <w:tcW w:type="dxa" w:w="3572"/>
          </w:tcPr>
          <w:p>
            <w:r>
              <w:t>Noto Giuseppe</w:t>
            </w:r>
          </w:p>
        </w:tc>
        <w:tc>
          <w:tcPr>
            <w:tcW w:type="dxa" w:w="6009"/>
          </w:tcPr>
          <w:p>
            <w:r>
              <w:t>Già dirigente Servizio 8 DPS dell'Assessorato della Salute; già Direttore Sanitario ASP Palermo</w:t>
            </w:r>
          </w:p>
        </w:tc>
      </w:tr>
      <w:tr>
        <w:tc>
          <w:tcPr>
            <w:tcW w:type="dxa" w:w="709"/>
          </w:tcPr>
          <w:p>
            <w:r>
              <w:t>806</w:t>
            </w:r>
          </w:p>
        </w:tc>
        <w:tc>
          <w:tcPr>
            <w:tcW w:type="dxa" w:w="3572"/>
          </w:tcPr>
          <w:p>
            <w:r>
              <w:t>Noto Matteo</w:t>
            </w:r>
          </w:p>
        </w:tc>
        <w:tc>
          <w:tcPr>
            <w:tcW w:type="dxa" w:w="6009"/>
          </w:tcPr>
          <w:p>
            <w:r>
              <w:t>Già Direttore UOC di Pediatria, P.O. Casa del Sole di Palermo</w:t>
            </w:r>
          </w:p>
        </w:tc>
      </w:tr>
      <w:tr>
        <w:tc>
          <w:tcPr>
            <w:tcW w:type="dxa" w:w="709"/>
          </w:tcPr>
          <w:p>
            <w:r>
              <w:t>807</w:t>
            </w:r>
          </w:p>
        </w:tc>
        <w:tc>
          <w:tcPr>
            <w:tcW w:type="dxa" w:w="3572"/>
          </w:tcPr>
          <w:p>
            <w:r>
              <w:t>Novello Antonino</w:t>
            </w:r>
          </w:p>
        </w:tc>
        <w:tc>
          <w:tcPr>
            <w:tcW w:type="dxa" w:w="6009"/>
          </w:tcPr>
          <w:p>
            <w:r>
              <w:t>Consigliere di amministrazione di società operante nel settore socio-assistenziale</w:t>
            </w:r>
          </w:p>
        </w:tc>
      </w:tr>
      <w:tr>
        <w:tc>
          <w:tcPr>
            <w:tcW w:type="dxa" w:w="709"/>
          </w:tcPr>
          <w:p>
            <w:r>
              <w:t>808</w:t>
            </w:r>
          </w:p>
        </w:tc>
        <w:tc>
          <w:tcPr>
            <w:tcW w:type="dxa" w:w="3572"/>
          </w:tcPr>
          <w:p>
            <w:r>
              <w:t>Nuzzo Vincenzo</w:t>
            </w:r>
          </w:p>
        </w:tc>
        <w:tc>
          <w:tcPr>
            <w:tcW w:type="dxa" w:w="6009"/>
          </w:tcPr>
          <w:p>
            <w:r>
              <w:t>Amministratore - FTK</w:t>
            </w:r>
          </w:p>
        </w:tc>
      </w:tr>
      <w:tr>
        <w:tc>
          <w:tcPr>
            <w:tcW w:type="dxa" w:w="709"/>
          </w:tcPr>
          <w:p>
            <w:r>
              <w:t>809</w:t>
            </w:r>
          </w:p>
        </w:tc>
        <w:tc>
          <w:tcPr>
            <w:tcW w:type="dxa" w:w="3572"/>
          </w:tcPr>
          <w:p>
            <w:r>
              <w:t>Oddo Giada</w:t>
            </w:r>
          </w:p>
        </w:tc>
        <w:tc>
          <w:tcPr>
            <w:tcW w:type="dxa" w:w="6009"/>
          </w:tcPr>
          <w:p>
            <w:r>
              <w:t>Infermiera professionale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810</w:t>
            </w:r>
          </w:p>
        </w:tc>
        <w:tc>
          <w:tcPr>
            <w:tcW w:type="dxa" w:w="3572"/>
          </w:tcPr>
          <w:p>
            <w:r>
              <w:t>Ognibene Lucia</w:t>
            </w:r>
          </w:p>
        </w:tc>
        <w:tc>
          <w:tcPr>
            <w:tcW w:type="dxa" w:w="6009"/>
          </w:tcPr>
          <w:p>
            <w:r>
              <w:t>Specialista in Radioterapia Oncologica</w:t>
            </w:r>
          </w:p>
        </w:tc>
      </w:tr>
      <w:tr>
        <w:tc>
          <w:tcPr>
            <w:tcW w:type="dxa" w:w="709"/>
          </w:tcPr>
          <w:p>
            <w:r>
              <w:t>811</w:t>
            </w:r>
          </w:p>
        </w:tc>
        <w:tc>
          <w:tcPr>
            <w:tcW w:type="dxa" w:w="3572"/>
          </w:tcPr>
          <w:p>
            <w:r>
              <w:t>Oliva Rosa</w:t>
            </w:r>
          </w:p>
        </w:tc>
        <w:tc>
          <w:tcPr>
            <w:tcW w:type="dxa" w:w="6009"/>
          </w:tcPr>
          <w:p>
            <w:r>
              <w:t>Funzionaria, Riscossione Sicilia.</w:t>
            </w:r>
          </w:p>
        </w:tc>
      </w:tr>
      <w:tr>
        <w:tc>
          <w:tcPr>
            <w:tcW w:type="dxa" w:w="709"/>
          </w:tcPr>
          <w:p>
            <w:r>
              <w:t>812</w:t>
            </w:r>
          </w:p>
        </w:tc>
        <w:tc>
          <w:tcPr>
            <w:tcW w:type="dxa" w:w="3572"/>
          </w:tcPr>
          <w:p>
            <w:r>
              <w:t>Oliveri Francesco</w:t>
            </w:r>
          </w:p>
        </w:tc>
        <w:tc>
          <w:tcPr>
            <w:tcW w:type="dxa" w:w="6009"/>
          </w:tcPr>
          <w:p>
            <w:r>
              <w:t>Direttore della Rianimazione, Ospedale Umberto I di Siracusa</w:t>
            </w:r>
          </w:p>
        </w:tc>
      </w:tr>
      <w:tr>
        <w:tc>
          <w:tcPr>
            <w:tcW w:type="dxa" w:w="709"/>
          </w:tcPr>
          <w:p>
            <w:r>
              <w:t>813</w:t>
            </w:r>
          </w:p>
        </w:tc>
        <w:tc>
          <w:tcPr>
            <w:tcW w:type="dxa" w:w="3572"/>
          </w:tcPr>
          <w:p>
            <w:r>
              <w:t>Oliveri Nella Maria</w:t>
            </w:r>
          </w:p>
        </w:tc>
        <w:tc>
          <w:tcPr>
            <w:tcW w:type="dxa" w:w="6009"/>
          </w:tcPr>
          <w:p>
            <w:r>
              <w:t>Centro di Cardio-Angiologia</w:t>
            </w:r>
          </w:p>
        </w:tc>
      </w:tr>
      <w:tr>
        <w:tc>
          <w:tcPr>
            <w:tcW w:type="dxa" w:w="709"/>
          </w:tcPr>
          <w:p>
            <w:r>
              <w:t>814</w:t>
            </w:r>
          </w:p>
        </w:tc>
        <w:tc>
          <w:tcPr>
            <w:tcW w:type="dxa" w:w="3572"/>
          </w:tcPr>
          <w:p>
            <w:r>
              <w:t>Omodei Raffaella</w:t>
            </w:r>
          </w:p>
        </w:tc>
        <w:tc>
          <w:tcPr>
            <w:tcW w:type="dxa" w:w="6009"/>
          </w:tcPr>
          <w:p>
            <w:r>
              <w:t>OSS presso struttura socio-assistenziale</w:t>
            </w:r>
          </w:p>
        </w:tc>
      </w:tr>
      <w:tr>
        <w:tc>
          <w:tcPr>
            <w:tcW w:type="dxa" w:w="709"/>
          </w:tcPr>
          <w:p>
            <w:r>
              <w:t>815</w:t>
            </w:r>
          </w:p>
        </w:tc>
        <w:tc>
          <w:tcPr>
            <w:tcW w:type="dxa" w:w="3572"/>
          </w:tcPr>
          <w:p>
            <w:r>
              <w:t>Onorati Maria Cristina</w:t>
            </w:r>
          </w:p>
        </w:tc>
        <w:tc>
          <w:tcPr>
            <w:tcW w:type="dxa" w:w="6009"/>
          </w:tcPr>
          <w:p>
            <w:r>
              <w:t>Biologa</w:t>
            </w:r>
          </w:p>
        </w:tc>
      </w:tr>
      <w:tr>
        <w:tc>
          <w:tcPr>
            <w:tcW w:type="dxa" w:w="709"/>
          </w:tcPr>
          <w:p>
            <w:r>
              <w:t>816</w:t>
            </w:r>
          </w:p>
        </w:tc>
        <w:tc>
          <w:tcPr>
            <w:tcW w:type="dxa" w:w="3572"/>
          </w:tcPr>
          <w:p>
            <w:r>
              <w:t>Orecchio Fabio</w:t>
            </w:r>
          </w:p>
        </w:tc>
        <w:tc>
          <w:tcPr>
            <w:tcW w:type="dxa" w:w="6009"/>
          </w:tcPr>
          <w:p>
            <w:r>
              <w:t>Operatore del settore sanitario; sales representative</w:t>
            </w:r>
          </w:p>
        </w:tc>
      </w:tr>
      <w:tr>
        <w:tc>
          <w:tcPr>
            <w:tcW w:type="dxa" w:w="709"/>
          </w:tcPr>
          <w:p>
            <w:r>
              <w:t>817</w:t>
            </w:r>
          </w:p>
        </w:tc>
        <w:tc>
          <w:tcPr>
            <w:tcW w:type="dxa" w:w="3572"/>
          </w:tcPr>
          <w:p>
            <w:r>
              <w:t>Orlandi Emanuela</w:t>
            </w:r>
          </w:p>
        </w:tc>
        <w:tc>
          <w:tcPr>
            <w:tcW w:type="dxa" w:w="6009"/>
          </w:tcPr>
          <w:p>
            <w:r>
              <w:t>Dirigente medico, AOOR Villa Sofia-Cervello</w:t>
            </w:r>
          </w:p>
        </w:tc>
      </w:tr>
      <w:tr>
        <w:tc>
          <w:tcPr>
            <w:tcW w:type="dxa" w:w="709"/>
          </w:tcPr>
          <w:p>
            <w:r>
              <w:t>818</w:t>
            </w:r>
          </w:p>
        </w:tc>
        <w:tc>
          <w:tcPr>
            <w:tcW w:type="dxa" w:w="3572"/>
          </w:tcPr>
          <w:p>
            <w:r>
              <w:t>Orlando Daniela</w:t>
            </w:r>
          </w:p>
        </w:tc>
        <w:tc>
          <w:tcPr>
            <w:tcW w:type="dxa" w:w="6009"/>
          </w:tcPr>
          <w:p>
            <w:r>
              <w:t>Operatrice polivalente presso struttura socio-assistenziale</w:t>
            </w:r>
          </w:p>
        </w:tc>
      </w:tr>
      <w:tr>
        <w:tc>
          <w:tcPr>
            <w:tcW w:type="dxa" w:w="709"/>
          </w:tcPr>
          <w:p>
            <w:r>
              <w:t>819</w:t>
            </w:r>
          </w:p>
        </w:tc>
        <w:tc>
          <w:tcPr>
            <w:tcW w:type="dxa" w:w="3572"/>
          </w:tcPr>
          <w:p>
            <w:r>
              <w:t>Orlando Maria Antonietta</w:t>
            </w:r>
          </w:p>
        </w:tc>
        <w:tc>
          <w:tcPr>
            <w:tcW w:type="dxa" w:w="6009"/>
          </w:tcPr>
          <w:p>
            <w:r>
              <w:t>Pediatra ospedaliera</w:t>
            </w:r>
          </w:p>
        </w:tc>
      </w:tr>
      <w:tr>
        <w:tc>
          <w:tcPr>
            <w:tcW w:type="dxa" w:w="709"/>
          </w:tcPr>
          <w:p>
            <w:r>
              <w:t>820</w:t>
            </w:r>
          </w:p>
        </w:tc>
        <w:tc>
          <w:tcPr>
            <w:tcW w:type="dxa" w:w="3572"/>
          </w:tcPr>
          <w:p>
            <w:r>
              <w:t>Ossino Ciro Cedric</w:t>
            </w:r>
          </w:p>
        </w:tc>
        <w:tc>
          <w:tcPr>
            <w:tcW w:type="dxa" w:w="6009"/>
          </w:tcPr>
          <w:p>
            <w:r>
              <w:t>Operatore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821</w:t>
            </w:r>
          </w:p>
        </w:tc>
        <w:tc>
          <w:tcPr>
            <w:tcW w:type="dxa" w:w="3572"/>
          </w:tcPr>
          <w:p>
            <w:r>
              <w:t>Ossino Francesco</w:t>
            </w:r>
          </w:p>
        </w:tc>
        <w:tc>
          <w:tcPr>
            <w:tcW w:type="dxa" w:w="6009"/>
          </w:tcPr>
          <w:p>
            <w:r>
              <w:t>Medico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822</w:t>
            </w:r>
          </w:p>
        </w:tc>
        <w:tc>
          <w:tcPr>
            <w:tcW w:type="dxa" w:w="3572"/>
          </w:tcPr>
          <w:p>
            <w:r>
              <w:t>Pachito Daniele</w:t>
            </w:r>
          </w:p>
        </w:tc>
        <w:tc>
          <w:tcPr>
            <w:tcW w:type="dxa" w:w="6009"/>
          </w:tcPr>
          <w:p>
            <w:r>
              <w:t>Medico fisiatra</w:t>
            </w:r>
          </w:p>
        </w:tc>
      </w:tr>
      <w:tr>
        <w:tc>
          <w:tcPr>
            <w:tcW w:type="dxa" w:w="709"/>
          </w:tcPr>
          <w:p>
            <w:r>
              <w:t>823</w:t>
            </w:r>
          </w:p>
        </w:tc>
        <w:tc>
          <w:tcPr>
            <w:tcW w:type="dxa" w:w="3572"/>
          </w:tcPr>
          <w:p>
            <w:r>
              <w:t>Pacino Antonio</w:t>
            </w:r>
          </w:p>
        </w:tc>
        <w:tc>
          <w:tcPr>
            <w:tcW w:type="dxa" w:w="6009"/>
          </w:tcPr>
          <w:p>
            <w:r>
              <w:t>Centro Odontoiatrico Mediterraneo S.r.l., Catania</w:t>
            </w:r>
          </w:p>
        </w:tc>
      </w:tr>
      <w:tr>
        <w:tc>
          <w:tcPr>
            <w:tcW w:type="dxa" w:w="709"/>
          </w:tcPr>
          <w:p>
            <w:r>
              <w:t>824</w:t>
            </w:r>
          </w:p>
        </w:tc>
        <w:tc>
          <w:tcPr>
            <w:tcW w:type="dxa" w:w="3572"/>
          </w:tcPr>
          <w:p>
            <w:r>
              <w:t>Paladino Paolo</w:t>
            </w:r>
          </w:p>
        </w:tc>
        <w:tc>
          <w:tcPr>
            <w:tcW w:type="dxa" w:w="6009"/>
          </w:tcPr>
          <w:p>
            <w:r>
              <w:t>Avvocato, Marsala</w:t>
            </w:r>
          </w:p>
        </w:tc>
      </w:tr>
      <w:tr>
        <w:tc>
          <w:tcPr>
            <w:tcW w:type="dxa" w:w="709"/>
          </w:tcPr>
          <w:p>
            <w:r>
              <w:t>825</w:t>
            </w:r>
          </w:p>
        </w:tc>
        <w:tc>
          <w:tcPr>
            <w:tcW w:type="dxa" w:w="3572"/>
          </w:tcPr>
          <w:p>
            <w:r>
              <w:t>Palermo Federica</w:t>
            </w:r>
          </w:p>
        </w:tc>
        <w:tc>
          <w:tcPr>
            <w:tcW w:type="dxa" w:w="6009"/>
          </w:tcPr>
          <w:p>
            <w:r>
              <w:t>Medico di medicina generale, Distretto sanitario di Mazara del Vallo</w:t>
            </w:r>
          </w:p>
        </w:tc>
      </w:tr>
      <w:tr>
        <w:tc>
          <w:tcPr>
            <w:tcW w:type="dxa" w:w="709"/>
          </w:tcPr>
          <w:p>
            <w:r>
              <w:t>826</w:t>
            </w:r>
          </w:p>
        </w:tc>
        <w:tc>
          <w:tcPr>
            <w:tcW w:type="dxa" w:w="3572"/>
          </w:tcPr>
          <w:p>
            <w:r>
              <w:t>Palermo Giovanni</w:t>
            </w:r>
          </w:p>
        </w:tc>
        <w:tc>
          <w:tcPr>
            <w:tcW w:type="dxa" w:w="6009"/>
          </w:tcPr>
          <w:p>
            <w:r>
              <w:t>Medico di medicina generale, Distretto sanitario di Mazara del Vallo</w:t>
            </w:r>
          </w:p>
        </w:tc>
      </w:tr>
      <w:tr>
        <w:tc>
          <w:tcPr>
            <w:tcW w:type="dxa" w:w="709"/>
          </w:tcPr>
          <w:p>
            <w:r>
              <w:t>827</w:t>
            </w:r>
          </w:p>
        </w:tc>
        <w:tc>
          <w:tcPr>
            <w:tcW w:type="dxa" w:w="3572"/>
          </w:tcPr>
          <w:p>
            <w:r>
              <w:t>Palermo Giuseppe</w:t>
            </w:r>
          </w:p>
        </w:tc>
        <w:tc>
          <w:tcPr>
            <w:tcW w:type="dxa" w:w="6009"/>
          </w:tcPr>
          <w:p>
            <w:r>
              <w:t>Dirigente farmacista, ASP Trapani; Referente aziendale per la Tossicologia clinico-forense</w:t>
            </w:r>
          </w:p>
        </w:tc>
      </w:tr>
      <w:tr>
        <w:tc>
          <w:tcPr>
            <w:tcW w:type="dxa" w:w="709"/>
          </w:tcPr>
          <w:p>
            <w:r>
              <w:t>828</w:t>
            </w:r>
          </w:p>
        </w:tc>
        <w:tc>
          <w:tcPr>
            <w:tcW w:type="dxa" w:w="3572"/>
          </w:tcPr>
          <w:p>
            <w:r>
              <w:t>Palermo Giuseppe Valerio</w:t>
            </w:r>
          </w:p>
        </w:tc>
        <w:tc>
          <w:tcPr>
            <w:tcW w:type="dxa" w:w="6009"/>
          </w:tcPr>
          <w:p>
            <w:r>
              <w:t>Presidente del Comitato Consultivo Aziendale, ASP Caltanissetta</w:t>
            </w:r>
          </w:p>
        </w:tc>
      </w:tr>
      <w:tr>
        <w:tc>
          <w:tcPr>
            <w:tcW w:type="dxa" w:w="709"/>
          </w:tcPr>
          <w:p>
            <w:r>
              <w:t>829</w:t>
            </w:r>
          </w:p>
        </w:tc>
        <w:tc>
          <w:tcPr>
            <w:tcW w:type="dxa" w:w="3572"/>
          </w:tcPr>
          <w:p>
            <w:r>
              <w:t>Palermo Roberto</w:t>
            </w:r>
          </w:p>
        </w:tc>
        <w:tc>
          <w:tcPr>
            <w:tcW w:type="dxa" w:w="6009"/>
          </w:tcPr>
          <w:p>
            <w:r>
              <w:t>Responsabile Centro PMA</w:t>
            </w:r>
          </w:p>
        </w:tc>
      </w:tr>
      <w:tr>
        <w:tc>
          <w:tcPr>
            <w:tcW w:type="dxa" w:w="709"/>
          </w:tcPr>
          <w:p>
            <w:r>
              <w:t>830</w:t>
            </w:r>
          </w:p>
        </w:tc>
        <w:tc>
          <w:tcPr>
            <w:tcW w:type="dxa" w:w="3572"/>
          </w:tcPr>
          <w:p>
            <w:r>
              <w:t>Palilla Francesco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831</w:t>
            </w:r>
          </w:p>
        </w:tc>
        <w:tc>
          <w:tcPr>
            <w:tcW w:type="dxa" w:w="3572"/>
          </w:tcPr>
          <w:p>
            <w:r>
              <w:t>Pallara Anita</w:t>
            </w:r>
          </w:p>
        </w:tc>
        <w:tc>
          <w:tcPr>
            <w:tcW w:type="dxa" w:w="6009"/>
          </w:tcPr>
          <w:p>
            <w:r>
              <w:t>Presidente nazionale Famiglie SMA</w:t>
            </w:r>
          </w:p>
        </w:tc>
      </w:tr>
      <w:tr>
        <w:tc>
          <w:tcPr>
            <w:tcW w:type="dxa" w:w="709"/>
          </w:tcPr>
          <w:p>
            <w:r>
              <w:t>832</w:t>
            </w:r>
          </w:p>
        </w:tc>
        <w:tc>
          <w:tcPr>
            <w:tcW w:type="dxa" w:w="3572"/>
          </w:tcPr>
          <w:p>
            <w:r>
              <w:t>Palmigiano Marco Antonio</w:t>
            </w:r>
          </w:p>
        </w:tc>
        <w:tc>
          <w:tcPr>
            <w:tcW w:type="dxa" w:w="6009"/>
          </w:tcPr>
          <w:p>
            <w:r>
              <w:t>Coordinatore della Rete Civica della Salute per la provincia di Catania</w:t>
            </w:r>
          </w:p>
        </w:tc>
      </w:tr>
      <w:tr>
        <w:tc>
          <w:tcPr>
            <w:tcW w:type="dxa" w:w="709"/>
          </w:tcPr>
          <w:p>
            <w:r>
              <w:t>833</w:t>
            </w:r>
          </w:p>
        </w:tc>
        <w:tc>
          <w:tcPr>
            <w:tcW w:type="dxa" w:w="3572"/>
          </w:tcPr>
          <w:p>
            <w:r>
              <w:t>Palumbo Antonio</w:t>
            </w:r>
          </w:p>
        </w:tc>
        <w:tc>
          <w:tcPr>
            <w:tcW w:type="dxa" w:w="6009"/>
          </w:tcPr>
          <w:p>
            <w:r>
              <w:t>Avvocato</w:t>
            </w:r>
          </w:p>
        </w:tc>
      </w:tr>
      <w:tr>
        <w:tc>
          <w:tcPr>
            <w:tcW w:type="dxa" w:w="709"/>
          </w:tcPr>
          <w:p>
            <w:r>
              <w:t>834</w:t>
            </w:r>
          </w:p>
        </w:tc>
        <w:tc>
          <w:tcPr>
            <w:tcW w:type="dxa" w:w="3572"/>
          </w:tcPr>
          <w:p>
            <w:r>
              <w:t>Palumbo Giuseppe</w:t>
            </w:r>
          </w:p>
        </w:tc>
        <w:tc>
          <w:tcPr>
            <w:tcW w:type="dxa" w:w="6009"/>
          </w:tcPr>
          <w:p>
            <w:r>
              <w:t>Autista soccorritore, SEUS S.c.p.a.</w:t>
            </w:r>
          </w:p>
        </w:tc>
      </w:tr>
      <w:tr>
        <w:tc>
          <w:tcPr>
            <w:tcW w:type="dxa" w:w="709"/>
          </w:tcPr>
          <w:p>
            <w:r>
              <w:t>835</w:t>
            </w:r>
          </w:p>
        </w:tc>
        <w:tc>
          <w:tcPr>
            <w:tcW w:type="dxa" w:w="3572"/>
          </w:tcPr>
          <w:p>
            <w:r>
              <w:t>Palumbo Vincenza</w:t>
            </w:r>
          </w:p>
        </w:tc>
        <w:tc>
          <w:tcPr>
            <w:tcW w:type="dxa" w:w="6009"/>
          </w:tcPr>
          <w:p>
            <w:r>
              <w:t>Dirigente medico UOC Ostetricia e Ginecologia, Agrigento</w:t>
            </w:r>
          </w:p>
        </w:tc>
      </w:tr>
      <w:tr>
        <w:tc>
          <w:tcPr>
            <w:tcW w:type="dxa" w:w="709"/>
          </w:tcPr>
          <w:p>
            <w:r>
              <w:t>836</w:t>
            </w:r>
          </w:p>
        </w:tc>
        <w:tc>
          <w:tcPr>
            <w:tcW w:type="dxa" w:w="3572"/>
          </w:tcPr>
          <w:p>
            <w:r>
              <w:t>Panascia Ettore</w:t>
            </w:r>
          </w:p>
        </w:tc>
        <w:tc>
          <w:tcPr>
            <w:tcW w:type="dxa" w:w="6009"/>
          </w:tcPr>
          <w:p>
            <w:r>
              <w:t>Direttore TIPO, Policlinico di Catania</w:t>
            </w:r>
          </w:p>
        </w:tc>
      </w:tr>
      <w:tr>
        <w:tc>
          <w:tcPr>
            <w:tcW w:type="dxa" w:w="709"/>
          </w:tcPr>
          <w:p>
            <w:r>
              <w:t>837</w:t>
            </w:r>
          </w:p>
        </w:tc>
        <w:tc>
          <w:tcPr>
            <w:tcW w:type="dxa" w:w="3572"/>
          </w:tcPr>
          <w:p>
            <w:r>
              <w:t>Pannuccio Francesca</w:t>
            </w:r>
          </w:p>
        </w:tc>
        <w:tc>
          <w:tcPr>
            <w:tcW w:type="dxa" w:w="6009"/>
          </w:tcPr>
          <w:p>
            <w:r>
              <w:t>OSA</w:t>
            </w:r>
          </w:p>
        </w:tc>
      </w:tr>
      <w:tr>
        <w:tc>
          <w:tcPr>
            <w:tcW w:type="dxa" w:w="709"/>
          </w:tcPr>
          <w:p>
            <w:r>
              <w:t>838</w:t>
            </w:r>
          </w:p>
        </w:tc>
        <w:tc>
          <w:tcPr>
            <w:tcW w:type="dxa" w:w="3572"/>
          </w:tcPr>
          <w:p>
            <w:r>
              <w:t>Papaleo Riccardo</w:t>
            </w:r>
          </w:p>
        </w:tc>
        <w:tc>
          <w:tcPr>
            <w:tcW w:type="dxa" w:w="6009"/>
          </w:tcPr>
          <w:p>
            <w:r>
              <w:t>Provveditore, AOE Cannizzaro</w:t>
            </w:r>
          </w:p>
        </w:tc>
      </w:tr>
      <w:tr>
        <w:tc>
          <w:tcPr>
            <w:tcW w:type="dxa" w:w="709"/>
          </w:tcPr>
          <w:p>
            <w:r>
              <w:t>839</w:t>
            </w:r>
          </w:p>
        </w:tc>
        <w:tc>
          <w:tcPr>
            <w:tcW w:type="dxa" w:w="3572"/>
          </w:tcPr>
          <w:p>
            <w:r>
              <w:t>Parafioriti Giuseppe</w:t>
            </w:r>
          </w:p>
        </w:tc>
        <w:tc>
          <w:tcPr>
            <w:tcW w:type="dxa" w:w="6009"/>
          </w:tcPr>
          <w:p>
            <w:r>
              <w:t>Fisioterapista, libero professionista</w:t>
            </w:r>
          </w:p>
        </w:tc>
      </w:tr>
      <w:tr>
        <w:tc>
          <w:tcPr>
            <w:tcW w:type="dxa" w:w="709"/>
          </w:tcPr>
          <w:p>
            <w:r>
              <w:t>840</w:t>
            </w:r>
          </w:p>
        </w:tc>
        <w:tc>
          <w:tcPr>
            <w:tcW w:type="dxa" w:w="3572"/>
          </w:tcPr>
          <w:p>
            <w:r>
              <w:t>Parasole Tiziana</w:t>
            </w:r>
          </w:p>
        </w:tc>
        <w:tc>
          <w:tcPr>
            <w:tcW w:type="dxa" w:w="6009"/>
          </w:tcPr>
          <w:p>
            <w:r>
              <w:t>Coordinatrice infermieristica di Ematologia, ASP Messina, P.O. Taormina</w:t>
            </w:r>
          </w:p>
        </w:tc>
      </w:tr>
      <w:tr>
        <w:tc>
          <w:tcPr>
            <w:tcW w:type="dxa" w:w="709"/>
          </w:tcPr>
          <w:p>
            <w:r>
              <w:t>841</w:t>
            </w:r>
          </w:p>
        </w:tc>
        <w:tc>
          <w:tcPr>
            <w:tcW w:type="dxa" w:w="3572"/>
          </w:tcPr>
          <w:p>
            <w:r>
              <w:t>Parsaei Mahmoud</w:t>
            </w:r>
          </w:p>
        </w:tc>
        <w:tc>
          <w:tcPr>
            <w:tcW w:type="dxa" w:w="6009"/>
          </w:tcPr>
          <w:p>
            <w:r>
              <w:t>Già dirigente medico di I livello, Chirurgia Vascolare, ARNAS Civico Palermo; in pensione</w:t>
            </w:r>
          </w:p>
        </w:tc>
      </w:tr>
      <w:tr>
        <w:tc>
          <w:tcPr>
            <w:tcW w:type="dxa" w:w="709"/>
          </w:tcPr>
          <w:p>
            <w:r>
              <w:t>842</w:t>
            </w:r>
          </w:p>
        </w:tc>
        <w:tc>
          <w:tcPr>
            <w:tcW w:type="dxa" w:w="3572"/>
          </w:tcPr>
          <w:p>
            <w:r>
              <w:t>Pasquale Carmelo</w:t>
            </w:r>
          </w:p>
        </w:tc>
        <w:tc>
          <w:tcPr>
            <w:tcW w:type="dxa" w:w="6009"/>
          </w:tcPr>
          <w:p>
            <w:r>
              <w:t>Studio cardiologico dott. C. Pasquale S.r.l.</w:t>
            </w:r>
          </w:p>
        </w:tc>
      </w:tr>
      <w:tr>
        <w:tc>
          <w:tcPr>
            <w:tcW w:type="dxa" w:w="709"/>
          </w:tcPr>
          <w:p>
            <w:r>
              <w:t>843</w:t>
            </w:r>
          </w:p>
        </w:tc>
        <w:tc>
          <w:tcPr>
            <w:tcW w:type="dxa" w:w="3572"/>
          </w:tcPr>
          <w:p>
            <w:r>
              <w:t>Passariello Pietro</w:t>
            </w:r>
          </w:p>
        </w:tc>
        <w:tc>
          <w:tcPr>
            <w:tcW w:type="dxa" w:w="6009"/>
          </w:tcPr>
          <w:p>
            <w:r>
              <w:t>Avvocato, già imprenditore della sanità</w:t>
            </w:r>
          </w:p>
        </w:tc>
      </w:tr>
      <w:tr>
        <w:tc>
          <w:tcPr>
            <w:tcW w:type="dxa" w:w="709"/>
          </w:tcPr>
          <w:p>
            <w:r>
              <w:t>844</w:t>
            </w:r>
          </w:p>
        </w:tc>
        <w:tc>
          <w:tcPr>
            <w:tcW w:type="dxa" w:w="3572"/>
          </w:tcPr>
          <w:p>
            <w:r>
              <w:t>Patinella Claudio</w:t>
            </w:r>
          </w:p>
        </w:tc>
        <w:tc>
          <w:tcPr>
            <w:tcW w:type="dxa" w:w="6009"/>
          </w:tcPr>
          <w:p>
            <w:r>
              <w:t>Coordinatore infermieristico, Sala Operatoria, P.O. Taormina</w:t>
            </w:r>
          </w:p>
        </w:tc>
      </w:tr>
      <w:tr>
        <w:tc>
          <w:tcPr>
            <w:tcW w:type="dxa" w:w="709"/>
          </w:tcPr>
          <w:p>
            <w:r>
              <w:t>845</w:t>
            </w:r>
          </w:p>
        </w:tc>
        <w:tc>
          <w:tcPr>
            <w:tcW w:type="dxa" w:w="3572"/>
          </w:tcPr>
          <w:p>
            <w:r>
              <w:t>Pecoraro Angelo</w:t>
            </w:r>
          </w:p>
        </w:tc>
        <w:tc>
          <w:tcPr>
            <w:tcW w:type="dxa" w:w="6009"/>
          </w:tcPr>
          <w:p>
            <w:r>
              <w:t>Dipendente</w:t>
            </w:r>
          </w:p>
        </w:tc>
      </w:tr>
      <w:tr>
        <w:tc>
          <w:tcPr>
            <w:tcW w:type="dxa" w:w="709"/>
          </w:tcPr>
          <w:p>
            <w:r>
              <w:t>846</w:t>
            </w:r>
          </w:p>
        </w:tc>
        <w:tc>
          <w:tcPr>
            <w:tcW w:type="dxa" w:w="3572"/>
          </w:tcPr>
          <w:p>
            <w:r>
              <w:t>Pecoraro Concetta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847</w:t>
            </w:r>
          </w:p>
        </w:tc>
        <w:tc>
          <w:tcPr>
            <w:tcW w:type="dxa" w:w="3572"/>
          </w:tcPr>
          <w:p>
            <w:r>
              <w:t>Pecoraro Federica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848</w:t>
            </w:r>
          </w:p>
        </w:tc>
        <w:tc>
          <w:tcPr>
            <w:tcW w:type="dxa" w:w="3572"/>
          </w:tcPr>
          <w:p>
            <w:r>
              <w:t>Pecoraro Francesco</w:t>
            </w:r>
          </w:p>
        </w:tc>
        <w:tc>
          <w:tcPr>
            <w:tcW w:type="dxa" w:w="6009"/>
          </w:tcPr>
          <w:p>
            <w:r>
              <w:t>Coordinatore Nefrologia e Dialisi, P.O. Taormina</w:t>
            </w:r>
          </w:p>
        </w:tc>
      </w:tr>
      <w:tr>
        <w:tc>
          <w:tcPr>
            <w:tcW w:type="dxa" w:w="709"/>
          </w:tcPr>
          <w:p>
            <w:r>
              <w:t>849</w:t>
            </w:r>
          </w:p>
        </w:tc>
        <w:tc>
          <w:tcPr>
            <w:tcW w:type="dxa" w:w="3572"/>
          </w:tcPr>
          <w:p>
            <w:r>
              <w:t>Pecoraro Pietro</w:t>
            </w:r>
          </w:p>
        </w:tc>
        <w:tc>
          <w:tcPr>
            <w:tcW w:type="dxa" w:w="6009"/>
          </w:tcPr>
          <w:p>
            <w:r>
              <w:t>Studio ORL Pecoraro S.r.l.; convenzionato esterno</w:t>
            </w:r>
          </w:p>
        </w:tc>
      </w:tr>
      <w:tr>
        <w:tc>
          <w:tcPr>
            <w:tcW w:type="dxa" w:w="709"/>
          </w:tcPr>
          <w:p>
            <w:r>
              <w:t>850</w:t>
            </w:r>
          </w:p>
        </w:tc>
        <w:tc>
          <w:tcPr>
            <w:tcW w:type="dxa" w:w="3572"/>
          </w:tcPr>
          <w:p>
            <w:r>
              <w:t>Pedà Antonio</w:t>
            </w:r>
          </w:p>
        </w:tc>
        <w:tc>
          <w:tcPr>
            <w:tcW w:type="dxa" w:w="6009"/>
          </w:tcPr>
          <w:p>
            <w:r>
              <w:t>Operatore socio-sanitario (OSS)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851</w:t>
            </w:r>
          </w:p>
        </w:tc>
        <w:tc>
          <w:tcPr>
            <w:tcW w:type="dxa" w:w="3572"/>
          </w:tcPr>
          <w:p>
            <w:r>
              <w:t>Pelonero Salvatore</w:t>
            </w:r>
          </w:p>
        </w:tc>
        <w:tc>
          <w:tcPr>
            <w:tcW w:type="dxa" w:w="6009"/>
          </w:tcPr>
          <w:p>
            <w:r>
              <w:t>Presidente provinciale AUSER Caltanissetta</w:t>
            </w:r>
          </w:p>
        </w:tc>
      </w:tr>
      <w:tr>
        <w:tc>
          <w:tcPr>
            <w:tcW w:type="dxa" w:w="709"/>
          </w:tcPr>
          <w:p>
            <w:r>
              <w:t>852</w:t>
            </w:r>
          </w:p>
        </w:tc>
        <w:tc>
          <w:tcPr>
            <w:tcW w:type="dxa" w:w="3572"/>
          </w:tcPr>
          <w:p>
            <w:r>
              <w:t>Pepe Damiano</w:t>
            </w:r>
          </w:p>
        </w:tc>
        <w:tc>
          <w:tcPr>
            <w:tcW w:type="dxa" w:w="6009"/>
          </w:tcPr>
          <w:p>
            <w:r>
              <w:t>Già Responsabile Hospice</w:t>
            </w:r>
          </w:p>
        </w:tc>
      </w:tr>
      <w:tr>
        <w:tc>
          <w:tcPr>
            <w:tcW w:type="dxa" w:w="709"/>
          </w:tcPr>
          <w:p>
            <w:r>
              <w:t>853</w:t>
            </w:r>
          </w:p>
        </w:tc>
        <w:tc>
          <w:tcPr>
            <w:tcW w:type="dxa" w:w="3572"/>
          </w:tcPr>
          <w:p>
            <w:r>
              <w:t>Perinetto Teresa</w:t>
            </w:r>
          </w:p>
        </w:tc>
        <w:tc>
          <w:tcPr>
            <w:tcW w:type="dxa" w:w="6009"/>
          </w:tcPr>
          <w:p>
            <w:r>
              <w:t>Presidente ASIMAR - Associazione Siciliana Malati Reumatici APS</w:t>
            </w:r>
          </w:p>
        </w:tc>
      </w:tr>
      <w:tr>
        <w:tc>
          <w:tcPr>
            <w:tcW w:type="dxa" w:w="709"/>
          </w:tcPr>
          <w:p>
            <w:r>
              <w:t>854</w:t>
            </w:r>
          </w:p>
        </w:tc>
        <w:tc>
          <w:tcPr>
            <w:tcW w:type="dxa" w:w="3572"/>
          </w:tcPr>
          <w:p>
            <w:r>
              <w:t>Perremuto Vito</w:t>
            </w:r>
          </w:p>
        </w:tc>
        <w:tc>
          <w:tcPr>
            <w:tcW w:type="dxa" w:w="6009"/>
          </w:tcPr>
          <w:p>
            <w:r>
              <w:t>Direttore in quiescenza del Dipartimento di Prevenzione, ASP Ragusa</w:t>
            </w:r>
          </w:p>
        </w:tc>
      </w:tr>
      <w:tr>
        <w:tc>
          <w:tcPr>
            <w:tcW w:type="dxa" w:w="709"/>
          </w:tcPr>
          <w:p>
            <w:r>
              <w:t>855</w:t>
            </w:r>
          </w:p>
        </w:tc>
        <w:tc>
          <w:tcPr>
            <w:tcW w:type="dxa" w:w="3572"/>
          </w:tcPr>
          <w:p>
            <w:r>
              <w:t>Petralia Valeria</w:t>
            </w:r>
          </w:p>
        </w:tc>
        <w:tc>
          <w:tcPr>
            <w:tcW w:type="dxa" w:w="6009"/>
          </w:tcPr>
          <w:p>
            <w:r>
              <w:t>Avvocata.</w:t>
            </w:r>
          </w:p>
        </w:tc>
      </w:tr>
      <w:tr>
        <w:tc>
          <w:tcPr>
            <w:tcW w:type="dxa" w:w="709"/>
          </w:tcPr>
          <w:p>
            <w:r>
              <w:t>856</w:t>
            </w:r>
          </w:p>
        </w:tc>
        <w:tc>
          <w:tcPr>
            <w:tcW w:type="dxa" w:w="3572"/>
          </w:tcPr>
          <w:p>
            <w:r>
              <w:t>Petrina Salvatore</w:t>
            </w:r>
          </w:p>
        </w:tc>
        <w:tc>
          <w:tcPr>
            <w:tcW w:type="dxa" w:w="6009"/>
          </w:tcPr>
          <w:p>
            <w:r>
              <w:t>Cardiologo, Ragusa</w:t>
            </w:r>
          </w:p>
        </w:tc>
      </w:tr>
      <w:tr>
        <w:tc>
          <w:tcPr>
            <w:tcW w:type="dxa" w:w="709"/>
          </w:tcPr>
          <w:p>
            <w:r>
              <w:t>857</w:t>
            </w:r>
          </w:p>
        </w:tc>
        <w:tc>
          <w:tcPr>
            <w:tcW w:type="dxa" w:w="3572"/>
          </w:tcPr>
          <w:p>
            <w:r>
              <w:t>Petronaci Antonio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858</w:t>
            </w:r>
          </w:p>
        </w:tc>
        <w:tc>
          <w:tcPr>
            <w:tcW w:type="dxa" w:w="3572"/>
          </w:tcPr>
          <w:p>
            <w:r>
              <w:t>Petronio Massimo</w:t>
            </w:r>
          </w:p>
        </w:tc>
        <w:tc>
          <w:tcPr>
            <w:tcW w:type="dxa" w:w="6009"/>
          </w:tcPr>
          <w:p>
            <w:r>
              <w:t>Già FOC universitario presso l’Università di Palermo; già Direttore UOC di Ginecologia, P.O. Ingrassia, e Direttore del Dipartimento Materno-Infantile, ASP Palermo</w:t>
            </w:r>
          </w:p>
        </w:tc>
      </w:tr>
      <w:tr>
        <w:tc>
          <w:tcPr>
            <w:tcW w:type="dxa" w:w="709"/>
          </w:tcPr>
          <w:p>
            <w:r>
              <w:t>859</w:t>
            </w:r>
          </w:p>
        </w:tc>
        <w:tc>
          <w:tcPr>
            <w:tcW w:type="dxa" w:w="3572"/>
          </w:tcPr>
          <w:p>
            <w:r>
              <w:t>Petruso Marcello</w:t>
            </w:r>
          </w:p>
        </w:tc>
        <w:tc>
          <w:tcPr>
            <w:tcW w:type="dxa" w:w="6009"/>
          </w:tcPr>
          <w:p>
            <w:r>
              <w:t>Dirigente medico geriatra ASP Palermo</w:t>
            </w:r>
          </w:p>
        </w:tc>
      </w:tr>
      <w:tr>
        <w:tc>
          <w:tcPr>
            <w:tcW w:type="dxa" w:w="709"/>
          </w:tcPr>
          <w:p>
            <w:r>
              <w:t>860</w:t>
            </w:r>
          </w:p>
        </w:tc>
        <w:tc>
          <w:tcPr>
            <w:tcW w:type="dxa" w:w="3572"/>
          </w:tcPr>
          <w:p>
            <w:r>
              <w:t>Picarrella Alfonzo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861</w:t>
            </w:r>
          </w:p>
        </w:tc>
        <w:tc>
          <w:tcPr>
            <w:tcW w:type="dxa" w:w="3572"/>
          </w:tcPr>
          <w:p>
            <w:r>
              <w:t>Piccolo Alessandra</w:t>
            </w:r>
          </w:p>
        </w:tc>
        <w:tc>
          <w:tcPr>
            <w:tcW w:type="dxa" w:w="6009"/>
          </w:tcPr>
          <w:p>
            <w:r>
              <w:t>DPO di aziende sanitarie pubbliche</w:t>
            </w:r>
          </w:p>
        </w:tc>
      </w:tr>
      <w:tr>
        <w:tc>
          <w:tcPr>
            <w:tcW w:type="dxa" w:w="709"/>
          </w:tcPr>
          <w:p>
            <w:r>
              <w:t>862</w:t>
            </w:r>
          </w:p>
        </w:tc>
        <w:tc>
          <w:tcPr>
            <w:tcW w:type="dxa" w:w="3572"/>
          </w:tcPr>
          <w:p>
            <w:r>
              <w:t>Picone Giuseppe</w:t>
            </w:r>
          </w:p>
        </w:tc>
        <w:tc>
          <w:tcPr>
            <w:tcW w:type="dxa" w:w="6009"/>
          </w:tcPr>
          <w:p>
            <w:r>
              <w:t>Già medico di medicina generale</w:t>
            </w:r>
          </w:p>
        </w:tc>
      </w:tr>
      <w:tr>
        <w:tc>
          <w:tcPr>
            <w:tcW w:type="dxa" w:w="709"/>
          </w:tcPr>
          <w:p>
            <w:r>
              <w:t>863</w:t>
            </w:r>
          </w:p>
        </w:tc>
        <w:tc>
          <w:tcPr>
            <w:tcW w:type="dxa" w:w="3572"/>
          </w:tcPr>
          <w:p>
            <w:r>
              <w:t>Pillitteri Giuseppe</w:t>
            </w:r>
          </w:p>
        </w:tc>
        <w:tc>
          <w:tcPr>
            <w:tcW w:type="dxa" w:w="6009"/>
          </w:tcPr>
          <w:p>
            <w:r>
              <w:t>Dirigente medico UOC Medicina Interna, P.O. di Sciacca, ASP Agrigento</w:t>
            </w:r>
          </w:p>
        </w:tc>
      </w:tr>
      <w:tr>
        <w:tc>
          <w:tcPr>
            <w:tcW w:type="dxa" w:w="709"/>
          </w:tcPr>
          <w:p>
            <w:r>
              <w:t>864</w:t>
            </w:r>
          </w:p>
        </w:tc>
        <w:tc>
          <w:tcPr>
            <w:tcW w:type="dxa" w:w="3572"/>
          </w:tcPr>
          <w:p>
            <w:r>
              <w:t>Pintacuda Salvo</w:t>
            </w:r>
          </w:p>
        </w:tc>
        <w:tc>
          <w:tcPr>
            <w:tcW w:type="dxa" w:w="6009"/>
          </w:tcPr>
          <w:p>
            <w:r>
              <w:t>Avvocato</w:t>
            </w:r>
          </w:p>
        </w:tc>
      </w:tr>
      <w:tr>
        <w:tc>
          <w:tcPr>
            <w:tcW w:type="dxa" w:w="709"/>
          </w:tcPr>
          <w:p>
            <w:r>
              <w:t>865</w:t>
            </w:r>
          </w:p>
        </w:tc>
        <w:tc>
          <w:tcPr>
            <w:tcW w:type="dxa" w:w="3572"/>
          </w:tcPr>
          <w:p>
            <w:r>
              <w:t>Pinto Teodorico</w:t>
            </w:r>
          </w:p>
        </w:tc>
        <w:tc>
          <w:tcPr>
            <w:tcW w:type="dxa" w:w="6009"/>
          </w:tcPr>
          <w:p>
            <w:r>
              <w:t>Oncologo</w:t>
            </w:r>
          </w:p>
        </w:tc>
      </w:tr>
      <w:tr>
        <w:tc>
          <w:tcPr>
            <w:tcW w:type="dxa" w:w="709"/>
          </w:tcPr>
          <w:p>
            <w:r>
              <w:t>866</w:t>
            </w:r>
          </w:p>
        </w:tc>
        <w:tc>
          <w:tcPr>
            <w:tcW w:type="dxa" w:w="3572"/>
          </w:tcPr>
          <w:p>
            <w:r>
              <w:t>Pipia Rosalia</w:t>
            </w:r>
          </w:p>
        </w:tc>
        <w:tc>
          <w:tcPr>
            <w:tcW w:type="dxa" w:w="6009"/>
          </w:tcPr>
          <w:p>
            <w:r>
              <w:t>Dirigente della Regione Siciliana</w:t>
            </w:r>
          </w:p>
        </w:tc>
      </w:tr>
      <w:tr>
        <w:tc>
          <w:tcPr>
            <w:tcW w:type="dxa" w:w="709"/>
          </w:tcPr>
          <w:p>
            <w:r>
              <w:t>867</w:t>
            </w:r>
          </w:p>
        </w:tc>
        <w:tc>
          <w:tcPr>
            <w:tcW w:type="dxa" w:w="3572"/>
          </w:tcPr>
          <w:p>
            <w:r>
              <w:t>Pirillo Maurizio</w:t>
            </w:r>
          </w:p>
        </w:tc>
        <w:tc>
          <w:tcPr>
            <w:tcW w:type="dxa" w:w="6009"/>
          </w:tcPr>
          <w:p>
            <w:r>
              <w:t>Già dirigente della Regione Siciliana</w:t>
            </w:r>
          </w:p>
        </w:tc>
      </w:tr>
      <w:tr>
        <w:tc>
          <w:tcPr>
            <w:tcW w:type="dxa" w:w="709"/>
          </w:tcPr>
          <w:p>
            <w:r>
              <w:t>868</w:t>
            </w:r>
          </w:p>
        </w:tc>
        <w:tc>
          <w:tcPr>
            <w:tcW w:type="dxa" w:w="3572"/>
          </w:tcPr>
          <w:p>
            <w:r>
              <w:t>Pirrone Pasquale</w:t>
            </w:r>
          </w:p>
        </w:tc>
        <w:tc>
          <w:tcPr>
            <w:tcW w:type="dxa" w:w="6009"/>
          </w:tcPr>
          <w:p>
            <w:r>
              <w:t>Direttore generale, Villa delle Palme S.r.l.</w:t>
            </w:r>
          </w:p>
        </w:tc>
      </w:tr>
      <w:tr>
        <w:tc>
          <w:tcPr>
            <w:tcW w:type="dxa" w:w="709"/>
          </w:tcPr>
          <w:p>
            <w:r>
              <w:t>869</w:t>
            </w:r>
          </w:p>
        </w:tc>
        <w:tc>
          <w:tcPr>
            <w:tcW w:type="dxa" w:w="3572"/>
          </w:tcPr>
          <w:p>
            <w:r>
              <w:t>Pisacane Maria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870</w:t>
            </w:r>
          </w:p>
        </w:tc>
        <w:tc>
          <w:tcPr>
            <w:tcW w:type="dxa" w:w="3572"/>
          </w:tcPr>
          <w:p>
            <w:r>
              <w:t>Pisano Calogera</w:t>
            </w:r>
          </w:p>
        </w:tc>
        <w:tc>
          <w:tcPr>
            <w:tcW w:type="dxa" w:w="6009"/>
          </w:tcPr>
          <w:p>
            <w:r>
              <w:t>Direttrice UOC Cardiochirurgia A.O.U.P. P. Giaccone</w:t>
            </w:r>
          </w:p>
        </w:tc>
      </w:tr>
      <w:tr>
        <w:tc>
          <w:tcPr>
            <w:tcW w:type="dxa" w:w="709"/>
          </w:tcPr>
          <w:p>
            <w:r>
              <w:t>871</w:t>
            </w:r>
          </w:p>
        </w:tc>
        <w:tc>
          <w:tcPr>
            <w:tcW w:type="dxa" w:w="3572"/>
          </w:tcPr>
          <w:p>
            <w:r>
              <w:t>Pisano Nino</w:t>
            </w:r>
          </w:p>
        </w:tc>
        <w:tc>
          <w:tcPr>
            <w:tcW w:type="dxa" w:w="6009"/>
          </w:tcPr>
          <w:p>
            <w:r>
              <w:t>Specialista in Radiodiagnostica e Medicina Nucleare</w:t>
            </w:r>
          </w:p>
        </w:tc>
      </w:tr>
      <w:tr>
        <w:tc>
          <w:tcPr>
            <w:tcW w:type="dxa" w:w="709"/>
          </w:tcPr>
          <w:p>
            <w:r>
              <w:t>872</w:t>
            </w:r>
          </w:p>
        </w:tc>
        <w:tc>
          <w:tcPr>
            <w:tcW w:type="dxa" w:w="3572"/>
          </w:tcPr>
          <w:p>
            <w:r>
              <w:t>Pisciotta Gina</w:t>
            </w:r>
          </w:p>
        </w:tc>
        <w:tc>
          <w:tcPr>
            <w:tcW w:type="dxa" w:w="6009"/>
          </w:tcPr>
          <w:p>
            <w:r>
              <w:t>Casalinga</w:t>
            </w:r>
          </w:p>
        </w:tc>
      </w:tr>
      <w:tr>
        <w:tc>
          <w:tcPr>
            <w:tcW w:type="dxa" w:w="709"/>
          </w:tcPr>
          <w:p>
            <w:r>
              <w:t>873</w:t>
            </w:r>
          </w:p>
        </w:tc>
        <w:tc>
          <w:tcPr>
            <w:tcW w:type="dxa" w:w="3572"/>
          </w:tcPr>
          <w:p>
            <w:r>
              <w:t>Pistritto Immacolata</w:t>
            </w:r>
          </w:p>
        </w:tc>
        <w:tc>
          <w:tcPr>
            <w:tcW w:type="dxa" w:w="6009"/>
          </w:tcPr>
          <w:p>
            <w:r>
              <w:t>Addetta alla cucina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874</w:t>
            </w:r>
          </w:p>
        </w:tc>
        <w:tc>
          <w:tcPr>
            <w:tcW w:type="dxa" w:w="3572"/>
          </w:tcPr>
          <w:p>
            <w:r>
              <w:t>Pitruzzella Leonardo</w:t>
            </w:r>
          </w:p>
        </w:tc>
        <w:tc>
          <w:tcPr>
            <w:tcW w:type="dxa" w:w="6009"/>
          </w:tcPr>
          <w:p>
            <w:r>
              <w:t>Imprenditore, casa di riposo</w:t>
            </w:r>
          </w:p>
        </w:tc>
      </w:tr>
      <w:tr>
        <w:tc>
          <w:tcPr>
            <w:tcW w:type="dxa" w:w="709"/>
          </w:tcPr>
          <w:p>
            <w:r>
              <w:t>875</w:t>
            </w:r>
          </w:p>
        </w:tc>
        <w:tc>
          <w:tcPr>
            <w:tcW w:type="dxa" w:w="3572"/>
          </w:tcPr>
          <w:p>
            <w:r>
              <w:t>Pittella Cristina</w:t>
            </w:r>
          </w:p>
        </w:tc>
        <w:tc>
          <w:tcPr>
            <w:tcW w:type="dxa" w:w="6009"/>
          </w:tcPr>
          <w:p>
            <w:r>
              <w:t>Responsabile Unità Farmaci Antiblastici, ARNAS Garibaldi, Catania</w:t>
            </w:r>
          </w:p>
        </w:tc>
      </w:tr>
      <w:tr>
        <w:tc>
          <w:tcPr>
            <w:tcW w:type="dxa" w:w="709"/>
          </w:tcPr>
          <w:p>
            <w:r>
              <w:t>876</w:t>
            </w:r>
          </w:p>
        </w:tc>
        <w:tc>
          <w:tcPr>
            <w:tcW w:type="dxa" w:w="3572"/>
          </w:tcPr>
          <w:p>
            <w:r>
              <w:t>Pizzillo Giacinto</w:t>
            </w:r>
          </w:p>
        </w:tc>
        <w:tc>
          <w:tcPr>
            <w:tcW w:type="dxa" w:w="6009"/>
          </w:tcPr>
          <w:p>
            <w:r>
              <w:t>OSS presso struttura socio-assistenziale</w:t>
            </w:r>
          </w:p>
        </w:tc>
      </w:tr>
      <w:tr>
        <w:tc>
          <w:tcPr>
            <w:tcW w:type="dxa" w:w="709"/>
          </w:tcPr>
          <w:p>
            <w:r>
              <w:t>877</w:t>
            </w:r>
          </w:p>
        </w:tc>
        <w:tc>
          <w:tcPr>
            <w:tcW w:type="dxa" w:w="3572"/>
          </w:tcPr>
          <w:p>
            <w:r>
              <w:t>Pizzo Antonio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878</w:t>
            </w:r>
          </w:p>
        </w:tc>
        <w:tc>
          <w:tcPr>
            <w:tcW w:type="dxa" w:w="3572"/>
          </w:tcPr>
          <w:p>
            <w:r>
              <w:t>Pizzo Roberta</w:t>
            </w:r>
          </w:p>
        </w:tc>
        <w:tc>
          <w:tcPr>
            <w:tcW w:type="dxa" w:w="6009"/>
          </w:tcPr>
          <w:p>
            <w:r>
              <w:t>OSS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879</w:t>
            </w:r>
          </w:p>
        </w:tc>
        <w:tc>
          <w:tcPr>
            <w:tcW w:type="dxa" w:w="3572"/>
          </w:tcPr>
          <w:p>
            <w:r>
              <w:t>Placenti Domenico</w:t>
            </w:r>
          </w:p>
        </w:tc>
        <w:tc>
          <w:tcPr>
            <w:tcW w:type="dxa" w:w="6009"/>
          </w:tcPr>
          <w:p>
            <w:r>
              <w:t>Educatore professionale</w:t>
            </w:r>
          </w:p>
        </w:tc>
      </w:tr>
      <w:tr>
        <w:tc>
          <w:tcPr>
            <w:tcW w:type="dxa" w:w="709"/>
          </w:tcPr>
          <w:p>
            <w:r>
              <w:t>880</w:t>
            </w:r>
          </w:p>
        </w:tc>
        <w:tc>
          <w:tcPr>
            <w:tcW w:type="dxa" w:w="3572"/>
          </w:tcPr>
          <w:p>
            <w:r>
              <w:t>Polac Antonino</w:t>
            </w:r>
          </w:p>
        </w:tc>
        <w:tc>
          <w:tcPr>
            <w:tcW w:type="dxa" w:w="6009"/>
          </w:tcPr>
          <w:p>
            <w:r>
              <w:t>OSS presso struttura accreditata convenzionata</w:t>
            </w:r>
          </w:p>
        </w:tc>
      </w:tr>
      <w:tr>
        <w:tc>
          <w:tcPr>
            <w:tcW w:type="dxa" w:w="709"/>
          </w:tcPr>
          <w:p>
            <w:r>
              <w:t>881</w:t>
            </w:r>
          </w:p>
        </w:tc>
        <w:tc>
          <w:tcPr>
            <w:tcW w:type="dxa" w:w="3572"/>
          </w:tcPr>
          <w:p>
            <w:r>
              <w:t>Poli Daniela</w:t>
            </w:r>
          </w:p>
        </w:tc>
        <w:tc>
          <w:tcPr>
            <w:tcW w:type="dxa" w:w="6009"/>
          </w:tcPr>
          <w:p>
            <w:r>
              <w:t>Dirigente medico di I livello, ASP Messina; Cardiologia Pediatrica, P.O. Taormina</w:t>
            </w:r>
          </w:p>
        </w:tc>
      </w:tr>
      <w:tr>
        <w:tc>
          <w:tcPr>
            <w:tcW w:type="dxa" w:w="709"/>
          </w:tcPr>
          <w:p>
            <w:r>
              <w:t>882</w:t>
            </w:r>
          </w:p>
        </w:tc>
        <w:tc>
          <w:tcPr>
            <w:tcW w:type="dxa" w:w="3572"/>
          </w:tcPr>
          <w:p>
            <w:r>
              <w:t>Politi Flavia</w:t>
            </w:r>
          </w:p>
        </w:tc>
        <w:tc>
          <w:tcPr>
            <w:tcW w:type="dxa" w:w="6009"/>
          </w:tcPr>
          <w:p>
            <w:r>
              <w:t>Già dirigente di Medicina Interna, ARNAS Civico Palermo</w:t>
            </w:r>
          </w:p>
        </w:tc>
      </w:tr>
      <w:tr>
        <w:tc>
          <w:tcPr>
            <w:tcW w:type="dxa" w:w="709"/>
          </w:tcPr>
          <w:p>
            <w:r>
              <w:t>883</w:t>
            </w:r>
          </w:p>
        </w:tc>
        <w:tc>
          <w:tcPr>
            <w:tcW w:type="dxa" w:w="3572"/>
          </w:tcPr>
          <w:p>
            <w:r>
              <w:t>Pomo Raffaele</w:t>
            </w:r>
          </w:p>
        </w:tc>
        <w:tc>
          <w:tcPr>
            <w:tcW w:type="dxa" w:w="6009"/>
          </w:tcPr>
          <w:p>
            <w:r>
              <w:t>Presidente regionale dell’Associazione Medici Cattolici Italiani</w:t>
            </w:r>
          </w:p>
        </w:tc>
      </w:tr>
      <w:tr>
        <w:tc>
          <w:tcPr>
            <w:tcW w:type="dxa" w:w="709"/>
          </w:tcPr>
          <w:p>
            <w:r>
              <w:t>884</w:t>
            </w:r>
          </w:p>
        </w:tc>
        <w:tc>
          <w:tcPr>
            <w:tcW w:type="dxa" w:w="3572"/>
          </w:tcPr>
          <w:p>
            <w:r>
              <w:t>Pongiglione Giacomo</w:t>
            </w:r>
          </w:p>
        </w:tc>
        <w:tc>
          <w:tcPr>
            <w:tcW w:type="dxa" w:w="6009"/>
          </w:tcPr>
          <w:p>
            <w:r>
              <w:t>Già primario cardiologo e Capo Dipartimento del Centro Cardiologico del Mediterraneo di Taormina</w:t>
            </w:r>
          </w:p>
        </w:tc>
      </w:tr>
      <w:tr>
        <w:tc>
          <w:tcPr>
            <w:tcW w:type="dxa" w:w="709"/>
          </w:tcPr>
          <w:p>
            <w:r>
              <w:t>885</w:t>
            </w:r>
          </w:p>
        </w:tc>
        <w:tc>
          <w:tcPr>
            <w:tcW w:type="dxa" w:w="3572"/>
          </w:tcPr>
          <w:p>
            <w:r>
              <w:t>Ponte Salvatore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886</w:t>
            </w:r>
          </w:p>
        </w:tc>
        <w:tc>
          <w:tcPr>
            <w:tcW w:type="dxa" w:w="3572"/>
          </w:tcPr>
          <w:p>
            <w:r>
              <w:t>Porrello Pino</w:t>
            </w:r>
          </w:p>
        </w:tc>
        <w:tc>
          <w:tcPr>
            <w:tcW w:type="dxa" w:w="6009"/>
          </w:tcPr>
          <w:p>
            <w:r>
              <w:t>Già Direttore CMS, ASP Palermo</w:t>
            </w:r>
          </w:p>
        </w:tc>
      </w:tr>
      <w:tr>
        <w:tc>
          <w:tcPr>
            <w:tcW w:type="dxa" w:w="709"/>
          </w:tcPr>
          <w:p>
            <w:r>
              <w:t>887</w:t>
            </w:r>
          </w:p>
        </w:tc>
        <w:tc>
          <w:tcPr>
            <w:tcW w:type="dxa" w:w="3572"/>
          </w:tcPr>
          <w:p>
            <w:r>
              <w:t>Portelli Marcella</w:t>
            </w:r>
          </w:p>
        </w:tc>
        <w:tc>
          <w:tcPr>
            <w:tcW w:type="dxa" w:w="6009"/>
          </w:tcPr>
          <w:p>
            <w:r>
              <w:t>Neuropsichiatra, ASP</w:t>
            </w:r>
          </w:p>
        </w:tc>
      </w:tr>
      <w:tr>
        <w:tc>
          <w:tcPr>
            <w:tcW w:type="dxa" w:w="709"/>
          </w:tcPr>
          <w:p>
            <w:r>
              <w:t>888</w:t>
            </w:r>
          </w:p>
        </w:tc>
        <w:tc>
          <w:tcPr>
            <w:tcW w:type="dxa" w:w="3572"/>
          </w:tcPr>
          <w:p>
            <w:r>
              <w:t>Porto Adolfo Francesco</w:t>
            </w:r>
          </w:p>
        </w:tc>
        <w:tc>
          <w:tcPr>
            <w:tcW w:type="dxa" w:w="6009"/>
          </w:tcPr>
          <w:p>
            <w:r>
              <w:t>Già Segretario regionale FIMP Sicilia; già Segretario nazionale FIMP (Federazione Italiana Medici Pediatri)</w:t>
            </w:r>
          </w:p>
        </w:tc>
      </w:tr>
      <w:tr>
        <w:tc>
          <w:tcPr>
            <w:tcW w:type="dxa" w:w="709"/>
          </w:tcPr>
          <w:p>
            <w:r>
              <w:t>889</w:t>
            </w:r>
          </w:p>
        </w:tc>
        <w:tc>
          <w:tcPr>
            <w:tcW w:type="dxa" w:w="3572"/>
          </w:tcPr>
          <w:p>
            <w:r>
              <w:t>Prestifilippo Emanuele</w:t>
            </w:r>
          </w:p>
        </w:tc>
        <w:tc>
          <w:tcPr>
            <w:tcW w:type="dxa" w:w="6009"/>
          </w:tcPr>
          <w:p>
            <w:r>
              <w:t>Manutentore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890</w:t>
            </w:r>
          </w:p>
        </w:tc>
        <w:tc>
          <w:tcPr>
            <w:tcW w:type="dxa" w:w="3572"/>
          </w:tcPr>
          <w:p>
            <w:r>
              <w:t>Prestifilippo Rita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891</w:t>
            </w:r>
          </w:p>
        </w:tc>
        <w:tc>
          <w:tcPr>
            <w:tcW w:type="dxa" w:w="3572"/>
          </w:tcPr>
          <w:p>
            <w:r>
              <w:t>Prestigiacomo Marco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892</w:t>
            </w:r>
          </w:p>
        </w:tc>
        <w:tc>
          <w:tcPr>
            <w:tcW w:type="dxa" w:w="3572"/>
          </w:tcPr>
          <w:p>
            <w:r>
              <w:t>Privitera Concetta</w:t>
            </w:r>
          </w:p>
        </w:tc>
        <w:tc>
          <w:tcPr>
            <w:tcW w:type="dxa" w:w="6009"/>
          </w:tcPr>
          <w:p>
            <w:r>
              <w:t>Infermiera professionale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893</w:t>
            </w:r>
          </w:p>
        </w:tc>
        <w:tc>
          <w:tcPr>
            <w:tcW w:type="dxa" w:w="3572"/>
          </w:tcPr>
          <w:p>
            <w:r>
              <w:t>Protasi Corrado</w:t>
            </w:r>
          </w:p>
        </w:tc>
        <w:tc>
          <w:tcPr>
            <w:tcW w:type="dxa" w:w="6009"/>
          </w:tcPr>
          <w:p>
            <w:r>
              <w:t>Operatore in struttura sanitaria</w:t>
            </w:r>
          </w:p>
        </w:tc>
      </w:tr>
      <w:tr>
        <w:tc>
          <w:tcPr>
            <w:tcW w:type="dxa" w:w="709"/>
          </w:tcPr>
          <w:p>
            <w:r>
              <w:t>894</w:t>
            </w:r>
          </w:p>
        </w:tc>
        <w:tc>
          <w:tcPr>
            <w:tcW w:type="dxa" w:w="3572"/>
          </w:tcPr>
          <w:p>
            <w:r>
              <w:t>Proto Alessandro</w:t>
            </w:r>
          </w:p>
        </w:tc>
        <w:tc>
          <w:tcPr>
            <w:tcW w:type="dxa" w:w="6009"/>
          </w:tcPr>
          <w:p>
            <w:r>
              <w:t>Dipendente</w:t>
            </w:r>
          </w:p>
        </w:tc>
      </w:tr>
      <w:tr>
        <w:tc>
          <w:tcPr>
            <w:tcW w:type="dxa" w:w="709"/>
          </w:tcPr>
          <w:p>
            <w:r>
              <w:t>895</w:t>
            </w:r>
          </w:p>
        </w:tc>
        <w:tc>
          <w:tcPr>
            <w:tcW w:type="dxa" w:w="3572"/>
          </w:tcPr>
          <w:p>
            <w:r>
              <w:t>Provenzano Anna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896</w:t>
            </w:r>
          </w:p>
        </w:tc>
        <w:tc>
          <w:tcPr>
            <w:tcW w:type="dxa" w:w="3572"/>
          </w:tcPr>
          <w:p>
            <w:r>
              <w:t>Puccio Giampiero</w:t>
            </w:r>
          </w:p>
        </w:tc>
        <w:tc>
          <w:tcPr>
            <w:tcW w:type="dxa" w:w="6009"/>
          </w:tcPr>
          <w:p>
            <w:r>
              <w:t>Imprenditore, casa di riposo</w:t>
            </w:r>
          </w:p>
        </w:tc>
      </w:tr>
      <w:tr>
        <w:tc>
          <w:tcPr>
            <w:tcW w:type="dxa" w:w="709"/>
          </w:tcPr>
          <w:p>
            <w:r>
              <w:t>897</w:t>
            </w:r>
          </w:p>
        </w:tc>
        <w:tc>
          <w:tcPr>
            <w:tcW w:type="dxa" w:w="3572"/>
          </w:tcPr>
          <w:p>
            <w:r>
              <w:t>Puccio Nicola</w:t>
            </w:r>
          </w:p>
        </w:tc>
        <w:tc>
          <w:tcPr>
            <w:tcW w:type="dxa" w:w="6009"/>
          </w:tcPr>
          <w:p>
            <w:r>
              <w:t>Avvocato</w:t>
            </w:r>
          </w:p>
        </w:tc>
      </w:tr>
      <w:tr>
        <w:tc>
          <w:tcPr>
            <w:tcW w:type="dxa" w:w="709"/>
          </w:tcPr>
          <w:p>
            <w:r>
              <w:t>898</w:t>
            </w:r>
          </w:p>
        </w:tc>
        <w:tc>
          <w:tcPr>
            <w:tcW w:type="dxa" w:w="3572"/>
          </w:tcPr>
          <w:p>
            <w:r>
              <w:t>Puglisi Carmelo</w:t>
            </w:r>
          </w:p>
        </w:tc>
        <w:tc>
          <w:tcPr>
            <w:tcW w:type="dxa" w:w="6009"/>
          </w:tcPr>
          <w:p>
            <w:r>
              <w:t>Dirigente medico, ARNAS Garibaldi Catania; Segretario generale CISL Medici della provincia di Catania</w:t>
            </w:r>
          </w:p>
        </w:tc>
      </w:tr>
      <w:tr>
        <w:tc>
          <w:tcPr>
            <w:tcW w:type="dxa" w:w="709"/>
          </w:tcPr>
          <w:p>
            <w:r>
              <w:t>899</w:t>
            </w:r>
          </w:p>
        </w:tc>
        <w:tc>
          <w:tcPr>
            <w:tcW w:type="dxa" w:w="3572"/>
          </w:tcPr>
          <w:p>
            <w:r>
              <w:t>Puglisi Ursula</w:t>
            </w:r>
          </w:p>
        </w:tc>
        <w:tc>
          <w:tcPr>
            <w:tcW w:type="dxa" w:w="6009"/>
          </w:tcPr>
          <w:p>
            <w:r>
              <w:t>Specialista in Otorinolaringoiatria, ASP Palermo</w:t>
            </w:r>
          </w:p>
        </w:tc>
      </w:tr>
      <w:tr>
        <w:tc>
          <w:tcPr>
            <w:tcW w:type="dxa" w:w="709"/>
          </w:tcPr>
          <w:p>
            <w:r>
              <w:t>900</w:t>
            </w:r>
          </w:p>
        </w:tc>
        <w:tc>
          <w:tcPr>
            <w:tcW w:type="dxa" w:w="3572"/>
          </w:tcPr>
          <w:p>
            <w:r>
              <w:t>Pulizzi Antonio</w:t>
            </w:r>
          </w:p>
        </w:tc>
        <w:tc>
          <w:tcPr>
            <w:tcW w:type="dxa" w:w="6009"/>
          </w:tcPr>
          <w:p>
            <w:r>
              <w:t>Project Manager</w:t>
            </w:r>
          </w:p>
        </w:tc>
      </w:tr>
      <w:tr>
        <w:tc>
          <w:tcPr>
            <w:tcW w:type="dxa" w:w="709"/>
          </w:tcPr>
          <w:p>
            <w:r>
              <w:t>901</w:t>
            </w:r>
          </w:p>
        </w:tc>
        <w:tc>
          <w:tcPr>
            <w:tcW w:type="dxa" w:w="3572"/>
          </w:tcPr>
          <w:p>
            <w:r>
              <w:t>Pullara Calogero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902</w:t>
            </w:r>
          </w:p>
        </w:tc>
        <w:tc>
          <w:tcPr>
            <w:tcW w:type="dxa" w:w="3572"/>
          </w:tcPr>
          <w:p>
            <w:r>
              <w:t>Quaranta Paola</w:t>
            </w:r>
          </w:p>
        </w:tc>
        <w:tc>
          <w:tcPr>
            <w:tcW w:type="dxa" w:w="6009"/>
          </w:tcPr>
          <w:p>
            <w:r>
              <w:t>OSA</w:t>
            </w:r>
          </w:p>
        </w:tc>
      </w:tr>
      <w:tr>
        <w:tc>
          <w:tcPr>
            <w:tcW w:type="dxa" w:w="709"/>
          </w:tcPr>
          <w:p>
            <w:r>
              <w:t>903</w:t>
            </w:r>
          </w:p>
        </w:tc>
        <w:tc>
          <w:tcPr>
            <w:tcW w:type="dxa" w:w="3572"/>
          </w:tcPr>
          <w:p>
            <w:r>
              <w:t>Quartararo Fabrizio</w:t>
            </w:r>
          </w:p>
        </w:tc>
        <w:tc>
          <w:tcPr>
            <w:tcW w:type="dxa" w:w="6009"/>
          </w:tcPr>
          <w:p>
            <w:r>
              <w:t>Ginecologo, Clinica Candela</w:t>
            </w:r>
          </w:p>
        </w:tc>
      </w:tr>
      <w:tr>
        <w:tc>
          <w:tcPr>
            <w:tcW w:type="dxa" w:w="709"/>
          </w:tcPr>
          <w:p>
            <w:r>
              <w:t>904</w:t>
            </w:r>
          </w:p>
        </w:tc>
        <w:tc>
          <w:tcPr>
            <w:tcW w:type="dxa" w:w="3572"/>
          </w:tcPr>
          <w:p>
            <w:r>
              <w:t>Quatrosi Giuseppe</w:t>
            </w:r>
          </w:p>
        </w:tc>
        <w:tc>
          <w:tcPr>
            <w:tcW w:type="dxa" w:w="6009"/>
          </w:tcPr>
          <w:p>
            <w:r>
              <w:t>Operatore socio-sanitario (OSS)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905</w:t>
            </w:r>
          </w:p>
        </w:tc>
        <w:tc>
          <w:tcPr>
            <w:tcW w:type="dxa" w:w="3572"/>
          </w:tcPr>
          <w:p>
            <w:r>
              <w:t>Raciti Teo</w:t>
            </w:r>
          </w:p>
        </w:tc>
        <w:tc>
          <w:tcPr>
            <w:tcW w:type="dxa" w:w="6009"/>
          </w:tcPr>
          <w:p>
            <w:r>
              <w:t>Presidente regionale del Centro Studi Maccacaro</w:t>
            </w:r>
          </w:p>
        </w:tc>
      </w:tr>
      <w:tr>
        <w:tc>
          <w:tcPr>
            <w:tcW w:type="dxa" w:w="709"/>
          </w:tcPr>
          <w:p>
            <w:r>
              <w:t>906</w:t>
            </w:r>
          </w:p>
        </w:tc>
        <w:tc>
          <w:tcPr>
            <w:tcW w:type="dxa" w:w="3572"/>
          </w:tcPr>
          <w:p>
            <w:r>
              <w:t>Ragusa Martino</w:t>
            </w:r>
          </w:p>
        </w:tc>
        <w:tc>
          <w:tcPr>
            <w:tcW w:type="dxa" w:w="6009"/>
          </w:tcPr>
          <w:p>
            <w:r>
              <w:t>Medico psichiatra</w:t>
            </w:r>
          </w:p>
        </w:tc>
      </w:tr>
      <w:tr>
        <w:tc>
          <w:tcPr>
            <w:tcW w:type="dxa" w:w="709"/>
          </w:tcPr>
          <w:p>
            <w:r>
              <w:t>907</w:t>
            </w:r>
          </w:p>
        </w:tc>
        <w:tc>
          <w:tcPr>
            <w:tcW w:type="dxa" w:w="3572"/>
          </w:tcPr>
          <w:p>
            <w:r>
              <w:t>Raia Francesca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908</w:t>
            </w:r>
          </w:p>
        </w:tc>
        <w:tc>
          <w:tcPr>
            <w:tcW w:type="dxa" w:w="3572"/>
          </w:tcPr>
          <w:p>
            <w:r>
              <w:t>Raimondi Massimo</w:t>
            </w:r>
          </w:p>
        </w:tc>
        <w:tc>
          <w:tcPr>
            <w:tcW w:type="dxa" w:w="6009"/>
          </w:tcPr>
          <w:p>
            <w:r>
              <w:t>Consulente informatico</w:t>
            </w:r>
          </w:p>
        </w:tc>
      </w:tr>
      <w:tr>
        <w:tc>
          <w:tcPr>
            <w:tcW w:type="dxa" w:w="709"/>
          </w:tcPr>
          <w:p>
            <w:r>
              <w:t>909</w:t>
            </w:r>
          </w:p>
        </w:tc>
        <w:tc>
          <w:tcPr>
            <w:tcW w:type="dxa" w:w="3572"/>
          </w:tcPr>
          <w:p>
            <w:r>
              <w:t>Raimondo Vincenzo</w:t>
            </w:r>
          </w:p>
        </w:tc>
        <w:tc>
          <w:tcPr>
            <w:tcW w:type="dxa" w:w="6009"/>
          </w:tcPr>
          <w:p>
            <w:r>
              <w:t>Pediatra di libera scelta</w:t>
            </w:r>
          </w:p>
        </w:tc>
      </w:tr>
      <w:tr>
        <w:tc>
          <w:tcPr>
            <w:tcW w:type="dxa" w:w="709"/>
          </w:tcPr>
          <w:p>
            <w:r>
              <w:t>910</w:t>
            </w:r>
          </w:p>
        </w:tc>
        <w:tc>
          <w:tcPr>
            <w:tcW w:type="dxa" w:w="3572"/>
          </w:tcPr>
          <w:p>
            <w:r>
              <w:t>Raineri Studio Cardiologico S.r.l.</w:t>
            </w:r>
          </w:p>
        </w:tc>
        <w:tc>
          <w:tcPr>
            <w:tcW w:type="dxa" w:w="6009"/>
          </w:tcPr>
          <w:p>
            <w:r>
              <w:t>Studio cardiologico</w:t>
            </w:r>
          </w:p>
        </w:tc>
      </w:tr>
      <w:tr>
        <w:tc>
          <w:tcPr>
            <w:tcW w:type="dxa" w:w="709"/>
          </w:tcPr>
          <w:p>
            <w:r>
              <w:t>911</w:t>
            </w:r>
          </w:p>
        </w:tc>
        <w:tc>
          <w:tcPr>
            <w:tcW w:type="dxa" w:w="3572"/>
          </w:tcPr>
          <w:p>
            <w:r>
              <w:t>Raju Mia</w:t>
            </w:r>
          </w:p>
        </w:tc>
        <w:tc>
          <w:tcPr>
            <w:tcW w:type="dxa" w:w="6009"/>
          </w:tcPr>
          <w:p>
            <w:r>
              <w:t>Impiegato ausiliario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912</w:t>
            </w:r>
          </w:p>
        </w:tc>
        <w:tc>
          <w:tcPr>
            <w:tcW w:type="dxa" w:w="3572"/>
          </w:tcPr>
          <w:p>
            <w:r>
              <w:t>Rallo Maria</w:t>
            </w:r>
          </w:p>
        </w:tc>
        <w:tc>
          <w:tcPr>
            <w:tcW w:type="dxa" w:w="6009"/>
          </w:tcPr>
          <w:p>
            <w:r>
              <w:t>Farmacista</w:t>
            </w:r>
          </w:p>
        </w:tc>
      </w:tr>
      <w:tr>
        <w:tc>
          <w:tcPr>
            <w:tcW w:type="dxa" w:w="709"/>
          </w:tcPr>
          <w:p>
            <w:r>
              <w:t>913</w:t>
            </w:r>
          </w:p>
        </w:tc>
        <w:tc>
          <w:tcPr>
            <w:tcW w:type="dxa" w:w="3572"/>
          </w:tcPr>
          <w:p>
            <w:r>
              <w:t>Randazzo Daniela</w:t>
            </w:r>
          </w:p>
        </w:tc>
        <w:tc>
          <w:tcPr>
            <w:tcW w:type="dxa" w:w="6009"/>
          </w:tcPr>
          <w:p>
            <w:r>
              <w:t>Dirigente medico di Oftalmologia, Ospedale di Acireale</w:t>
            </w:r>
          </w:p>
        </w:tc>
      </w:tr>
      <w:tr>
        <w:tc>
          <w:tcPr>
            <w:tcW w:type="dxa" w:w="709"/>
          </w:tcPr>
          <w:p>
            <w:r>
              <w:t>914</w:t>
            </w:r>
          </w:p>
        </w:tc>
        <w:tc>
          <w:tcPr>
            <w:tcW w:type="dxa" w:w="3572"/>
          </w:tcPr>
          <w:p>
            <w:r>
              <w:t>Randazzo Gaetana</w:t>
            </w:r>
          </w:p>
        </w:tc>
        <w:tc>
          <w:tcPr>
            <w:tcW w:type="dxa" w:w="6009"/>
          </w:tcPr>
          <w:p>
            <w:r>
              <w:t>Operatrice polivalente presso struttura socio-assistenziale</w:t>
            </w:r>
          </w:p>
        </w:tc>
      </w:tr>
      <w:tr>
        <w:tc>
          <w:tcPr>
            <w:tcW w:type="dxa" w:w="709"/>
          </w:tcPr>
          <w:p>
            <w:r>
              <w:t>915</w:t>
            </w:r>
          </w:p>
        </w:tc>
        <w:tc>
          <w:tcPr>
            <w:tcW w:type="dxa" w:w="3572"/>
          </w:tcPr>
          <w:p>
            <w:r>
              <w:t>Randazzo Maria Angela</w:t>
            </w:r>
          </w:p>
        </w:tc>
        <w:tc>
          <w:tcPr>
            <w:tcW w:type="dxa" w:w="6009"/>
          </w:tcPr>
          <w:p>
            <w:r>
              <w:t>Specialista in Igiene e Medicina preventiva; già Direttore UOC Sanità Pubblica, Epidemiologia e Medicina Preventiva, Dipartimento di Prevenzione, ASP Palermo</w:t>
            </w:r>
          </w:p>
        </w:tc>
      </w:tr>
      <w:tr>
        <w:tc>
          <w:tcPr>
            <w:tcW w:type="dxa" w:w="709"/>
          </w:tcPr>
          <w:p>
            <w:r>
              <w:t>916</w:t>
            </w:r>
          </w:p>
        </w:tc>
        <w:tc>
          <w:tcPr>
            <w:tcW w:type="dxa" w:w="3572"/>
          </w:tcPr>
          <w:p>
            <w:r>
              <w:t>Reddavid Claudia</w:t>
            </w:r>
          </w:p>
        </w:tc>
        <w:tc>
          <w:tcPr>
            <w:tcW w:type="dxa" w:w="6009"/>
          </w:tcPr>
          <w:p>
            <w:r>
              <w:t>Dirigente medico Cardiologia Umberto I Enna</w:t>
            </w:r>
          </w:p>
        </w:tc>
      </w:tr>
      <w:tr>
        <w:tc>
          <w:tcPr>
            <w:tcW w:type="dxa" w:w="709"/>
          </w:tcPr>
          <w:p>
            <w:r>
              <w:t>917</w:t>
            </w:r>
          </w:p>
        </w:tc>
        <w:tc>
          <w:tcPr>
            <w:tcW w:type="dxa" w:w="3572"/>
          </w:tcPr>
          <w:p>
            <w:r>
              <w:t>Reitano Roberta</w:t>
            </w:r>
          </w:p>
        </w:tc>
        <w:tc>
          <w:tcPr>
            <w:tcW w:type="dxa" w:w="6009"/>
          </w:tcPr>
          <w:p>
            <w:r>
              <w:t>Avvocata; referente regionale della Rete Italiana Disabili</w:t>
            </w:r>
          </w:p>
        </w:tc>
      </w:tr>
      <w:tr>
        <w:tc>
          <w:tcPr>
            <w:tcW w:type="dxa" w:w="709"/>
          </w:tcPr>
          <w:p>
            <w:r>
              <w:t>918</w:t>
            </w:r>
          </w:p>
        </w:tc>
        <w:tc>
          <w:tcPr>
            <w:tcW w:type="dxa" w:w="3572"/>
          </w:tcPr>
          <w:p>
            <w:r>
              <w:t>Renda Antonino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919</w:t>
            </w:r>
          </w:p>
        </w:tc>
        <w:tc>
          <w:tcPr>
            <w:tcW w:type="dxa" w:w="3572"/>
          </w:tcPr>
          <w:p>
            <w:r>
              <w:t>Renda Maurizio</w:t>
            </w:r>
          </w:p>
        </w:tc>
        <w:tc>
          <w:tcPr>
            <w:tcW w:type="dxa" w:w="6009"/>
          </w:tcPr>
          <w:p>
            <w:r>
              <w:t>Direttore UOC Medicina Interna, Ospedale Giglio di Cefalù</w:t>
            </w:r>
          </w:p>
        </w:tc>
      </w:tr>
      <w:tr>
        <w:tc>
          <w:tcPr>
            <w:tcW w:type="dxa" w:w="709"/>
          </w:tcPr>
          <w:p>
            <w:r>
              <w:t>920</w:t>
            </w:r>
          </w:p>
        </w:tc>
        <w:tc>
          <w:tcPr>
            <w:tcW w:type="dxa" w:w="3572"/>
          </w:tcPr>
          <w:p>
            <w:r>
              <w:t>Renda Nicolò</w:t>
            </w:r>
          </w:p>
        </w:tc>
        <w:tc>
          <w:tcPr>
            <w:tcW w:type="dxa" w:w="6009"/>
          </w:tcPr>
          <w:p>
            <w:r>
              <w:t>Psichiatra</w:t>
            </w:r>
          </w:p>
        </w:tc>
      </w:tr>
      <w:tr>
        <w:tc>
          <w:tcPr>
            <w:tcW w:type="dxa" w:w="709"/>
          </w:tcPr>
          <w:p>
            <w:r>
              <w:t>921</w:t>
            </w:r>
          </w:p>
        </w:tc>
        <w:tc>
          <w:tcPr>
            <w:tcW w:type="dxa" w:w="3572"/>
          </w:tcPr>
          <w:p>
            <w:r>
              <w:t>Restalonga Marcello</w:t>
            </w:r>
          </w:p>
        </w:tc>
        <w:tc>
          <w:tcPr>
            <w:tcW w:type="dxa" w:w="6009"/>
          </w:tcPr>
          <w:p>
            <w:r>
              <w:t>Dipendente pubblico</w:t>
            </w:r>
          </w:p>
        </w:tc>
      </w:tr>
      <w:tr>
        <w:tc>
          <w:tcPr>
            <w:tcW w:type="dxa" w:w="709"/>
          </w:tcPr>
          <w:p>
            <w:r>
              <w:t>922</w:t>
            </w:r>
          </w:p>
        </w:tc>
        <w:tc>
          <w:tcPr>
            <w:tcW w:type="dxa" w:w="3572"/>
          </w:tcPr>
          <w:p>
            <w:r>
              <w:t>Restivo Martina</w:t>
            </w:r>
          </w:p>
        </w:tc>
        <w:tc>
          <w:tcPr>
            <w:tcW w:type="dxa" w:w="6009"/>
          </w:tcPr>
          <w:p>
            <w:r>
              <w:t>OSA presso struttura socio-assistenziale</w:t>
            </w:r>
          </w:p>
        </w:tc>
      </w:tr>
      <w:tr>
        <w:tc>
          <w:tcPr>
            <w:tcW w:type="dxa" w:w="709"/>
          </w:tcPr>
          <w:p>
            <w:r>
              <w:t>923</w:t>
            </w:r>
          </w:p>
        </w:tc>
        <w:tc>
          <w:tcPr>
            <w:tcW w:type="dxa" w:w="3572"/>
          </w:tcPr>
          <w:p>
            <w:r>
              <w:t>Ribaudo Francesco</w:t>
            </w:r>
          </w:p>
        </w:tc>
        <w:tc>
          <w:tcPr>
            <w:tcW w:type="dxa" w:w="6009"/>
          </w:tcPr>
          <w:p>
            <w:r>
              <w:t>Sindaco di Marineo</w:t>
            </w:r>
          </w:p>
        </w:tc>
      </w:tr>
      <w:tr>
        <w:tc>
          <w:tcPr>
            <w:tcW w:type="dxa" w:w="709"/>
          </w:tcPr>
          <w:p>
            <w:r>
              <w:t>924</w:t>
            </w:r>
          </w:p>
        </w:tc>
        <w:tc>
          <w:tcPr>
            <w:tcW w:type="dxa" w:w="3572"/>
          </w:tcPr>
          <w:p>
            <w:r>
              <w:t>Ribaudo Rosalba</w:t>
            </w:r>
          </w:p>
        </w:tc>
        <w:tc>
          <w:tcPr>
            <w:tcW w:type="dxa" w:w="6009"/>
          </w:tcPr>
          <w:p>
            <w:r>
              <w:t>Infermiera professionale A.O.U.P. P. Giaccone</w:t>
            </w:r>
          </w:p>
        </w:tc>
      </w:tr>
      <w:tr>
        <w:tc>
          <w:tcPr>
            <w:tcW w:type="dxa" w:w="709"/>
          </w:tcPr>
          <w:p>
            <w:r>
              <w:t>925</w:t>
            </w:r>
          </w:p>
        </w:tc>
        <w:tc>
          <w:tcPr>
            <w:tcW w:type="dxa" w:w="3572"/>
          </w:tcPr>
          <w:p>
            <w:r>
              <w:t>Riccardo Spampinato Giuseppe</w:t>
            </w:r>
          </w:p>
        </w:tc>
        <w:tc>
          <w:tcPr>
            <w:tcW w:type="dxa" w:w="6009"/>
          </w:tcPr>
          <w:p>
            <w:r>
              <w:t>Direttore UOC Odontoiatria Speciale Riabilitativa nel Paziente Disabile, P.O. Acireale, ASP Catania</w:t>
            </w:r>
          </w:p>
        </w:tc>
      </w:tr>
      <w:tr>
        <w:tc>
          <w:tcPr>
            <w:tcW w:type="dxa" w:w="709"/>
          </w:tcPr>
          <w:p>
            <w:r>
              <w:t>926</w:t>
            </w:r>
          </w:p>
        </w:tc>
        <w:tc>
          <w:tcPr>
            <w:tcW w:type="dxa" w:w="3572"/>
          </w:tcPr>
          <w:p>
            <w:r>
              <w:t>Riili Mariella</w:t>
            </w:r>
          </w:p>
        </w:tc>
        <w:tc>
          <w:tcPr>
            <w:tcW w:type="dxa" w:w="6009"/>
          </w:tcPr>
          <w:p>
            <w:r>
              <w:t>Medico di Pronto Soccorso</w:t>
            </w:r>
          </w:p>
        </w:tc>
      </w:tr>
      <w:tr>
        <w:tc>
          <w:tcPr>
            <w:tcW w:type="dxa" w:w="709"/>
          </w:tcPr>
          <w:p>
            <w:r>
              <w:t>927</w:t>
            </w:r>
          </w:p>
        </w:tc>
        <w:tc>
          <w:tcPr>
            <w:tcW w:type="dxa" w:w="3572"/>
          </w:tcPr>
          <w:p>
            <w:r>
              <w:t>Rinaldo Michele</w:t>
            </w:r>
          </w:p>
        </w:tc>
        <w:tc>
          <w:tcPr>
            <w:tcW w:type="dxa" w:w="6009"/>
          </w:tcPr>
          <w:p>
            <w:r>
              <w:t>Convenzionato esterno Studio di Cardioangiologia Srl</w:t>
            </w:r>
          </w:p>
        </w:tc>
      </w:tr>
      <w:tr>
        <w:tc>
          <w:tcPr>
            <w:tcW w:type="dxa" w:w="709"/>
          </w:tcPr>
          <w:p>
            <w:r>
              <w:t>928</w:t>
            </w:r>
          </w:p>
        </w:tc>
        <w:tc>
          <w:tcPr>
            <w:tcW w:type="dxa" w:w="3572"/>
          </w:tcPr>
          <w:p>
            <w:r>
              <w:t>Riolo Salvo</w:t>
            </w:r>
          </w:p>
        </w:tc>
        <w:tc>
          <w:tcPr>
            <w:tcW w:type="dxa" w:w="6009"/>
          </w:tcPr>
          <w:p>
            <w:r>
              <w:t>Presidente CESMES Onlus</w:t>
            </w:r>
          </w:p>
        </w:tc>
      </w:tr>
      <w:tr>
        <w:tc>
          <w:tcPr>
            <w:tcW w:type="dxa" w:w="709"/>
          </w:tcPr>
          <w:p>
            <w:r>
              <w:t>929</w:t>
            </w:r>
          </w:p>
        </w:tc>
        <w:tc>
          <w:tcPr>
            <w:tcW w:type="dxa" w:w="3572"/>
          </w:tcPr>
          <w:p>
            <w:r>
              <w:t>Riotta Silvana</w:t>
            </w:r>
          </w:p>
        </w:tc>
        <w:tc>
          <w:tcPr>
            <w:tcW w:type="dxa" w:w="6009"/>
          </w:tcPr>
          <w:p>
            <w:r>
              <w:t>Dirigente medico di I livello, UOC Ostetricia e Ginecologia, Ospedale Buccheri La Ferla Fatebenefratelli, Palermo</w:t>
            </w:r>
          </w:p>
        </w:tc>
      </w:tr>
      <w:tr>
        <w:tc>
          <w:tcPr>
            <w:tcW w:type="dxa" w:w="709"/>
          </w:tcPr>
          <w:p>
            <w:r>
              <w:t>930</w:t>
            </w:r>
          </w:p>
        </w:tc>
        <w:tc>
          <w:tcPr>
            <w:tcW w:type="dxa" w:w="3572"/>
          </w:tcPr>
          <w:p>
            <w:r>
              <w:t>Rizza Paola</w:t>
            </w:r>
          </w:p>
        </w:tc>
        <w:tc>
          <w:tcPr>
            <w:tcW w:type="dxa" w:w="6009"/>
          </w:tcPr>
          <w:p>
            <w:r>
              <w:t>Operatore in struttura sanitaria</w:t>
            </w:r>
          </w:p>
        </w:tc>
      </w:tr>
      <w:tr>
        <w:tc>
          <w:tcPr>
            <w:tcW w:type="dxa" w:w="709"/>
          </w:tcPr>
          <w:p>
            <w:r>
              <w:t>931</w:t>
            </w:r>
          </w:p>
        </w:tc>
        <w:tc>
          <w:tcPr>
            <w:tcW w:type="dxa" w:w="3572"/>
          </w:tcPr>
          <w:p>
            <w:r>
              <w:t>Rizzo Giorgio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932</w:t>
            </w:r>
          </w:p>
        </w:tc>
        <w:tc>
          <w:tcPr>
            <w:tcW w:type="dxa" w:w="3572"/>
          </w:tcPr>
          <w:p>
            <w:r>
              <w:t>Rizzo Ignazio</w:t>
            </w:r>
          </w:p>
        </w:tc>
        <w:tc>
          <w:tcPr>
            <w:tcW w:type="dxa" w:w="6009"/>
          </w:tcPr>
          <w:p>
            <w:r>
              <w:t>Già dirigente medico di I livello, Urologia</w:t>
            </w:r>
          </w:p>
        </w:tc>
      </w:tr>
      <w:tr>
        <w:tc>
          <w:tcPr>
            <w:tcW w:type="dxa" w:w="709"/>
          </w:tcPr>
          <w:p>
            <w:r>
              <w:t>933</w:t>
            </w:r>
          </w:p>
        </w:tc>
        <w:tc>
          <w:tcPr>
            <w:tcW w:type="dxa" w:w="3572"/>
          </w:tcPr>
          <w:p>
            <w:r>
              <w:t>Rizzo Leonardo</w:t>
            </w:r>
          </w:p>
        </w:tc>
        <w:tc>
          <w:tcPr>
            <w:tcW w:type="dxa" w:w="6009"/>
          </w:tcPr>
          <w:p>
            <w:r>
              <w:t>Medico di medicina generale</w:t>
            </w:r>
          </w:p>
        </w:tc>
      </w:tr>
      <w:tr>
        <w:tc>
          <w:tcPr>
            <w:tcW w:type="dxa" w:w="709"/>
          </w:tcPr>
          <w:p>
            <w:r>
              <w:t>934</w:t>
            </w:r>
          </w:p>
        </w:tc>
        <w:tc>
          <w:tcPr>
            <w:tcW w:type="dxa" w:w="3572"/>
          </w:tcPr>
          <w:p>
            <w:r>
              <w:t>Rizzo Maria Rosaria</w:t>
            </w:r>
          </w:p>
        </w:tc>
        <w:tc>
          <w:tcPr>
            <w:tcW w:type="dxa" w:w="6009"/>
          </w:tcPr>
          <w:p>
            <w:r>
              <w:t>Insegnante di sostegno</w:t>
            </w:r>
          </w:p>
        </w:tc>
      </w:tr>
      <w:tr>
        <w:tc>
          <w:tcPr>
            <w:tcW w:type="dxa" w:w="709"/>
          </w:tcPr>
          <w:p>
            <w:r>
              <w:t>935</w:t>
            </w:r>
          </w:p>
        </w:tc>
        <w:tc>
          <w:tcPr>
            <w:tcW w:type="dxa" w:w="3572"/>
          </w:tcPr>
          <w:p>
            <w:r>
              <w:t>Rizzo Valeria</w:t>
            </w:r>
          </w:p>
        </w:tc>
        <w:tc>
          <w:tcPr>
            <w:tcW w:type="dxa" w:w="6009"/>
          </w:tcPr>
          <w:p>
            <w:r>
              <w:t>Studio Cardiologico Rizzo S.a.s., Messina.</w:t>
            </w:r>
          </w:p>
        </w:tc>
      </w:tr>
      <w:tr>
        <w:tc>
          <w:tcPr>
            <w:tcW w:type="dxa" w:w="709"/>
          </w:tcPr>
          <w:p>
            <w:r>
              <w:t>936</w:t>
            </w:r>
          </w:p>
        </w:tc>
        <w:tc>
          <w:tcPr>
            <w:tcW w:type="dxa" w:w="3572"/>
          </w:tcPr>
          <w:p>
            <w:r>
              <w:t>Rocca Claudia</w:t>
            </w:r>
          </w:p>
        </w:tc>
        <w:tc>
          <w:tcPr>
            <w:tcW w:type="dxa" w:w="6009"/>
          </w:tcPr>
          <w:p>
            <w:r>
              <w:t>Operatrice sanitaria, RSA</w:t>
            </w:r>
          </w:p>
        </w:tc>
      </w:tr>
      <w:tr>
        <w:tc>
          <w:tcPr>
            <w:tcW w:type="dxa" w:w="709"/>
          </w:tcPr>
          <w:p>
            <w:r>
              <w:t>937</w:t>
            </w:r>
          </w:p>
        </w:tc>
        <w:tc>
          <w:tcPr>
            <w:tcW w:type="dxa" w:w="3572"/>
          </w:tcPr>
          <w:p>
            <w:r>
              <w:t>Rocca Francesca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938</w:t>
            </w:r>
          </w:p>
        </w:tc>
        <w:tc>
          <w:tcPr>
            <w:tcW w:type="dxa" w:w="3572"/>
          </w:tcPr>
          <w:p>
            <w:r>
              <w:t>Roccaforte Carolina</w:t>
            </w:r>
          </w:p>
        </w:tc>
        <w:tc>
          <w:tcPr>
            <w:tcW w:type="dxa" w:w="6009"/>
          </w:tcPr>
          <w:p>
            <w:r>
              <w:t>Operatrice socio-sanitaria, AOUP “P. Giaccone”</w:t>
            </w:r>
          </w:p>
        </w:tc>
      </w:tr>
      <w:tr>
        <w:tc>
          <w:tcPr>
            <w:tcW w:type="dxa" w:w="709"/>
          </w:tcPr>
          <w:p>
            <w:r>
              <w:t>939</w:t>
            </w:r>
          </w:p>
        </w:tc>
        <w:tc>
          <w:tcPr>
            <w:tcW w:type="dxa" w:w="3572"/>
          </w:tcPr>
          <w:p>
            <w:r>
              <w:t>Romano Francesco</w:t>
            </w:r>
          </w:p>
        </w:tc>
        <w:tc>
          <w:tcPr>
            <w:tcW w:type="dxa" w:w="6009"/>
          </w:tcPr>
          <w:p>
            <w:r>
              <w:t>Segretario Generale SIOD</w:t>
            </w:r>
          </w:p>
        </w:tc>
      </w:tr>
      <w:tr>
        <w:tc>
          <w:tcPr>
            <w:tcW w:type="dxa" w:w="709"/>
          </w:tcPr>
          <w:p>
            <w:r>
              <w:t>940</w:t>
            </w:r>
          </w:p>
        </w:tc>
        <w:tc>
          <w:tcPr>
            <w:tcW w:type="dxa" w:w="3572"/>
          </w:tcPr>
          <w:p>
            <w:r>
              <w:t>Romano Marco</w:t>
            </w:r>
          </w:p>
        </w:tc>
        <w:tc>
          <w:tcPr>
            <w:tcW w:type="dxa" w:w="6009"/>
          </w:tcPr>
          <w:p>
            <w:r>
              <w:t>Professore, Università di Catania; ex DG SISE-SEUS 118</w:t>
            </w:r>
          </w:p>
        </w:tc>
      </w:tr>
      <w:tr>
        <w:tc>
          <w:tcPr>
            <w:tcW w:type="dxa" w:w="709"/>
          </w:tcPr>
          <w:p>
            <w:r>
              <w:t>941</w:t>
            </w:r>
          </w:p>
        </w:tc>
        <w:tc>
          <w:tcPr>
            <w:tcW w:type="dxa" w:w="3572"/>
          </w:tcPr>
          <w:p>
            <w:r>
              <w:t>Romano Maria Grazia</w:t>
            </w:r>
          </w:p>
        </w:tc>
        <w:tc>
          <w:tcPr>
            <w:tcW w:type="dxa" w:w="6009"/>
          </w:tcPr>
          <w:p>
            <w:r>
              <w:t>Avvocata; Presidente CCA, Policlinico di Catania</w:t>
            </w:r>
          </w:p>
        </w:tc>
      </w:tr>
      <w:tr>
        <w:tc>
          <w:tcPr>
            <w:tcW w:type="dxa" w:w="709"/>
          </w:tcPr>
          <w:p>
            <w:r>
              <w:t>942</w:t>
            </w:r>
          </w:p>
        </w:tc>
        <w:tc>
          <w:tcPr>
            <w:tcW w:type="dxa" w:w="3572"/>
          </w:tcPr>
          <w:p>
            <w:r>
              <w:t>Ronsivalle Salvatore</w:t>
            </w:r>
          </w:p>
        </w:tc>
        <w:tc>
          <w:tcPr>
            <w:tcW w:type="dxa" w:w="6009"/>
          </w:tcPr>
          <w:p>
            <w:r>
              <w:t>Direttore UOC di Otorinolaringoiatria, Ospedale “Gravina” di Caltagirone</w:t>
            </w:r>
          </w:p>
        </w:tc>
      </w:tr>
      <w:tr>
        <w:tc>
          <w:tcPr>
            <w:tcW w:type="dxa" w:w="709"/>
          </w:tcPr>
          <w:p>
            <w:r>
              <w:t>943</w:t>
            </w:r>
          </w:p>
        </w:tc>
        <w:tc>
          <w:tcPr>
            <w:tcW w:type="dxa" w:w="3572"/>
          </w:tcPr>
          <w:p>
            <w:r>
              <w:t>Rosa Andrea</w:t>
            </w:r>
          </w:p>
        </w:tc>
        <w:tc>
          <w:tcPr>
            <w:tcW w:type="dxa" w:w="6009"/>
          </w:tcPr>
          <w:p>
            <w:r>
              <w:t>Biologo</w:t>
            </w:r>
          </w:p>
        </w:tc>
      </w:tr>
      <w:tr>
        <w:tc>
          <w:tcPr>
            <w:tcW w:type="dxa" w:w="709"/>
          </w:tcPr>
          <w:p>
            <w:r>
              <w:t>944</w:t>
            </w:r>
          </w:p>
        </w:tc>
        <w:tc>
          <w:tcPr>
            <w:tcW w:type="dxa" w:w="3572"/>
          </w:tcPr>
          <w:p>
            <w:r>
              <w:t>Rosano Anna</w:t>
            </w:r>
          </w:p>
        </w:tc>
        <w:tc>
          <w:tcPr>
            <w:tcW w:type="dxa" w:w="6009"/>
          </w:tcPr>
          <w:p>
            <w:r>
              <w:t>Coordinatrice infermieristica UOC Chirurgia Generale, Trapani</w:t>
            </w:r>
          </w:p>
        </w:tc>
      </w:tr>
      <w:tr>
        <w:tc>
          <w:tcPr>
            <w:tcW w:type="dxa" w:w="709"/>
          </w:tcPr>
          <w:p>
            <w:r>
              <w:t>945</w:t>
            </w:r>
          </w:p>
        </w:tc>
        <w:tc>
          <w:tcPr>
            <w:tcW w:type="dxa" w:w="3572"/>
          </w:tcPr>
          <w:p>
            <w:r>
              <w:t>Rosella Vincenzo</w:t>
            </w:r>
          </w:p>
        </w:tc>
        <w:tc>
          <w:tcPr>
            <w:tcW w:type="dxa" w:w="6009"/>
          </w:tcPr>
          <w:p>
            <w:r>
              <w:t>Dirigente medico di I livello; Responsabile UOS Terapia Intensiva Neonatale, Ospedale Buccheri La Ferla Fatebenefratelli, Palermo</w:t>
            </w:r>
          </w:p>
        </w:tc>
      </w:tr>
      <w:tr>
        <w:tc>
          <w:tcPr>
            <w:tcW w:type="dxa" w:w="709"/>
          </w:tcPr>
          <w:p>
            <w:r>
              <w:t>946</w:t>
            </w:r>
          </w:p>
        </w:tc>
        <w:tc>
          <w:tcPr>
            <w:tcW w:type="dxa" w:w="3572"/>
          </w:tcPr>
          <w:p>
            <w:r>
              <w:t>Rosso Dora</w:t>
            </w:r>
          </w:p>
        </w:tc>
        <w:tc>
          <w:tcPr>
            <w:tcW w:type="dxa" w:w="6009"/>
          </w:tcPr>
          <w:p>
            <w:r>
              <w:t>Pensionata</w:t>
            </w:r>
          </w:p>
        </w:tc>
      </w:tr>
      <w:tr>
        <w:tc>
          <w:tcPr>
            <w:tcW w:type="dxa" w:w="709"/>
          </w:tcPr>
          <w:p>
            <w:r>
              <w:t>947</w:t>
            </w:r>
          </w:p>
        </w:tc>
        <w:tc>
          <w:tcPr>
            <w:tcW w:type="dxa" w:w="3572"/>
          </w:tcPr>
          <w:p>
            <w:r>
              <w:t>Rotolo Marika</w:t>
            </w:r>
          </w:p>
        </w:tc>
        <w:tc>
          <w:tcPr>
            <w:tcW w:type="dxa" w:w="6009"/>
          </w:tcPr>
          <w:p>
            <w:r>
              <w:t>Dirigente farmacista, ASP Trapani</w:t>
            </w:r>
          </w:p>
        </w:tc>
      </w:tr>
      <w:tr>
        <w:tc>
          <w:tcPr>
            <w:tcW w:type="dxa" w:w="709"/>
          </w:tcPr>
          <w:p>
            <w:r>
              <w:t>948</w:t>
            </w:r>
          </w:p>
        </w:tc>
        <w:tc>
          <w:tcPr>
            <w:tcW w:type="dxa" w:w="3572"/>
          </w:tcPr>
          <w:p>
            <w:r>
              <w:t>Rubino Antonio</w:t>
            </w:r>
          </w:p>
        </w:tc>
        <w:tc>
          <w:tcPr>
            <w:tcW w:type="dxa" w:w="6009"/>
          </w:tcPr>
          <w:p>
            <w:r>
              <w:t>Medico cardiologo</w:t>
            </w:r>
          </w:p>
        </w:tc>
      </w:tr>
      <w:tr>
        <w:tc>
          <w:tcPr>
            <w:tcW w:type="dxa" w:w="709"/>
          </w:tcPr>
          <w:p>
            <w:r>
              <w:t>949</w:t>
            </w:r>
          </w:p>
        </w:tc>
        <w:tc>
          <w:tcPr>
            <w:tcW w:type="dxa" w:w="3572"/>
          </w:tcPr>
          <w:p>
            <w:r>
              <w:t>Ruggeri Cettina</w:t>
            </w:r>
          </w:p>
        </w:tc>
        <w:tc>
          <w:tcPr>
            <w:tcW w:type="dxa" w:w="6009"/>
          </w:tcPr>
          <w:p>
            <w:r>
              <w:t>Impiegata amministrativa</w:t>
            </w:r>
          </w:p>
        </w:tc>
      </w:tr>
      <w:tr>
        <w:tc>
          <w:tcPr>
            <w:tcW w:type="dxa" w:w="709"/>
          </w:tcPr>
          <w:p>
            <w:r>
              <w:t>950</w:t>
            </w:r>
          </w:p>
        </w:tc>
        <w:tc>
          <w:tcPr>
            <w:tcW w:type="dxa" w:w="3572"/>
          </w:tcPr>
          <w:p>
            <w:r>
              <w:t>Ruggeri Flavio</w:t>
            </w:r>
          </w:p>
        </w:tc>
        <w:tc>
          <w:tcPr>
            <w:tcW w:type="dxa" w:w="6009"/>
          </w:tcPr>
          <w:p>
            <w:r>
              <w:t>Studente</w:t>
            </w:r>
          </w:p>
        </w:tc>
      </w:tr>
      <w:tr>
        <w:tc>
          <w:tcPr>
            <w:tcW w:type="dxa" w:w="709"/>
          </w:tcPr>
          <w:p>
            <w:r>
              <w:t>951</w:t>
            </w:r>
          </w:p>
        </w:tc>
        <w:tc>
          <w:tcPr>
            <w:tcW w:type="dxa" w:w="3572"/>
          </w:tcPr>
          <w:p>
            <w:r>
              <w:t>Ruggeri Francesco</w:t>
            </w:r>
          </w:p>
        </w:tc>
        <w:tc>
          <w:tcPr>
            <w:tcW w:type="dxa" w:w="6009"/>
          </w:tcPr>
          <w:p>
            <w:r>
              <w:t>Manager della sanità privata</w:t>
            </w:r>
          </w:p>
        </w:tc>
      </w:tr>
      <w:tr>
        <w:tc>
          <w:tcPr>
            <w:tcW w:type="dxa" w:w="709"/>
          </w:tcPr>
          <w:p>
            <w:r>
              <w:t>952</w:t>
            </w:r>
          </w:p>
        </w:tc>
        <w:tc>
          <w:tcPr>
            <w:tcW w:type="dxa" w:w="3572"/>
          </w:tcPr>
          <w:p>
            <w:r>
              <w:t>Ruggeri Maria</w:t>
            </w:r>
          </w:p>
        </w:tc>
        <w:tc>
          <w:tcPr>
            <w:tcW w:type="dxa" w:w="6009"/>
          </w:tcPr>
          <w:p>
            <w:r>
              <w:t>Addetta alle pulizie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953</w:t>
            </w:r>
          </w:p>
        </w:tc>
        <w:tc>
          <w:tcPr>
            <w:tcW w:type="dxa" w:w="3572"/>
          </w:tcPr>
          <w:p>
            <w:r>
              <w:t>Ruggeri Valerio</w:t>
            </w:r>
          </w:p>
        </w:tc>
        <w:tc>
          <w:tcPr>
            <w:tcW w:type="dxa" w:w="6009"/>
          </w:tcPr>
          <w:p>
            <w:r>
              <w:t>Studente</w:t>
            </w:r>
          </w:p>
        </w:tc>
      </w:tr>
      <w:tr>
        <w:tc>
          <w:tcPr>
            <w:tcW w:type="dxa" w:w="709"/>
          </w:tcPr>
          <w:p>
            <w:r>
              <w:t>954</w:t>
            </w:r>
          </w:p>
        </w:tc>
        <w:tc>
          <w:tcPr>
            <w:tcW w:type="dxa" w:w="3572"/>
          </w:tcPr>
          <w:p>
            <w:r>
              <w:t>Russa Francesco</w:t>
            </w:r>
          </w:p>
        </w:tc>
        <w:tc>
          <w:tcPr>
            <w:tcW w:type="dxa" w:w="6009"/>
          </w:tcPr>
          <w:p>
            <w:r>
              <w:t>Odontoiatra, Dental Clinic</w:t>
            </w:r>
          </w:p>
        </w:tc>
      </w:tr>
      <w:tr>
        <w:tc>
          <w:tcPr>
            <w:tcW w:type="dxa" w:w="709"/>
          </w:tcPr>
          <w:p>
            <w:r>
              <w:t>955</w:t>
            </w:r>
          </w:p>
        </w:tc>
        <w:tc>
          <w:tcPr>
            <w:tcW w:type="dxa" w:w="3572"/>
          </w:tcPr>
          <w:p>
            <w:r>
              <w:t>Russa Giuseppina</w:t>
            </w:r>
          </w:p>
        </w:tc>
        <w:tc>
          <w:tcPr>
            <w:tcW w:type="dxa" w:w="6009"/>
          </w:tcPr>
          <w:p>
            <w:r>
              <w:t>Oculista convenzionata</w:t>
            </w:r>
          </w:p>
        </w:tc>
      </w:tr>
      <w:tr>
        <w:tc>
          <w:tcPr>
            <w:tcW w:type="dxa" w:w="709"/>
          </w:tcPr>
          <w:p>
            <w:r>
              <w:t>956</w:t>
            </w:r>
          </w:p>
        </w:tc>
        <w:tc>
          <w:tcPr>
            <w:tcW w:type="dxa" w:w="3572"/>
          </w:tcPr>
          <w:p>
            <w:r>
              <w:t>Russello Giancarlo</w:t>
            </w:r>
          </w:p>
        </w:tc>
        <w:tc>
          <w:tcPr>
            <w:tcW w:type="dxa" w:w="6009"/>
          </w:tcPr>
          <w:p>
            <w:r>
              <w:t>Operatore socio-sanitario (OSS)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957</w:t>
            </w:r>
          </w:p>
        </w:tc>
        <w:tc>
          <w:tcPr>
            <w:tcW w:type="dxa" w:w="3572"/>
          </w:tcPr>
          <w:p>
            <w:r>
              <w:t>Russo Accursio</w:t>
            </w:r>
          </w:p>
        </w:tc>
        <w:tc>
          <w:tcPr>
            <w:tcW w:type="dxa" w:w="6009"/>
          </w:tcPr>
          <w:p>
            <w:r>
              <w:t>Ingegnere</w:t>
            </w:r>
          </w:p>
        </w:tc>
      </w:tr>
      <w:tr>
        <w:tc>
          <w:tcPr>
            <w:tcW w:type="dxa" w:w="709"/>
          </w:tcPr>
          <w:p>
            <w:r>
              <w:t>958</w:t>
            </w:r>
          </w:p>
        </w:tc>
        <w:tc>
          <w:tcPr>
            <w:tcW w:type="dxa" w:w="3572"/>
          </w:tcPr>
          <w:p>
            <w:r>
              <w:t>Russo Agata</w:t>
            </w:r>
          </w:p>
        </w:tc>
        <w:tc>
          <w:tcPr>
            <w:tcW w:type="dxa" w:w="6009"/>
          </w:tcPr>
          <w:p>
            <w:r>
              <w:t>Medico di medicina generale</w:t>
            </w:r>
          </w:p>
        </w:tc>
      </w:tr>
      <w:tr>
        <w:tc>
          <w:tcPr>
            <w:tcW w:type="dxa" w:w="709"/>
          </w:tcPr>
          <w:p>
            <w:r>
              <w:t>959</w:t>
            </w:r>
          </w:p>
        </w:tc>
        <w:tc>
          <w:tcPr>
            <w:tcW w:type="dxa" w:w="3572"/>
          </w:tcPr>
          <w:p>
            <w:r>
              <w:t>Russo Andrea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960</w:t>
            </w:r>
          </w:p>
        </w:tc>
        <w:tc>
          <w:tcPr>
            <w:tcW w:type="dxa" w:w="3572"/>
          </w:tcPr>
          <w:p>
            <w:r>
              <w:t>Russo Antonino</w:t>
            </w:r>
          </w:p>
        </w:tc>
        <w:tc>
          <w:tcPr>
            <w:tcW w:type="dxa" w:w="6009"/>
          </w:tcPr>
          <w:p>
            <w:r>
              <w:t>Medico fisiatra</w:t>
            </w:r>
          </w:p>
        </w:tc>
      </w:tr>
      <w:tr>
        <w:tc>
          <w:tcPr>
            <w:tcW w:type="dxa" w:w="709"/>
          </w:tcPr>
          <w:p>
            <w:r>
              <w:t>961</w:t>
            </w:r>
          </w:p>
        </w:tc>
        <w:tc>
          <w:tcPr>
            <w:tcW w:type="dxa" w:w="3572"/>
          </w:tcPr>
          <w:p>
            <w:r>
              <w:t>Russo Giacomina</w:t>
            </w:r>
          </w:p>
        </w:tc>
        <w:tc>
          <w:tcPr>
            <w:tcW w:type="dxa" w:w="6009"/>
          </w:tcPr>
          <w:p>
            <w:r>
              <w:t>Insegnante</w:t>
            </w:r>
          </w:p>
        </w:tc>
      </w:tr>
      <w:tr>
        <w:tc>
          <w:tcPr>
            <w:tcW w:type="dxa" w:w="709"/>
          </w:tcPr>
          <w:p>
            <w:r>
              <w:t>962</w:t>
            </w:r>
          </w:p>
        </w:tc>
        <w:tc>
          <w:tcPr>
            <w:tcW w:type="dxa" w:w="3572"/>
          </w:tcPr>
          <w:p>
            <w:r>
              <w:t>Russo Marika</w:t>
            </w:r>
          </w:p>
        </w:tc>
        <w:tc>
          <w:tcPr>
            <w:tcW w:type="dxa" w:w="6009"/>
          </w:tcPr>
          <w:p>
            <w:r>
              <w:t>Infermiera professionale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963</w:t>
            </w:r>
          </w:p>
        </w:tc>
        <w:tc>
          <w:tcPr>
            <w:tcW w:type="dxa" w:w="3572"/>
          </w:tcPr>
          <w:p>
            <w:r>
              <w:t>Russo Salvatore</w:t>
            </w:r>
          </w:p>
        </w:tc>
        <w:tc>
          <w:tcPr>
            <w:tcW w:type="dxa" w:w="6009"/>
          </w:tcPr>
          <w:p>
            <w:r>
              <w:t>Già Direttore Sanitario, ASP 6 Palermo</w:t>
            </w:r>
          </w:p>
        </w:tc>
      </w:tr>
      <w:tr>
        <w:tc>
          <w:tcPr>
            <w:tcW w:type="dxa" w:w="709"/>
          </w:tcPr>
          <w:p>
            <w:r>
              <w:t>964</w:t>
            </w:r>
          </w:p>
        </w:tc>
        <w:tc>
          <w:tcPr>
            <w:tcW w:type="dxa" w:w="3572"/>
          </w:tcPr>
          <w:p>
            <w:r>
              <w:t>Ruta Giovanni</w:t>
            </w:r>
          </w:p>
        </w:tc>
        <w:tc>
          <w:tcPr>
            <w:tcW w:type="dxa" w:w="6009"/>
          </w:tcPr>
          <w:p>
            <w:r>
              <w:t>Dirigente medico; Responsabile Rischio Clinico, ASP Ragusa.</w:t>
            </w:r>
          </w:p>
        </w:tc>
      </w:tr>
      <w:tr>
        <w:tc>
          <w:tcPr>
            <w:tcW w:type="dxa" w:w="709"/>
          </w:tcPr>
          <w:p>
            <w:r>
              <w:t>965</w:t>
            </w:r>
          </w:p>
        </w:tc>
        <w:tc>
          <w:tcPr>
            <w:tcW w:type="dxa" w:w="3572"/>
          </w:tcPr>
          <w:p>
            <w:r>
              <w:t>Rutilio Grazia</w:t>
            </w:r>
          </w:p>
        </w:tc>
        <w:tc>
          <w:tcPr>
            <w:tcW w:type="dxa" w:w="6009"/>
          </w:tcPr>
          <w:p>
            <w:r>
              <w:t>Dietista, Azienda Ospedaliera Papardo</w:t>
            </w:r>
          </w:p>
        </w:tc>
      </w:tr>
      <w:tr>
        <w:tc>
          <w:tcPr>
            <w:tcW w:type="dxa" w:w="709"/>
          </w:tcPr>
          <w:p>
            <w:r>
              <w:t>966</w:t>
            </w:r>
          </w:p>
        </w:tc>
        <w:tc>
          <w:tcPr>
            <w:tcW w:type="dxa" w:w="3572"/>
          </w:tcPr>
          <w:p>
            <w:r>
              <w:t>Ruvolo Giovanni</w:t>
            </w:r>
          </w:p>
        </w:tc>
        <w:tc>
          <w:tcPr>
            <w:tcW w:type="dxa" w:w="6009"/>
          </w:tcPr>
          <w:p>
            <w:r>
              <w:t>Promotore del movimento "Solidali"</w:t>
            </w:r>
          </w:p>
        </w:tc>
      </w:tr>
      <w:tr>
        <w:tc>
          <w:tcPr>
            <w:tcW w:type="dxa" w:w="709"/>
          </w:tcPr>
          <w:p>
            <w:r>
              <w:t>967</w:t>
            </w:r>
          </w:p>
        </w:tc>
        <w:tc>
          <w:tcPr>
            <w:tcW w:type="dxa" w:w="3572"/>
          </w:tcPr>
          <w:p>
            <w:r>
              <w:t>Sabella Laura</w:t>
            </w:r>
          </w:p>
        </w:tc>
        <w:tc>
          <w:tcPr>
            <w:tcW w:type="dxa" w:w="6009"/>
          </w:tcPr>
          <w:p>
            <w:r>
              <w:t>Commercialista</w:t>
            </w:r>
          </w:p>
        </w:tc>
      </w:tr>
      <w:tr>
        <w:tc>
          <w:tcPr>
            <w:tcW w:type="dxa" w:w="709"/>
          </w:tcPr>
          <w:p>
            <w:r>
              <w:t>968</w:t>
            </w:r>
          </w:p>
        </w:tc>
        <w:tc>
          <w:tcPr>
            <w:tcW w:type="dxa" w:w="3572"/>
          </w:tcPr>
          <w:p>
            <w:r>
              <w:t>Safina Giordana</w:t>
            </w:r>
          </w:p>
        </w:tc>
        <w:tc>
          <w:tcPr>
            <w:tcW w:type="dxa" w:w="6009"/>
          </w:tcPr>
          <w:p>
            <w:r>
              <w:t>Medico anestesista rianimatore</w:t>
            </w:r>
          </w:p>
        </w:tc>
      </w:tr>
      <w:tr>
        <w:tc>
          <w:tcPr>
            <w:tcW w:type="dxa" w:w="709"/>
          </w:tcPr>
          <w:p>
            <w:r>
              <w:t>969</w:t>
            </w:r>
          </w:p>
        </w:tc>
        <w:tc>
          <w:tcPr>
            <w:tcW w:type="dxa" w:w="3572"/>
          </w:tcPr>
          <w:p>
            <w:r>
              <w:t>Saitta Luciana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970</w:t>
            </w:r>
          </w:p>
        </w:tc>
        <w:tc>
          <w:tcPr>
            <w:tcW w:type="dxa" w:w="3572"/>
          </w:tcPr>
          <w:p>
            <w:r>
              <w:t>Sajeva Giuseppe</w:t>
            </w:r>
          </w:p>
        </w:tc>
        <w:tc>
          <w:tcPr>
            <w:tcW w:type="dxa" w:w="6009"/>
          </w:tcPr>
          <w:p>
            <w:r>
              <w:t>Manager di azienda ICT per la sanità digitale</w:t>
            </w:r>
          </w:p>
        </w:tc>
      </w:tr>
      <w:tr>
        <w:tc>
          <w:tcPr>
            <w:tcW w:type="dxa" w:w="709"/>
          </w:tcPr>
          <w:p>
            <w:r>
              <w:t>971</w:t>
            </w:r>
          </w:p>
        </w:tc>
        <w:tc>
          <w:tcPr>
            <w:tcW w:type="dxa" w:w="3572"/>
          </w:tcPr>
          <w:p>
            <w:r>
              <w:t>Sala Francesca</w:t>
            </w:r>
          </w:p>
        </w:tc>
        <w:tc>
          <w:tcPr>
            <w:tcW w:type="dxa" w:w="6009"/>
          </w:tcPr>
          <w:p>
            <w:r>
              <w:t>Pneumologa; dirigente medico, ASP Palermo</w:t>
            </w:r>
          </w:p>
        </w:tc>
      </w:tr>
      <w:tr>
        <w:tc>
          <w:tcPr>
            <w:tcW w:type="dxa" w:w="709"/>
          </w:tcPr>
          <w:p>
            <w:r>
              <w:t>972</w:t>
            </w:r>
          </w:p>
        </w:tc>
        <w:tc>
          <w:tcPr>
            <w:tcW w:type="dxa" w:w="3572"/>
          </w:tcPr>
          <w:p>
            <w:r>
              <w:t>Sala Maria</w:t>
            </w:r>
          </w:p>
        </w:tc>
        <w:tc>
          <w:tcPr>
            <w:tcW w:type="dxa" w:w="6009"/>
          </w:tcPr>
          <w:p>
            <w:r>
              <w:t>Infermiera professionale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973</w:t>
            </w:r>
          </w:p>
        </w:tc>
        <w:tc>
          <w:tcPr>
            <w:tcW w:type="dxa" w:w="3572"/>
          </w:tcPr>
          <w:p>
            <w:r>
              <w:t>Saladino Giuseppe</w:t>
            </w:r>
          </w:p>
        </w:tc>
        <w:tc>
          <w:tcPr>
            <w:tcW w:type="dxa" w:w="6009"/>
          </w:tcPr>
          <w:p>
            <w:r>
              <w:t>Aiuto cuoco, RSA</w:t>
            </w:r>
          </w:p>
        </w:tc>
      </w:tr>
      <w:tr>
        <w:tc>
          <w:tcPr>
            <w:tcW w:type="dxa" w:w="709"/>
          </w:tcPr>
          <w:p>
            <w:r>
              <w:t>974</w:t>
            </w:r>
          </w:p>
        </w:tc>
        <w:tc>
          <w:tcPr>
            <w:tcW w:type="dxa" w:w="3572"/>
          </w:tcPr>
          <w:p>
            <w:r>
              <w:t>Salemi Giuseppe</w:t>
            </w:r>
          </w:p>
        </w:tc>
        <w:tc>
          <w:tcPr>
            <w:tcW w:type="dxa" w:w="6009"/>
          </w:tcPr>
          <w:p>
            <w:r>
              <w:t>Professore associato di Neurologia, AOUP “Paolo Giaccone” di Palermo</w:t>
            </w:r>
          </w:p>
        </w:tc>
      </w:tr>
      <w:tr>
        <w:tc>
          <w:tcPr>
            <w:tcW w:type="dxa" w:w="709"/>
          </w:tcPr>
          <w:p>
            <w:r>
              <w:t>975</w:t>
            </w:r>
          </w:p>
        </w:tc>
        <w:tc>
          <w:tcPr>
            <w:tcW w:type="dxa" w:w="3572"/>
          </w:tcPr>
          <w:p>
            <w:r>
              <w:t>Salvaggio Anna</w:t>
            </w:r>
          </w:p>
        </w:tc>
        <w:tc>
          <w:tcPr>
            <w:tcW w:type="dxa" w:w="6009"/>
          </w:tcPr>
          <w:p>
            <w:r>
              <w:t>Dirigente medico pediatra, Ospedale Cervello, Palermo</w:t>
            </w:r>
          </w:p>
        </w:tc>
      </w:tr>
      <w:tr>
        <w:tc>
          <w:tcPr>
            <w:tcW w:type="dxa" w:w="709"/>
          </w:tcPr>
          <w:p>
            <w:r>
              <w:t>976</w:t>
            </w:r>
          </w:p>
        </w:tc>
        <w:tc>
          <w:tcPr>
            <w:tcW w:type="dxa" w:w="3572"/>
          </w:tcPr>
          <w:p>
            <w:r>
              <w:t>Salvaggio Franca</w:t>
            </w:r>
          </w:p>
        </w:tc>
        <w:tc>
          <w:tcPr>
            <w:tcW w:type="dxa" w:w="6009"/>
          </w:tcPr>
          <w:p>
            <w:r/>
          </w:p>
        </w:tc>
      </w:tr>
      <w:tr>
        <w:tc>
          <w:tcPr>
            <w:tcW w:type="dxa" w:w="709"/>
          </w:tcPr>
          <w:p>
            <w:r>
              <w:t>977</w:t>
            </w:r>
          </w:p>
        </w:tc>
        <w:tc>
          <w:tcPr>
            <w:tcW w:type="dxa" w:w="3572"/>
          </w:tcPr>
          <w:p>
            <w:r>
              <w:t>Salvaggio Maria</w:t>
            </w:r>
          </w:p>
        </w:tc>
        <w:tc>
          <w:tcPr>
            <w:tcW w:type="dxa" w:w="6009"/>
          </w:tcPr>
          <w:p>
            <w:r>
              <w:t>Dipendente</w:t>
            </w:r>
          </w:p>
        </w:tc>
      </w:tr>
      <w:tr>
        <w:tc>
          <w:tcPr>
            <w:tcW w:type="dxa" w:w="709"/>
          </w:tcPr>
          <w:p>
            <w:r>
              <w:t>978</w:t>
            </w:r>
          </w:p>
        </w:tc>
        <w:tc>
          <w:tcPr>
            <w:tcW w:type="dxa" w:w="3572"/>
          </w:tcPr>
          <w:p>
            <w:r>
              <w:t>Salvo Gabriele</w:t>
            </w:r>
          </w:p>
        </w:tc>
        <w:tc>
          <w:tcPr>
            <w:tcW w:type="dxa" w:w="6009"/>
          </w:tcPr>
          <w:p>
            <w:r>
              <w:t>Accreditato SSR, Mazara del Vallo</w:t>
            </w:r>
          </w:p>
        </w:tc>
      </w:tr>
      <w:tr>
        <w:tc>
          <w:tcPr>
            <w:tcW w:type="dxa" w:w="709"/>
          </w:tcPr>
          <w:p>
            <w:r>
              <w:t>979</w:t>
            </w:r>
          </w:p>
        </w:tc>
        <w:tc>
          <w:tcPr>
            <w:tcW w:type="dxa" w:w="3572"/>
          </w:tcPr>
          <w:p>
            <w:r>
              <w:t>Sammarco Roberto</w:t>
            </w:r>
          </w:p>
        </w:tc>
        <w:tc>
          <w:tcPr>
            <w:tcW w:type="dxa" w:w="6009"/>
          </w:tcPr>
          <w:p>
            <w:r>
              <w:t>Medico, odontoiatra e biologo; Presidente AIOM - Accademia Italiana Odontoiatria Microscopica</w:t>
            </w:r>
          </w:p>
        </w:tc>
      </w:tr>
      <w:tr>
        <w:tc>
          <w:tcPr>
            <w:tcW w:type="dxa" w:w="709"/>
          </w:tcPr>
          <w:p>
            <w:r>
              <w:t>980</w:t>
            </w:r>
          </w:p>
        </w:tc>
        <w:tc>
          <w:tcPr>
            <w:tcW w:type="dxa" w:w="3572"/>
          </w:tcPr>
          <w:p>
            <w:r>
              <w:t>Sammartano Valentina</w:t>
            </w:r>
          </w:p>
        </w:tc>
        <w:tc>
          <w:tcPr>
            <w:tcW w:type="dxa" w:w="6009"/>
          </w:tcPr>
          <w:p>
            <w:r>
              <w:t>Operatrice sanitaria, Casa di riposo</w:t>
            </w:r>
          </w:p>
        </w:tc>
      </w:tr>
      <w:tr>
        <w:tc>
          <w:tcPr>
            <w:tcW w:type="dxa" w:w="709"/>
          </w:tcPr>
          <w:p>
            <w:r>
              <w:t>981</w:t>
            </w:r>
          </w:p>
        </w:tc>
        <w:tc>
          <w:tcPr>
            <w:tcW w:type="dxa" w:w="3572"/>
          </w:tcPr>
          <w:p>
            <w:r>
              <w:t>Santacroce Tiziana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982</w:t>
            </w:r>
          </w:p>
        </w:tc>
        <w:tc>
          <w:tcPr>
            <w:tcW w:type="dxa" w:w="3572"/>
          </w:tcPr>
          <w:p>
            <w:r>
              <w:t>Santagati Maria</w:t>
            </w:r>
          </w:p>
        </w:tc>
        <w:tc>
          <w:tcPr>
            <w:tcW w:type="dxa" w:w="6009"/>
          </w:tcPr>
          <w:p>
            <w:r>
              <w:t>Operatrice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983</w:t>
            </w:r>
          </w:p>
        </w:tc>
        <w:tc>
          <w:tcPr>
            <w:tcW w:type="dxa" w:w="3572"/>
          </w:tcPr>
          <w:p>
            <w:r>
              <w:t>Santoro Achille</w:t>
            </w:r>
          </w:p>
        </w:tc>
        <w:tc>
          <w:tcPr>
            <w:tcW w:type="dxa" w:w="6009"/>
          </w:tcPr>
          <w:p>
            <w:r>
              <w:t>Impiegato bancario</w:t>
            </w:r>
          </w:p>
        </w:tc>
      </w:tr>
      <w:tr>
        <w:tc>
          <w:tcPr>
            <w:tcW w:type="dxa" w:w="709"/>
          </w:tcPr>
          <w:p>
            <w:r>
              <w:t>984</w:t>
            </w:r>
          </w:p>
        </w:tc>
        <w:tc>
          <w:tcPr>
            <w:tcW w:type="dxa" w:w="3572"/>
          </w:tcPr>
          <w:p>
            <w:r>
              <w:t>Sapienza Giuseppe</w:t>
            </w:r>
          </w:p>
        </w:tc>
        <w:tc>
          <w:tcPr>
            <w:tcW w:type="dxa" w:w="6009"/>
          </w:tcPr>
          <w:p>
            <w:r>
              <w:t>Psichiatra; già dirigente medico UOC Psichiatria 1, DSM ASP Ragusa; attualmente titolare di contratto libero-professionale presso l’ASP Ragusa</w:t>
            </w:r>
          </w:p>
        </w:tc>
      </w:tr>
      <w:tr>
        <w:tc>
          <w:tcPr>
            <w:tcW w:type="dxa" w:w="709"/>
          </w:tcPr>
          <w:p>
            <w:r>
              <w:t>985</w:t>
            </w:r>
          </w:p>
        </w:tc>
        <w:tc>
          <w:tcPr>
            <w:tcW w:type="dxa" w:w="3572"/>
          </w:tcPr>
          <w:p>
            <w:r>
              <w:t>Sapienza Toti</w:t>
            </w:r>
          </w:p>
        </w:tc>
        <w:tc>
          <w:tcPr>
            <w:tcW w:type="dxa" w:w="6009"/>
          </w:tcPr>
          <w:p>
            <w:r>
              <w:t>Professore ordinario di Fisiologia Umana, Università di Catania.</w:t>
            </w:r>
          </w:p>
        </w:tc>
      </w:tr>
      <w:tr>
        <w:tc>
          <w:tcPr>
            <w:tcW w:type="dxa" w:w="709"/>
          </w:tcPr>
          <w:p>
            <w:r>
              <w:t>986</w:t>
            </w:r>
          </w:p>
        </w:tc>
        <w:tc>
          <w:tcPr>
            <w:tcW w:type="dxa" w:w="3572"/>
          </w:tcPr>
          <w:p>
            <w:r>
              <w:t>Saporito Francesco</w:t>
            </w:r>
          </w:p>
        </w:tc>
        <w:tc>
          <w:tcPr>
            <w:tcW w:type="dxa" w:w="6009"/>
          </w:tcPr>
          <w:p>
            <w:r>
              <w:t>Specialista in Cardiologia, libero professionista</w:t>
            </w:r>
          </w:p>
        </w:tc>
      </w:tr>
      <w:tr>
        <w:tc>
          <w:tcPr>
            <w:tcW w:type="dxa" w:w="709"/>
          </w:tcPr>
          <w:p>
            <w:r>
              <w:t>987</w:t>
            </w:r>
          </w:p>
        </w:tc>
        <w:tc>
          <w:tcPr>
            <w:tcW w:type="dxa" w:w="3572"/>
          </w:tcPr>
          <w:p>
            <w:r>
              <w:t>Satullo Gaetano</w:t>
            </w:r>
          </w:p>
        </w:tc>
        <w:tc>
          <w:tcPr>
            <w:tcW w:type="dxa" w:w="6009"/>
          </w:tcPr>
          <w:p>
            <w:r>
              <w:t>Cardiologo, Messina</w:t>
            </w:r>
          </w:p>
        </w:tc>
      </w:tr>
      <w:tr>
        <w:tc>
          <w:tcPr>
            <w:tcW w:type="dxa" w:w="709"/>
          </w:tcPr>
          <w:p>
            <w:r>
              <w:t>988</w:t>
            </w:r>
          </w:p>
        </w:tc>
        <w:tc>
          <w:tcPr>
            <w:tcW w:type="dxa" w:w="3572"/>
          </w:tcPr>
          <w:p>
            <w:r>
              <w:t>Sausa Leonarda</w:t>
            </w:r>
          </w:p>
        </w:tc>
        <w:tc>
          <w:tcPr>
            <w:tcW w:type="dxa" w:w="6009"/>
          </w:tcPr>
          <w:p>
            <w:r>
              <w:t>Assistente sociale presso struttura socio-assistenziale</w:t>
            </w:r>
          </w:p>
        </w:tc>
      </w:tr>
      <w:tr>
        <w:tc>
          <w:tcPr>
            <w:tcW w:type="dxa" w:w="709"/>
          </w:tcPr>
          <w:p>
            <w:r>
              <w:t>989</w:t>
            </w:r>
          </w:p>
        </w:tc>
        <w:tc>
          <w:tcPr>
            <w:tcW w:type="dxa" w:w="3572"/>
          </w:tcPr>
          <w:p>
            <w:r>
              <w:t>Savoca Gianfranco</w:t>
            </w:r>
          </w:p>
        </w:tc>
        <w:tc>
          <w:tcPr>
            <w:tcW w:type="dxa" w:w="6009"/>
          </w:tcPr>
          <w:p>
            <w:r>
              <w:t>Direttore UOC di Urologia, ARNAS Civico Palermo</w:t>
            </w:r>
          </w:p>
        </w:tc>
      </w:tr>
      <w:tr>
        <w:tc>
          <w:tcPr>
            <w:tcW w:type="dxa" w:w="709"/>
          </w:tcPr>
          <w:p>
            <w:r>
              <w:t>990</w:t>
            </w:r>
          </w:p>
        </w:tc>
        <w:tc>
          <w:tcPr>
            <w:tcW w:type="dxa" w:w="3572"/>
          </w:tcPr>
          <w:p>
            <w:r>
              <w:t>Savoca Massimiliano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991</w:t>
            </w:r>
          </w:p>
        </w:tc>
        <w:tc>
          <w:tcPr>
            <w:tcW w:type="dxa" w:w="3572"/>
          </w:tcPr>
          <w:p>
            <w:r>
              <w:t>Scaduto Antonino</w:t>
            </w:r>
          </w:p>
        </w:tc>
        <w:tc>
          <w:tcPr>
            <w:tcW w:type="dxa" w:w="6009"/>
          </w:tcPr>
          <w:p>
            <w:r>
              <w:t>Amministratore - fisiatra</w:t>
            </w:r>
          </w:p>
        </w:tc>
      </w:tr>
      <w:tr>
        <w:tc>
          <w:tcPr>
            <w:tcW w:type="dxa" w:w="709"/>
          </w:tcPr>
          <w:p>
            <w:r>
              <w:t>992</w:t>
            </w:r>
          </w:p>
        </w:tc>
        <w:tc>
          <w:tcPr>
            <w:tcW w:type="dxa" w:w="3572"/>
          </w:tcPr>
          <w:p>
            <w:r>
              <w:t>Scaffidi Giuseppina</w:t>
            </w:r>
          </w:p>
        </w:tc>
        <w:tc>
          <w:tcPr>
            <w:tcW w:type="dxa" w:w="6009"/>
          </w:tcPr>
          <w:p>
            <w:r>
              <w:t>Medico, SAMOT</w:t>
            </w:r>
          </w:p>
        </w:tc>
      </w:tr>
      <w:tr>
        <w:tc>
          <w:tcPr>
            <w:tcW w:type="dxa" w:w="709"/>
          </w:tcPr>
          <w:p>
            <w:r>
              <w:t>993</w:t>
            </w:r>
          </w:p>
        </w:tc>
        <w:tc>
          <w:tcPr>
            <w:tcW w:type="dxa" w:w="3572"/>
          </w:tcPr>
          <w:p>
            <w:r>
              <w:t>Scaglione Giuseppe</w:t>
            </w:r>
          </w:p>
        </w:tc>
        <w:tc>
          <w:tcPr>
            <w:tcW w:type="dxa" w:w="6009"/>
          </w:tcPr>
          <w:p>
            <w:r>
              <w:t>Fisiatra; già Direttore del Dipartimento di Riabilitazione, ASP Catania</w:t>
            </w:r>
          </w:p>
        </w:tc>
      </w:tr>
      <w:tr>
        <w:tc>
          <w:tcPr>
            <w:tcW w:type="dxa" w:w="709"/>
          </w:tcPr>
          <w:p>
            <w:r>
              <w:t>994</w:t>
            </w:r>
          </w:p>
        </w:tc>
        <w:tc>
          <w:tcPr>
            <w:tcW w:type="dxa" w:w="3572"/>
          </w:tcPr>
          <w:p>
            <w:r>
              <w:t>Scalia Alice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995</w:t>
            </w:r>
          </w:p>
        </w:tc>
        <w:tc>
          <w:tcPr>
            <w:tcW w:type="dxa" w:w="3572"/>
          </w:tcPr>
          <w:p>
            <w:r>
              <w:t>Scalia Sergio</w:t>
            </w:r>
          </w:p>
        </w:tc>
        <w:tc>
          <w:tcPr>
            <w:tcW w:type="dxa" w:w="6009"/>
          </w:tcPr>
          <w:p>
            <w:r>
              <w:t>UOC Oftalmologia, Ospedale di Enna</w:t>
            </w:r>
          </w:p>
        </w:tc>
      </w:tr>
      <w:tr>
        <w:tc>
          <w:tcPr>
            <w:tcW w:type="dxa" w:w="709"/>
          </w:tcPr>
          <w:p>
            <w:r>
              <w:t>996</w:t>
            </w:r>
          </w:p>
        </w:tc>
        <w:tc>
          <w:tcPr>
            <w:tcW w:type="dxa" w:w="3572"/>
          </w:tcPr>
          <w:p>
            <w:r>
              <w:t>Scalici Grazia</w:t>
            </w:r>
          </w:p>
        </w:tc>
        <w:tc>
          <w:tcPr>
            <w:tcW w:type="dxa" w:w="6009"/>
          </w:tcPr>
          <w:p>
            <w:r>
              <w:t>Collaboratrice amministrativa presso A.O.U. Policlinico “Paolo Giaccone” di Palermo</w:t>
            </w:r>
          </w:p>
        </w:tc>
      </w:tr>
      <w:tr>
        <w:tc>
          <w:tcPr>
            <w:tcW w:type="dxa" w:w="709"/>
          </w:tcPr>
          <w:p>
            <w:r>
              <w:t>997</w:t>
            </w:r>
          </w:p>
        </w:tc>
        <w:tc>
          <w:tcPr>
            <w:tcW w:type="dxa" w:w="3572"/>
          </w:tcPr>
          <w:p>
            <w:r>
              <w:t>Scalisi Luca</w:t>
            </w:r>
          </w:p>
        </w:tc>
        <w:tc>
          <w:tcPr>
            <w:tcW w:type="dxa" w:w="6009"/>
          </w:tcPr>
          <w:p>
            <w:r>
              <w:t>Medico fisiatra</w:t>
            </w:r>
          </w:p>
        </w:tc>
      </w:tr>
      <w:tr>
        <w:tc>
          <w:tcPr>
            <w:tcW w:type="dxa" w:w="709"/>
          </w:tcPr>
          <w:p>
            <w:r>
              <w:t>998</w:t>
            </w:r>
          </w:p>
        </w:tc>
        <w:tc>
          <w:tcPr>
            <w:tcW w:type="dxa" w:w="3572"/>
          </w:tcPr>
          <w:p>
            <w:r>
              <w:t>Scandaglia Luigi</w:t>
            </w:r>
          </w:p>
        </w:tc>
        <w:tc>
          <w:tcPr>
            <w:tcW w:type="dxa" w:w="6009"/>
          </w:tcPr>
          <w:p>
            <w:r>
              <w:t>Medico psichiatra</w:t>
            </w:r>
          </w:p>
        </w:tc>
      </w:tr>
      <w:tr>
        <w:tc>
          <w:tcPr>
            <w:tcW w:type="dxa" w:w="709"/>
          </w:tcPr>
          <w:p>
            <w:r>
              <w:t>999</w:t>
            </w:r>
          </w:p>
        </w:tc>
        <w:tc>
          <w:tcPr>
            <w:tcW w:type="dxa" w:w="3572"/>
          </w:tcPr>
          <w:p>
            <w:r>
              <w:t>Scandurra Patrizia</w:t>
            </w:r>
          </w:p>
        </w:tc>
        <w:tc>
          <w:tcPr>
            <w:tcW w:type="dxa" w:w="6009"/>
          </w:tcPr>
          <w:p>
            <w:r>
              <w:t>Addetta alla cucina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1000</w:t>
            </w:r>
          </w:p>
        </w:tc>
        <w:tc>
          <w:tcPr>
            <w:tcW w:type="dxa" w:w="3572"/>
          </w:tcPr>
          <w:p>
            <w:r>
              <w:t>Scarpinato Francesca</w:t>
            </w:r>
          </w:p>
        </w:tc>
        <w:tc>
          <w:tcPr>
            <w:tcW w:type="dxa" w:w="6009"/>
          </w:tcPr>
          <w:p>
            <w:r>
              <w:t>Coordinatrice Radiologia</w:t>
            </w:r>
          </w:p>
        </w:tc>
      </w:tr>
      <w:tr>
        <w:tc>
          <w:tcPr>
            <w:tcW w:type="dxa" w:w="709"/>
          </w:tcPr>
          <w:p>
            <w:r>
              <w:t>1001</w:t>
            </w:r>
          </w:p>
        </w:tc>
        <w:tc>
          <w:tcPr>
            <w:tcW w:type="dxa" w:w="3572"/>
          </w:tcPr>
          <w:p>
            <w:r>
              <w:t>Scaturro Nicolò</w:t>
            </w:r>
          </w:p>
        </w:tc>
        <w:tc>
          <w:tcPr>
            <w:tcW w:type="dxa" w:w="6009"/>
          </w:tcPr>
          <w:p>
            <w:r>
              <w:t>Direttore sanitario, Casa di Cura Santa Maria del Giglio</w:t>
            </w:r>
          </w:p>
        </w:tc>
      </w:tr>
      <w:tr>
        <w:tc>
          <w:tcPr>
            <w:tcW w:type="dxa" w:w="709"/>
          </w:tcPr>
          <w:p>
            <w:r>
              <w:t>1002</w:t>
            </w:r>
          </w:p>
        </w:tc>
        <w:tc>
          <w:tcPr>
            <w:tcW w:type="dxa" w:w="3572"/>
          </w:tcPr>
          <w:p>
            <w:r>
              <w:t>Scavone Antonio</w:t>
            </w:r>
          </w:p>
        </w:tc>
        <w:tc>
          <w:tcPr>
            <w:tcW w:type="dxa" w:w="6009"/>
          </w:tcPr>
          <w:p>
            <w:r>
              <w:t>Già Direttore Generale dell’ASP di Catania; Primario emerito dell’ARNAS Garibaldi di Catania</w:t>
            </w:r>
          </w:p>
        </w:tc>
      </w:tr>
      <w:tr>
        <w:tc>
          <w:tcPr>
            <w:tcW w:type="dxa" w:w="709"/>
          </w:tcPr>
          <w:p>
            <w:r>
              <w:t>1003</w:t>
            </w:r>
          </w:p>
        </w:tc>
        <w:tc>
          <w:tcPr>
            <w:tcW w:type="dxa" w:w="3572"/>
          </w:tcPr>
          <w:p>
            <w:r>
              <w:t>Schembari Salvatore</w:t>
            </w:r>
          </w:p>
        </w:tc>
        <w:tc>
          <w:tcPr>
            <w:tcW w:type="dxa" w:w="6009"/>
          </w:tcPr>
          <w:p>
            <w:r>
              <w:t>Presidente del Comitato Consultivo Aziendale, ASP Ragusa</w:t>
            </w:r>
          </w:p>
        </w:tc>
      </w:tr>
      <w:tr>
        <w:tc>
          <w:tcPr>
            <w:tcW w:type="dxa" w:w="709"/>
          </w:tcPr>
          <w:p>
            <w:r>
              <w:t>1004</w:t>
            </w:r>
          </w:p>
        </w:tc>
        <w:tc>
          <w:tcPr>
            <w:tcW w:type="dxa" w:w="3572"/>
          </w:tcPr>
          <w:p>
            <w:r>
              <w:t>Schillaci Andrea</w:t>
            </w:r>
          </w:p>
        </w:tc>
        <w:tc>
          <w:tcPr>
            <w:tcW w:type="dxa" w:w="6009"/>
          </w:tcPr>
          <w:p>
            <w:r>
              <w:t>Infermiere professionale presso struttura accreditata e convenzionata</w:t>
            </w:r>
          </w:p>
        </w:tc>
      </w:tr>
      <w:tr>
        <w:tc>
          <w:tcPr>
            <w:tcW w:type="dxa" w:w="709"/>
          </w:tcPr>
          <w:p>
            <w:r>
              <w:t>1005</w:t>
            </w:r>
          </w:p>
        </w:tc>
        <w:tc>
          <w:tcPr>
            <w:tcW w:type="dxa" w:w="3572"/>
          </w:tcPr>
          <w:p>
            <w:r>
              <w:t>Schimmenti Caterina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1006</w:t>
            </w:r>
          </w:p>
        </w:tc>
        <w:tc>
          <w:tcPr>
            <w:tcW w:type="dxa" w:w="3572"/>
          </w:tcPr>
          <w:p>
            <w:r>
              <w:t>Sciacchitano Carlo</w:t>
            </w:r>
          </w:p>
        </w:tc>
        <w:tc>
          <w:tcPr>
            <w:tcW w:type="dxa" w:w="6009"/>
          </w:tcPr>
          <w:p>
            <w:r>
              <w:t>Medico del lavoro; Presidente AVIS Catania</w:t>
            </w:r>
          </w:p>
        </w:tc>
      </w:tr>
      <w:tr>
        <w:tc>
          <w:tcPr>
            <w:tcW w:type="dxa" w:w="709"/>
          </w:tcPr>
          <w:p>
            <w:r>
              <w:t>1007</w:t>
            </w:r>
          </w:p>
        </w:tc>
        <w:tc>
          <w:tcPr>
            <w:tcW w:type="dxa" w:w="3572"/>
          </w:tcPr>
          <w:p>
            <w:r>
              <w:t>Sciambra Nunzia</w:t>
            </w:r>
          </w:p>
        </w:tc>
        <w:tc>
          <w:tcPr>
            <w:tcW w:type="dxa" w:w="6009"/>
          </w:tcPr>
          <w:p>
            <w:r>
              <w:t>Vigilatrice d'infanzia in pensione, ARNAS Civico Palermo</w:t>
            </w:r>
          </w:p>
        </w:tc>
      </w:tr>
      <w:tr>
        <w:tc>
          <w:tcPr>
            <w:tcW w:type="dxa" w:w="709"/>
          </w:tcPr>
          <w:p>
            <w:r>
              <w:t>1008</w:t>
            </w:r>
          </w:p>
        </w:tc>
        <w:tc>
          <w:tcPr>
            <w:tcW w:type="dxa" w:w="3572"/>
          </w:tcPr>
          <w:p>
            <w:r>
              <w:t>Scibetta Nunzia</w:t>
            </w:r>
          </w:p>
        </w:tc>
        <w:tc>
          <w:tcPr>
            <w:tcW w:type="dxa" w:w="6009"/>
          </w:tcPr>
          <w:p>
            <w:r>
              <w:t>Già Direttore UOC Anatomia Patologica; consulente UOC Anatomia Patologica, ARNAS Civico Palermo</w:t>
            </w:r>
          </w:p>
        </w:tc>
      </w:tr>
      <w:tr>
        <w:tc>
          <w:tcPr>
            <w:tcW w:type="dxa" w:w="709"/>
          </w:tcPr>
          <w:p>
            <w:r>
              <w:t>1009</w:t>
            </w:r>
          </w:p>
        </w:tc>
        <w:tc>
          <w:tcPr>
            <w:tcW w:type="dxa" w:w="3572"/>
          </w:tcPr>
          <w:p>
            <w:r>
              <w:t>Scibilia Carla</w:t>
            </w:r>
          </w:p>
        </w:tc>
        <w:tc>
          <w:tcPr>
            <w:tcW w:type="dxa" w:w="6009"/>
          </w:tcPr>
          <w:p>
            <w:r>
              <w:t>Medico, SAMOT</w:t>
            </w:r>
          </w:p>
        </w:tc>
      </w:tr>
      <w:tr>
        <w:tc>
          <w:tcPr>
            <w:tcW w:type="dxa" w:w="709"/>
          </w:tcPr>
          <w:p>
            <w:r>
              <w:t>1010</w:t>
            </w:r>
          </w:p>
        </w:tc>
        <w:tc>
          <w:tcPr>
            <w:tcW w:type="dxa" w:w="3572"/>
          </w:tcPr>
          <w:p>
            <w:r>
              <w:t>Scibona Margherita</w:t>
            </w:r>
          </w:p>
        </w:tc>
        <w:tc>
          <w:tcPr>
            <w:tcW w:type="dxa" w:w="6009"/>
          </w:tcPr>
          <w:p>
            <w:r>
              <w:t>Docente</w:t>
            </w:r>
          </w:p>
        </w:tc>
      </w:tr>
      <w:tr>
        <w:tc>
          <w:tcPr>
            <w:tcW w:type="dxa" w:w="709"/>
          </w:tcPr>
          <w:p>
            <w:r>
              <w:t>1011</w:t>
            </w:r>
          </w:p>
        </w:tc>
        <w:tc>
          <w:tcPr>
            <w:tcW w:type="dxa" w:w="3572"/>
          </w:tcPr>
          <w:p>
            <w:r>
              <w:t>Scimemi Valerio</w:t>
            </w:r>
          </w:p>
        </w:tc>
        <w:tc>
          <w:tcPr>
            <w:tcW w:type="dxa" w:w="6009"/>
          </w:tcPr>
          <w:p>
            <w:r>
              <w:t>Avvocato</w:t>
            </w:r>
          </w:p>
        </w:tc>
      </w:tr>
      <w:tr>
        <w:tc>
          <w:tcPr>
            <w:tcW w:type="dxa" w:w="709"/>
          </w:tcPr>
          <w:p>
            <w:r>
              <w:t>1012</w:t>
            </w:r>
          </w:p>
        </w:tc>
        <w:tc>
          <w:tcPr>
            <w:tcW w:type="dxa" w:w="3572"/>
          </w:tcPr>
          <w:p>
            <w:r>
              <w:t>Sciortino Alessandro</w:t>
            </w:r>
          </w:p>
        </w:tc>
        <w:tc>
          <w:tcPr>
            <w:tcW w:type="dxa" w:w="6009"/>
          </w:tcPr>
          <w:p>
            <w:r>
              <w:t>Impiegato nel servizio di portierato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1013</w:t>
            </w:r>
          </w:p>
        </w:tc>
        <w:tc>
          <w:tcPr>
            <w:tcW w:type="dxa" w:w="3572"/>
          </w:tcPr>
          <w:p>
            <w:r>
              <w:t>Sciortino Dario</w:t>
            </w:r>
          </w:p>
        </w:tc>
        <w:tc>
          <w:tcPr>
            <w:tcW w:type="dxa" w:w="6009"/>
          </w:tcPr>
          <w:p>
            <w:r>
              <w:t>Già dirigente medico neuropsichiatra infantile, ASP Palermo</w:t>
            </w:r>
          </w:p>
        </w:tc>
      </w:tr>
      <w:tr>
        <w:tc>
          <w:tcPr>
            <w:tcW w:type="dxa" w:w="709"/>
          </w:tcPr>
          <w:p>
            <w:r>
              <w:t>1014</w:t>
            </w:r>
          </w:p>
        </w:tc>
        <w:tc>
          <w:tcPr>
            <w:tcW w:type="dxa" w:w="3572"/>
          </w:tcPr>
          <w:p>
            <w:r>
              <w:t>Sciortino Gregorio</w:t>
            </w:r>
          </w:p>
        </w:tc>
        <w:tc>
          <w:tcPr>
            <w:tcW w:type="dxa" w:w="6009"/>
          </w:tcPr>
          <w:p>
            <w:r>
              <w:t>OSS presso struttura accreditata convenzionata</w:t>
            </w:r>
          </w:p>
        </w:tc>
      </w:tr>
      <w:tr>
        <w:tc>
          <w:tcPr>
            <w:tcW w:type="dxa" w:w="709"/>
          </w:tcPr>
          <w:p>
            <w:r>
              <w:t>1015</w:t>
            </w:r>
          </w:p>
        </w:tc>
        <w:tc>
          <w:tcPr>
            <w:tcW w:type="dxa" w:w="3572"/>
          </w:tcPr>
          <w:p>
            <w:r>
              <w:t>Sciortino Roberto</w:t>
            </w:r>
          </w:p>
        </w:tc>
        <w:tc>
          <w:tcPr>
            <w:tcW w:type="dxa" w:w="6009"/>
          </w:tcPr>
          <w:p>
            <w:r>
              <w:t>Già Direttore UOC Ortopedia e Traumatologia</w:t>
            </w:r>
          </w:p>
        </w:tc>
      </w:tr>
      <w:tr>
        <w:tc>
          <w:tcPr>
            <w:tcW w:type="dxa" w:w="709"/>
          </w:tcPr>
          <w:p>
            <w:r>
              <w:t>1016</w:t>
            </w:r>
          </w:p>
        </w:tc>
        <w:tc>
          <w:tcPr>
            <w:tcW w:type="dxa" w:w="3572"/>
          </w:tcPr>
          <w:p>
            <w:r>
              <w:t>Scorza Francesco</w:t>
            </w:r>
          </w:p>
        </w:tc>
        <w:tc>
          <w:tcPr>
            <w:tcW w:type="dxa" w:w="6009"/>
          </w:tcPr>
          <w:p>
            <w:r>
              <w:t>Dirigente medico, ASP 6</w:t>
            </w:r>
          </w:p>
        </w:tc>
      </w:tr>
      <w:tr>
        <w:tc>
          <w:tcPr>
            <w:tcW w:type="dxa" w:w="709"/>
          </w:tcPr>
          <w:p>
            <w:r>
              <w:t>1017</w:t>
            </w:r>
          </w:p>
        </w:tc>
        <w:tc>
          <w:tcPr>
            <w:tcW w:type="dxa" w:w="3572"/>
          </w:tcPr>
          <w:p>
            <w:r>
              <w:t>Scuderi Claudia</w:t>
            </w:r>
          </w:p>
        </w:tc>
        <w:tc>
          <w:tcPr>
            <w:tcW w:type="dxa" w:w="6009"/>
          </w:tcPr>
          <w:p>
            <w:r>
              <w:t>Commercialista</w:t>
            </w:r>
          </w:p>
        </w:tc>
      </w:tr>
      <w:tr>
        <w:tc>
          <w:tcPr>
            <w:tcW w:type="dxa" w:w="709"/>
          </w:tcPr>
          <w:p>
            <w:r>
              <w:t>1018</w:t>
            </w:r>
          </w:p>
        </w:tc>
        <w:tc>
          <w:tcPr>
            <w:tcW w:type="dxa" w:w="3572"/>
          </w:tcPr>
          <w:p>
            <w:r>
              <w:t>Sdao Lina</w:t>
            </w:r>
          </w:p>
        </w:tc>
        <w:tc>
          <w:tcPr>
            <w:tcW w:type="dxa" w:w="6009"/>
          </w:tcPr>
          <w:p>
            <w:r>
              <w:t>Coordinatrice OSS presso struttura socio-assistenziale</w:t>
            </w:r>
          </w:p>
        </w:tc>
      </w:tr>
      <w:tr>
        <w:tc>
          <w:tcPr>
            <w:tcW w:type="dxa" w:w="709"/>
          </w:tcPr>
          <w:p>
            <w:r>
              <w:t>1019</w:t>
            </w:r>
          </w:p>
        </w:tc>
        <w:tc>
          <w:tcPr>
            <w:tcW w:type="dxa" w:w="3572"/>
          </w:tcPr>
          <w:p>
            <w:r>
              <w:t>Segreto Daniela</w:t>
            </w:r>
          </w:p>
        </w:tc>
        <w:tc>
          <w:tcPr>
            <w:tcW w:type="dxa" w:w="6009"/>
          </w:tcPr>
          <w:p>
            <w:r>
              <w:t>Dirigente della Regione Siciliana</w:t>
            </w:r>
          </w:p>
        </w:tc>
      </w:tr>
      <w:tr>
        <w:tc>
          <w:tcPr>
            <w:tcW w:type="dxa" w:w="709"/>
          </w:tcPr>
          <w:p>
            <w:r>
              <w:t>1020</w:t>
            </w:r>
          </w:p>
        </w:tc>
        <w:tc>
          <w:tcPr>
            <w:tcW w:type="dxa" w:w="3572"/>
          </w:tcPr>
          <w:p>
            <w:r>
              <w:t>Segreto Giuseppe</w:t>
            </w:r>
          </w:p>
        </w:tc>
        <w:tc>
          <w:tcPr>
            <w:tcW w:type="dxa" w:w="6009"/>
          </w:tcPr>
          <w:p>
            <w:r>
              <w:t>Operatore sanitario</w:t>
            </w:r>
          </w:p>
        </w:tc>
      </w:tr>
      <w:tr>
        <w:tc>
          <w:tcPr>
            <w:tcW w:type="dxa" w:w="709"/>
          </w:tcPr>
          <w:p>
            <w:r>
              <w:t>1021</w:t>
            </w:r>
          </w:p>
        </w:tc>
        <w:tc>
          <w:tcPr>
            <w:tcW w:type="dxa" w:w="3572"/>
          </w:tcPr>
          <w:p>
            <w:r>
              <w:t>Seidita Carlo</w:t>
            </w:r>
          </w:p>
        </w:tc>
        <w:tc>
          <w:tcPr>
            <w:tcW w:type="dxa" w:w="6009"/>
          </w:tcPr>
          <w:p>
            <w:r>
              <w:t>Odontoiatra</w:t>
            </w:r>
          </w:p>
        </w:tc>
      </w:tr>
      <w:tr>
        <w:tc>
          <w:tcPr>
            <w:tcW w:type="dxa" w:w="709"/>
          </w:tcPr>
          <w:p>
            <w:r>
              <w:t>1022</w:t>
            </w:r>
          </w:p>
        </w:tc>
        <w:tc>
          <w:tcPr>
            <w:tcW w:type="dxa" w:w="3572"/>
          </w:tcPr>
          <w:p>
            <w:r>
              <w:t>Seidita Domenico</w:t>
            </w:r>
          </w:p>
        </w:tc>
        <w:tc>
          <w:tcPr>
            <w:tcW w:type="dxa" w:w="6009"/>
          </w:tcPr>
          <w:p>
            <w:r>
              <w:t>Medico dentista</w:t>
            </w:r>
          </w:p>
        </w:tc>
      </w:tr>
      <w:tr>
        <w:tc>
          <w:tcPr>
            <w:tcW w:type="dxa" w:w="709"/>
          </w:tcPr>
          <w:p>
            <w:r>
              <w:t>1023</w:t>
            </w:r>
          </w:p>
        </w:tc>
        <w:tc>
          <w:tcPr>
            <w:tcW w:type="dxa" w:w="3572"/>
          </w:tcPr>
          <w:p>
            <w:r>
              <w:t>Seidita Francesco</w:t>
            </w:r>
          </w:p>
        </w:tc>
        <w:tc>
          <w:tcPr>
            <w:tcW w:type="dxa" w:w="6009"/>
          </w:tcPr>
          <w:p>
            <w:r>
              <w:t>Dirigente medico, Chirurgia maxillo-facciale</w:t>
            </w:r>
          </w:p>
        </w:tc>
      </w:tr>
      <w:tr>
        <w:tc>
          <w:tcPr>
            <w:tcW w:type="dxa" w:w="709"/>
          </w:tcPr>
          <w:p>
            <w:r>
              <w:t>1024</w:t>
            </w:r>
          </w:p>
        </w:tc>
        <w:tc>
          <w:tcPr>
            <w:tcW w:type="dxa" w:w="3572"/>
          </w:tcPr>
          <w:p>
            <w:r>
              <w:t>Seidita Vincenzo</w:t>
            </w:r>
          </w:p>
        </w:tc>
        <w:tc>
          <w:tcPr>
            <w:tcW w:type="dxa" w:w="6009"/>
          </w:tcPr>
          <w:p>
            <w:r>
              <w:t>Manager di azienda farmaceutica</w:t>
            </w:r>
          </w:p>
        </w:tc>
      </w:tr>
      <w:tr>
        <w:tc>
          <w:tcPr>
            <w:tcW w:type="dxa" w:w="709"/>
          </w:tcPr>
          <w:p>
            <w:r>
              <w:t>1025</w:t>
            </w:r>
          </w:p>
        </w:tc>
        <w:tc>
          <w:tcPr>
            <w:tcW w:type="dxa" w:w="3572"/>
          </w:tcPr>
          <w:p>
            <w:r>
              <w:t>Seminara Caterina</w:t>
            </w:r>
          </w:p>
        </w:tc>
        <w:tc>
          <w:tcPr>
            <w:tcW w:type="dxa" w:w="6009"/>
          </w:tcPr>
          <w:p>
            <w:r>
              <w:t>Medico legale</w:t>
            </w:r>
          </w:p>
        </w:tc>
      </w:tr>
      <w:tr>
        <w:tc>
          <w:tcPr>
            <w:tcW w:type="dxa" w:w="709"/>
          </w:tcPr>
          <w:p>
            <w:r>
              <w:t>1026</w:t>
            </w:r>
          </w:p>
        </w:tc>
        <w:tc>
          <w:tcPr>
            <w:tcW w:type="dxa" w:w="3572"/>
          </w:tcPr>
          <w:p>
            <w:r>
              <w:t>Seminerio Marcello</w:t>
            </w:r>
          </w:p>
        </w:tc>
        <w:tc>
          <w:tcPr>
            <w:tcW w:type="dxa" w:w="6009"/>
          </w:tcPr>
          <w:p>
            <w:r>
              <w:t>Medico di medicina generale, in pensione</w:t>
            </w:r>
          </w:p>
        </w:tc>
      </w:tr>
      <w:tr>
        <w:tc>
          <w:tcPr>
            <w:tcW w:type="dxa" w:w="709"/>
          </w:tcPr>
          <w:p>
            <w:r>
              <w:t>1027</w:t>
            </w:r>
          </w:p>
        </w:tc>
        <w:tc>
          <w:tcPr>
            <w:tcW w:type="dxa" w:w="3572"/>
          </w:tcPr>
          <w:p>
            <w:r>
              <w:t>Seroni Gianpiero</w:t>
            </w:r>
          </w:p>
        </w:tc>
        <w:tc>
          <w:tcPr>
            <w:tcW w:type="dxa" w:w="6009"/>
          </w:tcPr>
          <w:p>
            <w:r>
              <w:t>Direttore sanitario, Casa di Cura Macchiarella</w:t>
            </w:r>
          </w:p>
        </w:tc>
      </w:tr>
      <w:tr>
        <w:tc>
          <w:tcPr>
            <w:tcW w:type="dxa" w:w="709"/>
          </w:tcPr>
          <w:p>
            <w:r>
              <w:t>1028</w:t>
            </w:r>
          </w:p>
        </w:tc>
        <w:tc>
          <w:tcPr>
            <w:tcW w:type="dxa" w:w="3572"/>
          </w:tcPr>
          <w:p>
            <w:r>
              <w:t>Serraino Francesco</w:t>
            </w:r>
          </w:p>
        </w:tc>
        <w:tc>
          <w:tcPr>
            <w:tcW w:type="dxa" w:w="6009"/>
          </w:tcPr>
          <w:p>
            <w:r>
              <w:t>Chirurgo in pensione</w:t>
            </w:r>
          </w:p>
        </w:tc>
      </w:tr>
      <w:tr>
        <w:tc>
          <w:tcPr>
            <w:tcW w:type="dxa" w:w="709"/>
          </w:tcPr>
          <w:p>
            <w:r>
              <w:t>1029</w:t>
            </w:r>
          </w:p>
        </w:tc>
        <w:tc>
          <w:tcPr>
            <w:tcW w:type="dxa" w:w="3572"/>
          </w:tcPr>
          <w:p>
            <w:r>
              <w:t>Sessa Giorgio</w:t>
            </w:r>
          </w:p>
        </w:tc>
        <w:tc>
          <w:tcPr>
            <w:tcW w:type="dxa" w:w="6009"/>
          </w:tcPr>
          <w:p>
            <w:r>
              <w:t>Dirigente medico ASP Siracusa</w:t>
            </w:r>
          </w:p>
        </w:tc>
      </w:tr>
      <w:tr>
        <w:tc>
          <w:tcPr>
            <w:tcW w:type="dxa" w:w="709"/>
          </w:tcPr>
          <w:p>
            <w:r>
              <w:t>1030</w:t>
            </w:r>
          </w:p>
        </w:tc>
        <w:tc>
          <w:tcPr>
            <w:tcW w:type="dxa" w:w="3572"/>
          </w:tcPr>
          <w:p>
            <w:r>
              <w:t>Settecasi Gioacchino</w:t>
            </w:r>
          </w:p>
        </w:tc>
        <w:tc>
          <w:tcPr>
            <w:tcW w:type="dxa" w:w="6009"/>
          </w:tcPr>
          <w:p>
            <w:r>
              <w:t>Ingegnere</w:t>
            </w:r>
          </w:p>
        </w:tc>
      </w:tr>
      <w:tr>
        <w:tc>
          <w:tcPr>
            <w:tcW w:type="dxa" w:w="709"/>
          </w:tcPr>
          <w:p>
            <w:r>
              <w:t>1031</w:t>
            </w:r>
          </w:p>
        </w:tc>
        <w:tc>
          <w:tcPr>
            <w:tcW w:type="dxa" w:w="3572"/>
          </w:tcPr>
          <w:p>
            <w:r>
              <w:t>Sicurella Luigi</w:t>
            </w:r>
          </w:p>
        </w:tc>
        <w:tc>
          <w:tcPr>
            <w:tcW w:type="dxa" w:w="6009"/>
          </w:tcPr>
          <w:p>
            <w:r>
              <w:t>Direttore UOC di Neurologia con Stroke Unit, ARNAS Garibaldi, Catania</w:t>
            </w:r>
          </w:p>
        </w:tc>
      </w:tr>
      <w:tr>
        <w:tc>
          <w:tcPr>
            <w:tcW w:type="dxa" w:w="709"/>
          </w:tcPr>
          <w:p>
            <w:r>
              <w:t>1032</w:t>
            </w:r>
          </w:p>
        </w:tc>
        <w:tc>
          <w:tcPr>
            <w:tcW w:type="dxa" w:w="3572"/>
          </w:tcPr>
          <w:p>
            <w:r>
              <w:t>Signorello Cinzia</w:t>
            </w:r>
          </w:p>
        </w:tc>
        <w:tc>
          <w:tcPr>
            <w:tcW w:type="dxa" w:w="6009"/>
          </w:tcPr>
          <w:p>
            <w:r>
              <w:t>Operatrice sanitaria, RSA</w:t>
            </w:r>
          </w:p>
        </w:tc>
      </w:tr>
      <w:tr>
        <w:tc>
          <w:tcPr>
            <w:tcW w:type="dxa" w:w="709"/>
          </w:tcPr>
          <w:p>
            <w:r>
              <w:t>1033</w:t>
            </w:r>
          </w:p>
        </w:tc>
        <w:tc>
          <w:tcPr>
            <w:tcW w:type="dxa" w:w="3572"/>
          </w:tcPr>
          <w:p>
            <w:r>
              <w:t>Sinacori Francesca</w:t>
            </w:r>
          </w:p>
        </w:tc>
        <w:tc>
          <w:tcPr>
            <w:tcW w:type="dxa" w:w="6009"/>
          </w:tcPr>
          <w:p>
            <w:r>
              <w:t>Autista soccorritrice, SEUS S.c.p.a.</w:t>
            </w:r>
          </w:p>
        </w:tc>
      </w:tr>
      <w:tr>
        <w:tc>
          <w:tcPr>
            <w:tcW w:type="dxa" w:w="709"/>
          </w:tcPr>
          <w:p>
            <w:r>
              <w:t>1034</w:t>
            </w:r>
          </w:p>
        </w:tc>
        <w:tc>
          <w:tcPr>
            <w:tcW w:type="dxa" w:w="3572"/>
          </w:tcPr>
          <w:p>
            <w:r>
              <w:t>Sinopoli Cettina</w:t>
            </w:r>
          </w:p>
        </w:tc>
        <w:tc>
          <w:tcPr>
            <w:tcW w:type="dxa" w:w="6009"/>
          </w:tcPr>
          <w:p>
            <w:r>
              <w:t>Operatrice socio-sanitaria (OSS)</w:t>
            </w:r>
          </w:p>
        </w:tc>
      </w:tr>
      <w:tr>
        <w:tc>
          <w:tcPr>
            <w:tcW w:type="dxa" w:w="709"/>
          </w:tcPr>
          <w:p>
            <w:r>
              <w:t>1035</w:t>
            </w:r>
          </w:p>
        </w:tc>
        <w:tc>
          <w:tcPr>
            <w:tcW w:type="dxa" w:w="3572"/>
          </w:tcPr>
          <w:p>
            <w:r>
              <w:t>Siracusa Antonio Rosario</w:t>
            </w:r>
          </w:p>
        </w:tc>
        <w:tc>
          <w:tcPr>
            <w:tcW w:type="dxa" w:w="6009"/>
          </w:tcPr>
          <w:p>
            <w:r>
              <w:t>Pensionato; già Direttore Sanitario Aziendale, ASP Trapani</w:t>
            </w:r>
          </w:p>
        </w:tc>
      </w:tr>
      <w:tr>
        <w:tc>
          <w:tcPr>
            <w:tcW w:type="dxa" w:w="709"/>
          </w:tcPr>
          <w:p>
            <w:r>
              <w:t>1036</w:t>
            </w:r>
          </w:p>
        </w:tc>
        <w:tc>
          <w:tcPr>
            <w:tcW w:type="dxa" w:w="3572"/>
          </w:tcPr>
          <w:p>
            <w:r>
              <w:t>Sisti Raffaella</w:t>
            </w:r>
          </w:p>
        </w:tc>
        <w:tc>
          <w:tcPr>
            <w:tcW w:type="dxa" w:w="6009"/>
          </w:tcPr>
          <w:p>
            <w:r>
              <w:t>Logopedista</w:t>
            </w:r>
          </w:p>
        </w:tc>
      </w:tr>
      <w:tr>
        <w:tc>
          <w:tcPr>
            <w:tcW w:type="dxa" w:w="709"/>
          </w:tcPr>
          <w:p>
            <w:r>
              <w:t>1037</w:t>
            </w:r>
          </w:p>
        </w:tc>
        <w:tc>
          <w:tcPr>
            <w:tcW w:type="dxa" w:w="3572"/>
          </w:tcPr>
          <w:p>
            <w:r>
              <w:t>Solazzo Luigi</w:t>
            </w:r>
          </w:p>
        </w:tc>
        <w:tc>
          <w:tcPr>
            <w:tcW w:type="dxa" w:w="6009"/>
          </w:tcPr>
          <w:p>
            <w:r>
              <w:t>Ex Direttore Chirurgia Maxillo-Facciale, ARNAS Civico Palermo</w:t>
            </w:r>
          </w:p>
        </w:tc>
      </w:tr>
      <w:tr>
        <w:tc>
          <w:tcPr>
            <w:tcW w:type="dxa" w:w="709"/>
          </w:tcPr>
          <w:p>
            <w:r>
              <w:t>1038</w:t>
            </w:r>
          </w:p>
        </w:tc>
        <w:tc>
          <w:tcPr>
            <w:tcW w:type="dxa" w:w="3572"/>
          </w:tcPr>
          <w:p>
            <w:r>
              <w:t>Sorbello Salvo</w:t>
            </w:r>
          </w:p>
        </w:tc>
        <w:tc>
          <w:tcPr>
            <w:tcW w:type="dxa" w:w="6009"/>
          </w:tcPr>
          <w:p>
            <w:r>
              <w:t>Presidente dell'Osservatorio Civico di Siracusa</w:t>
            </w:r>
          </w:p>
        </w:tc>
      </w:tr>
      <w:tr>
        <w:tc>
          <w:tcPr>
            <w:tcW w:type="dxa" w:w="709"/>
          </w:tcPr>
          <w:p>
            <w:r>
              <w:t>1039</w:t>
            </w:r>
          </w:p>
        </w:tc>
        <w:tc>
          <w:tcPr>
            <w:tcW w:type="dxa" w:w="3572"/>
          </w:tcPr>
          <w:p>
            <w:r>
              <w:t>Sorgi Marco</w:t>
            </w:r>
          </w:p>
        </w:tc>
        <w:tc>
          <w:tcPr>
            <w:tcW w:type="dxa" w:w="6009"/>
          </w:tcPr>
          <w:p>
            <w:r>
              <w:t>Dirigente medico, A.O.U.P. “P. Giaccone” di Palermo</w:t>
            </w:r>
          </w:p>
        </w:tc>
      </w:tr>
      <w:tr>
        <w:tc>
          <w:tcPr>
            <w:tcW w:type="dxa" w:w="709"/>
          </w:tcPr>
          <w:p>
            <w:r>
              <w:t>1040</w:t>
            </w:r>
          </w:p>
        </w:tc>
        <w:tc>
          <w:tcPr>
            <w:tcW w:type="dxa" w:w="3572"/>
          </w:tcPr>
          <w:p>
            <w:r>
              <w:t>Sorrenti Rosaria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1041</w:t>
            </w:r>
          </w:p>
        </w:tc>
        <w:tc>
          <w:tcPr>
            <w:tcW w:type="dxa" w:w="3572"/>
          </w:tcPr>
          <w:p>
            <w:r>
              <w:t>Sorrentino Chiara</w:t>
            </w:r>
          </w:p>
        </w:tc>
        <w:tc>
          <w:tcPr>
            <w:tcW w:type="dxa" w:w="6009"/>
          </w:tcPr>
          <w:p>
            <w:r>
              <w:t>Medico in servizio presso la Clinica Noto-Pasqualino di Palermo</w:t>
            </w:r>
          </w:p>
        </w:tc>
      </w:tr>
      <w:tr>
        <w:tc>
          <w:tcPr>
            <w:tcW w:type="dxa" w:w="709"/>
          </w:tcPr>
          <w:p>
            <w:r>
              <w:t>1042</w:t>
            </w:r>
          </w:p>
        </w:tc>
        <w:tc>
          <w:tcPr>
            <w:tcW w:type="dxa" w:w="3572"/>
          </w:tcPr>
          <w:p>
            <w:r>
              <w:t>Spampinato Domenico</w:t>
            </w:r>
          </w:p>
        </w:tc>
        <w:tc>
          <w:tcPr>
            <w:tcW w:type="dxa" w:w="6009"/>
          </w:tcPr>
          <w:p>
            <w:r>
              <w:t>Aetnavision S.r.l.</w:t>
            </w:r>
          </w:p>
        </w:tc>
      </w:tr>
      <w:tr>
        <w:tc>
          <w:tcPr>
            <w:tcW w:type="dxa" w:w="709"/>
          </w:tcPr>
          <w:p>
            <w:r>
              <w:t>1043</w:t>
            </w:r>
          </w:p>
        </w:tc>
        <w:tc>
          <w:tcPr>
            <w:tcW w:type="dxa" w:w="3572"/>
          </w:tcPr>
          <w:p>
            <w:r>
              <w:t>Sparacino Vito</w:t>
            </w:r>
          </w:p>
        </w:tc>
        <w:tc>
          <w:tcPr>
            <w:tcW w:type="dxa" w:w="6009"/>
          </w:tcPr>
          <w:p>
            <w:r>
              <w:t>Già Direttore del Centro Regionale Trapianti Sicilia</w:t>
            </w:r>
          </w:p>
        </w:tc>
      </w:tr>
      <w:tr>
        <w:tc>
          <w:tcPr>
            <w:tcW w:type="dxa" w:w="709"/>
          </w:tcPr>
          <w:p>
            <w:r>
              <w:t>1044</w:t>
            </w:r>
          </w:p>
        </w:tc>
        <w:tc>
          <w:tcPr>
            <w:tcW w:type="dxa" w:w="3572"/>
          </w:tcPr>
          <w:p>
            <w:r>
              <w:t>Speciale Patrizia</w:t>
            </w:r>
          </w:p>
        </w:tc>
        <w:tc>
          <w:tcPr>
            <w:tcW w:type="dxa" w:w="6009"/>
          </w:tcPr>
          <w:p>
            <w:r>
              <w:t>Ginecologa; già Direttore UOS, Ospedale Villa Sofia-Cervello; in pensione; libera professionista</w:t>
            </w:r>
          </w:p>
        </w:tc>
      </w:tr>
      <w:tr>
        <w:tc>
          <w:tcPr>
            <w:tcW w:type="dxa" w:w="709"/>
          </w:tcPr>
          <w:p>
            <w:r>
              <w:t>1045</w:t>
            </w:r>
          </w:p>
        </w:tc>
        <w:tc>
          <w:tcPr>
            <w:tcW w:type="dxa" w:w="3572"/>
          </w:tcPr>
          <w:p>
            <w:r>
              <w:t>Spedale Marylea</w:t>
            </w:r>
          </w:p>
        </w:tc>
        <w:tc>
          <w:tcPr>
            <w:tcW w:type="dxa" w:w="6009"/>
          </w:tcPr>
          <w:p>
            <w:r>
              <w:t>Ginecologa; Responsabile Screening Cervico-Carcinoma, ASP Palermo</w:t>
            </w:r>
          </w:p>
        </w:tc>
      </w:tr>
      <w:tr>
        <w:tc>
          <w:tcPr>
            <w:tcW w:type="dxa" w:w="709"/>
          </w:tcPr>
          <w:p>
            <w:r>
              <w:t>1046</w:t>
            </w:r>
          </w:p>
        </w:tc>
        <w:tc>
          <w:tcPr>
            <w:tcW w:type="dxa" w:w="3572"/>
          </w:tcPr>
          <w:p>
            <w:r>
              <w:t>Spera Antonella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1047</w:t>
            </w:r>
          </w:p>
        </w:tc>
        <w:tc>
          <w:tcPr>
            <w:tcW w:type="dxa" w:w="3572"/>
          </w:tcPr>
          <w:p>
            <w:r>
              <w:t>Spina Alfio</w:t>
            </w:r>
          </w:p>
        </w:tc>
        <w:tc>
          <w:tcPr>
            <w:tcW w:type="dxa" w:w="6009"/>
          </w:tcPr>
          <w:p>
            <w:r>
              <w:t>Medico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1048</w:t>
            </w:r>
          </w:p>
        </w:tc>
        <w:tc>
          <w:tcPr>
            <w:tcW w:type="dxa" w:w="3572"/>
          </w:tcPr>
          <w:p>
            <w:r>
              <w:t>Spina Federica</w:t>
            </w:r>
          </w:p>
        </w:tc>
        <w:tc>
          <w:tcPr>
            <w:tcW w:type="dxa" w:w="6009"/>
          </w:tcPr>
          <w:p>
            <w:r>
              <w:t>Impiegata amministrativa, azienda sanitaria privata</w:t>
            </w:r>
          </w:p>
        </w:tc>
      </w:tr>
      <w:tr>
        <w:tc>
          <w:tcPr>
            <w:tcW w:type="dxa" w:w="709"/>
          </w:tcPr>
          <w:p>
            <w:r>
              <w:t>1049</w:t>
            </w:r>
          </w:p>
        </w:tc>
        <w:tc>
          <w:tcPr>
            <w:tcW w:type="dxa" w:w="3572"/>
          </w:tcPr>
          <w:p>
            <w:r>
              <w:t>Spinelli Luigi</w:t>
            </w:r>
          </w:p>
        </w:tc>
        <w:tc>
          <w:tcPr>
            <w:tcW w:type="dxa" w:w="6009"/>
          </w:tcPr>
          <w:p>
            <w:r>
              <w:t>Infermiere, Ospedale Sant’Elia, Caltanissetta</w:t>
            </w:r>
          </w:p>
        </w:tc>
      </w:tr>
      <w:tr>
        <w:tc>
          <w:tcPr>
            <w:tcW w:type="dxa" w:w="709"/>
          </w:tcPr>
          <w:p>
            <w:r>
              <w:t>1050</w:t>
            </w:r>
          </w:p>
        </w:tc>
        <w:tc>
          <w:tcPr>
            <w:tcW w:type="dxa" w:w="3572"/>
          </w:tcPr>
          <w:p>
            <w:r>
              <w:t>Spinosa Onofrio</w:t>
            </w:r>
          </w:p>
        </w:tc>
        <w:tc>
          <w:tcPr>
            <w:tcW w:type="dxa" w:w="6009"/>
          </w:tcPr>
          <w:p>
            <w:r>
              <w:t>Infermiere</w:t>
            </w:r>
          </w:p>
        </w:tc>
      </w:tr>
      <w:tr>
        <w:tc>
          <w:tcPr>
            <w:tcW w:type="dxa" w:w="709"/>
          </w:tcPr>
          <w:p>
            <w:r>
              <w:t>1051</w:t>
            </w:r>
          </w:p>
        </w:tc>
        <w:tc>
          <w:tcPr>
            <w:tcW w:type="dxa" w:w="3572"/>
          </w:tcPr>
          <w:p>
            <w:r>
              <w:t>Spuches Chiara</w:t>
            </w:r>
          </w:p>
        </w:tc>
        <w:tc>
          <w:tcPr>
            <w:tcW w:type="dxa" w:w="6009"/>
          </w:tcPr>
          <w:p>
            <w:r>
              <w:t>Operatrice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1052</w:t>
            </w:r>
          </w:p>
        </w:tc>
        <w:tc>
          <w:tcPr>
            <w:tcW w:type="dxa" w:w="3572"/>
          </w:tcPr>
          <w:p>
            <w:r>
              <w:t>Squadrito Giovanni</w:t>
            </w:r>
          </w:p>
        </w:tc>
        <w:tc>
          <w:tcPr>
            <w:tcW w:type="dxa" w:w="6009"/>
          </w:tcPr>
          <w:p>
            <w:r>
              <w:t>Medico presso la CML INPS di Trapani</w:t>
            </w:r>
          </w:p>
        </w:tc>
      </w:tr>
      <w:tr>
        <w:tc>
          <w:tcPr>
            <w:tcW w:type="dxa" w:w="709"/>
          </w:tcPr>
          <w:p>
            <w:r>
              <w:t>1053</w:t>
            </w:r>
          </w:p>
        </w:tc>
        <w:tc>
          <w:tcPr>
            <w:tcW w:type="dxa" w:w="3572"/>
          </w:tcPr>
          <w:p>
            <w:r>
              <w:t>Sruppa Maddalena</w:t>
            </w:r>
          </w:p>
        </w:tc>
        <w:tc>
          <w:tcPr>
            <w:tcW w:type="dxa" w:w="6009"/>
          </w:tcPr>
          <w:p>
            <w:r>
              <w:t>Legale rappresentante di struttura convenzionata - laboratorio di analisi</w:t>
            </w:r>
          </w:p>
        </w:tc>
      </w:tr>
      <w:tr>
        <w:tc>
          <w:tcPr>
            <w:tcW w:type="dxa" w:w="709"/>
          </w:tcPr>
          <w:p>
            <w:r>
              <w:t>1054</w:t>
            </w:r>
          </w:p>
        </w:tc>
        <w:tc>
          <w:tcPr>
            <w:tcW w:type="dxa" w:w="3572"/>
          </w:tcPr>
          <w:p>
            <w:r>
              <w:t>Stassi Nicolò</w:t>
            </w:r>
          </w:p>
        </w:tc>
        <w:tc>
          <w:tcPr>
            <w:tcW w:type="dxa" w:w="6009"/>
          </w:tcPr>
          <w:p>
            <w:r>
              <w:t>Operatore socio-sanitario (OSS)</w:t>
            </w:r>
          </w:p>
        </w:tc>
      </w:tr>
      <w:tr>
        <w:tc>
          <w:tcPr>
            <w:tcW w:type="dxa" w:w="709"/>
          </w:tcPr>
          <w:p>
            <w:r>
              <w:t>1055</w:t>
            </w:r>
          </w:p>
        </w:tc>
        <w:tc>
          <w:tcPr>
            <w:tcW w:type="dxa" w:w="3572"/>
          </w:tcPr>
          <w:p>
            <w:r>
              <w:t>Stella Brienza Luigi</w:t>
            </w:r>
          </w:p>
        </w:tc>
        <w:tc>
          <w:tcPr>
            <w:tcW w:type="dxa" w:w="6009"/>
          </w:tcPr>
          <w:p>
            <w:r>
              <w:t>Studio Cardionova S.r.l., Messina.</w:t>
            </w:r>
          </w:p>
        </w:tc>
      </w:tr>
      <w:tr>
        <w:tc>
          <w:tcPr>
            <w:tcW w:type="dxa" w:w="709"/>
          </w:tcPr>
          <w:p>
            <w:r>
              <w:t>1056</w:t>
            </w:r>
          </w:p>
        </w:tc>
        <w:tc>
          <w:tcPr>
            <w:tcW w:type="dxa" w:w="3572"/>
          </w:tcPr>
          <w:p>
            <w:r>
              <w:t>Stissi Giovanna</w:t>
            </w:r>
          </w:p>
        </w:tc>
        <w:tc>
          <w:tcPr>
            <w:tcW w:type="dxa" w:w="6009"/>
          </w:tcPr>
          <w:p>
            <w:r>
              <w:t>Pedagogista</w:t>
            </w:r>
          </w:p>
        </w:tc>
      </w:tr>
      <w:tr>
        <w:tc>
          <w:tcPr>
            <w:tcW w:type="dxa" w:w="709"/>
          </w:tcPr>
          <w:p>
            <w:r>
              <w:t>1057</w:t>
            </w:r>
          </w:p>
        </w:tc>
        <w:tc>
          <w:tcPr>
            <w:tcW w:type="dxa" w:w="3572"/>
          </w:tcPr>
          <w:p>
            <w:r>
              <w:t>Sunseri Antonio</w:t>
            </w:r>
          </w:p>
        </w:tc>
        <w:tc>
          <w:tcPr>
            <w:tcW w:type="dxa" w:w="6009"/>
          </w:tcPr>
          <w:p>
            <w:r>
              <w:t>Direttore editoriale, Kalós</w:t>
            </w:r>
          </w:p>
        </w:tc>
      </w:tr>
      <w:tr>
        <w:tc>
          <w:tcPr>
            <w:tcW w:type="dxa" w:w="709"/>
          </w:tcPr>
          <w:p>
            <w:r>
              <w:t>1058</w:t>
            </w:r>
          </w:p>
        </w:tc>
        <w:tc>
          <w:tcPr>
            <w:tcW w:type="dxa" w:w="3572"/>
          </w:tcPr>
          <w:p>
            <w:r>
              <w:t>Supporta Andrea</w:t>
            </w:r>
          </w:p>
        </w:tc>
        <w:tc>
          <w:tcPr>
            <w:tcW w:type="dxa" w:w="6009"/>
          </w:tcPr>
          <w:p>
            <w:r>
              <w:t>Presidente regionale AT Cittadinanzattiva Sicilia</w:t>
            </w:r>
          </w:p>
        </w:tc>
      </w:tr>
      <w:tr>
        <w:tc>
          <w:tcPr>
            <w:tcW w:type="dxa" w:w="709"/>
          </w:tcPr>
          <w:p>
            <w:r>
              <w:t>1059</w:t>
            </w:r>
          </w:p>
        </w:tc>
        <w:tc>
          <w:tcPr>
            <w:tcW w:type="dxa" w:w="3572"/>
          </w:tcPr>
          <w:p>
            <w:r>
              <w:t>Sutera Francesco</w:t>
            </w:r>
          </w:p>
        </w:tc>
        <w:tc>
          <w:tcPr>
            <w:tcW w:type="dxa" w:w="6009"/>
          </w:tcPr>
          <w:p>
            <w:r>
              <w:t>Dirigente, ASP Palermo</w:t>
            </w:r>
          </w:p>
        </w:tc>
      </w:tr>
      <w:tr>
        <w:tc>
          <w:tcPr>
            <w:tcW w:type="dxa" w:w="709"/>
          </w:tcPr>
          <w:p>
            <w:r>
              <w:t>1060</w:t>
            </w:r>
          </w:p>
        </w:tc>
        <w:tc>
          <w:tcPr>
            <w:tcW w:type="dxa" w:w="3572"/>
          </w:tcPr>
          <w:p>
            <w:r>
              <w:t>Tamburello Sergio</w:t>
            </w:r>
          </w:p>
        </w:tc>
        <w:tc>
          <w:tcPr>
            <w:tcW w:type="dxa" w:w="6009"/>
          </w:tcPr>
          <w:p>
            <w:r>
              <w:t>Ufficiale dell'Esercito in pensione</w:t>
            </w:r>
          </w:p>
        </w:tc>
      </w:tr>
      <w:tr>
        <w:tc>
          <w:tcPr>
            <w:tcW w:type="dxa" w:w="709"/>
          </w:tcPr>
          <w:p>
            <w:r>
              <w:t>1061</w:t>
            </w:r>
          </w:p>
        </w:tc>
        <w:tc>
          <w:tcPr>
            <w:tcW w:type="dxa" w:w="3572"/>
          </w:tcPr>
          <w:p>
            <w:r>
              <w:t>Tambuzzo Maria Giovanna</w:t>
            </w:r>
          </w:p>
        </w:tc>
        <w:tc>
          <w:tcPr>
            <w:tcW w:type="dxa" w:w="6009"/>
          </w:tcPr>
          <w:p>
            <w:r>
              <w:t>OSS presso struttura socio-assistenziale</w:t>
            </w:r>
          </w:p>
        </w:tc>
      </w:tr>
      <w:tr>
        <w:tc>
          <w:tcPr>
            <w:tcW w:type="dxa" w:w="709"/>
          </w:tcPr>
          <w:p>
            <w:r>
              <w:t>1062</w:t>
            </w:r>
          </w:p>
        </w:tc>
        <w:tc>
          <w:tcPr>
            <w:tcW w:type="dxa" w:w="3572"/>
          </w:tcPr>
          <w:p>
            <w:r>
              <w:t>Tartaglia Laura</w:t>
            </w:r>
          </w:p>
        </w:tc>
        <w:tc>
          <w:tcPr>
            <w:tcW w:type="dxa" w:w="6009"/>
          </w:tcPr>
          <w:p>
            <w:r>
              <w:t>Medico, SAMOT</w:t>
            </w:r>
          </w:p>
        </w:tc>
      </w:tr>
      <w:tr>
        <w:tc>
          <w:tcPr>
            <w:tcW w:type="dxa" w:w="709"/>
          </w:tcPr>
          <w:p>
            <w:r>
              <w:t>1063</w:t>
            </w:r>
          </w:p>
        </w:tc>
        <w:tc>
          <w:tcPr>
            <w:tcW w:type="dxa" w:w="3572"/>
          </w:tcPr>
          <w:p>
            <w:r>
              <w:t>Tata Carmela</w:t>
            </w:r>
          </w:p>
        </w:tc>
        <w:tc>
          <w:tcPr>
            <w:tcW w:type="dxa" w:w="6009"/>
          </w:tcPr>
          <w:p>
            <w:r>
              <w:t>Autorità Garante della Persona con Disabilità</w:t>
            </w:r>
          </w:p>
        </w:tc>
      </w:tr>
      <w:tr>
        <w:tc>
          <w:tcPr>
            <w:tcW w:type="dxa" w:w="709"/>
          </w:tcPr>
          <w:p>
            <w:r>
              <w:t>1064</w:t>
            </w:r>
          </w:p>
        </w:tc>
        <w:tc>
          <w:tcPr>
            <w:tcW w:type="dxa" w:w="3572"/>
          </w:tcPr>
          <w:p>
            <w:r>
              <w:t>Tedesco Davide</w:t>
            </w:r>
          </w:p>
        </w:tc>
        <w:tc>
          <w:tcPr>
            <w:tcW w:type="dxa" w:w="6009"/>
          </w:tcPr>
          <w:p>
            <w:r>
              <w:t>Biologo</w:t>
            </w:r>
          </w:p>
        </w:tc>
      </w:tr>
      <w:tr>
        <w:tc>
          <w:tcPr>
            <w:tcW w:type="dxa" w:w="709"/>
          </w:tcPr>
          <w:p>
            <w:r>
              <w:t>1065</w:t>
            </w:r>
          </w:p>
        </w:tc>
        <w:tc>
          <w:tcPr>
            <w:tcW w:type="dxa" w:w="3572"/>
          </w:tcPr>
          <w:p>
            <w:r>
              <w:t>Termini Donatella</w:t>
            </w:r>
          </w:p>
        </w:tc>
        <w:tc>
          <w:tcPr>
            <w:tcW w:type="dxa" w:w="6009"/>
          </w:tcPr>
          <w:p>
            <w:r>
              <w:t>Direttore UOC Neonatologia e UTIN, Ospedale Buccheri La Ferla Fatebenefratelli, Palermo</w:t>
            </w:r>
          </w:p>
        </w:tc>
      </w:tr>
      <w:tr>
        <w:tc>
          <w:tcPr>
            <w:tcW w:type="dxa" w:w="709"/>
          </w:tcPr>
          <w:p>
            <w:r>
              <w:t>1066</w:t>
            </w:r>
          </w:p>
        </w:tc>
        <w:tc>
          <w:tcPr>
            <w:tcW w:type="dxa" w:w="3572"/>
          </w:tcPr>
          <w:p>
            <w:r>
              <w:t>Terrana Baldassare Fausto</w:t>
            </w:r>
          </w:p>
        </w:tc>
        <w:tc>
          <w:tcPr>
            <w:tcW w:type="dxa" w:w="6009"/>
          </w:tcPr>
          <w:p>
            <w:r>
              <w:t>Imprenditore</w:t>
            </w:r>
          </w:p>
        </w:tc>
      </w:tr>
      <w:tr>
        <w:tc>
          <w:tcPr>
            <w:tcW w:type="dxa" w:w="709"/>
          </w:tcPr>
          <w:p>
            <w:r>
              <w:t>1067</w:t>
            </w:r>
          </w:p>
        </w:tc>
        <w:tc>
          <w:tcPr>
            <w:tcW w:type="dxa" w:w="3572"/>
          </w:tcPr>
          <w:p>
            <w:r>
              <w:t>Terrana Luigi</w:t>
            </w:r>
          </w:p>
        </w:tc>
        <w:tc>
          <w:tcPr>
            <w:tcW w:type="dxa" w:w="6009"/>
          </w:tcPr>
          <w:p>
            <w:r>
              <w:t>Medico di medicina generale, ASP Palermo</w:t>
            </w:r>
          </w:p>
        </w:tc>
      </w:tr>
      <w:tr>
        <w:tc>
          <w:tcPr>
            <w:tcW w:type="dxa" w:w="709"/>
          </w:tcPr>
          <w:p>
            <w:r>
              <w:t>1068</w:t>
            </w:r>
          </w:p>
        </w:tc>
        <w:tc>
          <w:tcPr>
            <w:tcW w:type="dxa" w:w="3572"/>
          </w:tcPr>
          <w:p>
            <w:r>
              <w:t>Terranova Angela</w:t>
            </w:r>
          </w:p>
        </w:tc>
        <w:tc>
          <w:tcPr>
            <w:tcW w:type="dxa" w:w="6009"/>
          </w:tcPr>
          <w:p>
            <w:r>
              <w:t>Specialista in Geriatria</w:t>
            </w:r>
          </w:p>
        </w:tc>
      </w:tr>
      <w:tr>
        <w:tc>
          <w:tcPr>
            <w:tcW w:type="dxa" w:w="709"/>
          </w:tcPr>
          <w:p>
            <w:r>
              <w:t>1069</w:t>
            </w:r>
          </w:p>
        </w:tc>
        <w:tc>
          <w:tcPr>
            <w:tcW w:type="dxa" w:w="3572"/>
          </w:tcPr>
          <w:p>
            <w:r>
              <w:t>Terranova Francesco</w:t>
            </w:r>
          </w:p>
        </w:tc>
        <w:tc>
          <w:tcPr>
            <w:tcW w:type="dxa" w:w="6009"/>
          </w:tcPr>
          <w:p>
            <w:r>
              <w:t>Imprenditore nel settore della sanità privata convenzionata</w:t>
            </w:r>
          </w:p>
        </w:tc>
      </w:tr>
      <w:tr>
        <w:tc>
          <w:tcPr>
            <w:tcW w:type="dxa" w:w="709"/>
          </w:tcPr>
          <w:p>
            <w:r>
              <w:t>1070</w:t>
            </w:r>
          </w:p>
        </w:tc>
        <w:tc>
          <w:tcPr>
            <w:tcW w:type="dxa" w:w="3572"/>
          </w:tcPr>
          <w:p>
            <w:r>
              <w:t>Terranova Giuseppe</w:t>
            </w:r>
          </w:p>
        </w:tc>
        <w:tc>
          <w:tcPr>
            <w:tcW w:type="dxa" w:w="6009"/>
          </w:tcPr>
          <w:p>
            <w:r>
              <w:t>Infermiere professionale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1071</w:t>
            </w:r>
          </w:p>
        </w:tc>
        <w:tc>
          <w:tcPr>
            <w:tcW w:type="dxa" w:w="3572"/>
          </w:tcPr>
          <w:p>
            <w:r>
              <w:t>Tesè Giuseppe</w:t>
            </w:r>
          </w:p>
        </w:tc>
        <w:tc>
          <w:tcPr>
            <w:tcW w:type="dxa" w:w="6009"/>
          </w:tcPr>
          <w:p>
            <w:r>
              <w:t>Pensionato</w:t>
            </w:r>
          </w:p>
        </w:tc>
      </w:tr>
      <w:tr>
        <w:tc>
          <w:tcPr>
            <w:tcW w:type="dxa" w:w="709"/>
          </w:tcPr>
          <w:p>
            <w:r>
              <w:t>1072</w:t>
            </w:r>
          </w:p>
        </w:tc>
        <w:tc>
          <w:tcPr>
            <w:tcW w:type="dxa" w:w="3572"/>
          </w:tcPr>
          <w:p>
            <w:r>
              <w:t>Testaì Caterina</w:t>
            </w:r>
          </w:p>
        </w:tc>
        <w:tc>
          <w:tcPr>
            <w:tcW w:type="dxa" w:w="6009"/>
          </w:tcPr>
          <w:p>
            <w:r>
              <w:t>Direttore sanitario del Consorzio Sisifo</w:t>
            </w:r>
          </w:p>
        </w:tc>
      </w:tr>
      <w:tr>
        <w:tc>
          <w:tcPr>
            <w:tcW w:type="dxa" w:w="709"/>
          </w:tcPr>
          <w:p>
            <w:r>
              <w:t>1073</w:t>
            </w:r>
          </w:p>
        </w:tc>
        <w:tc>
          <w:tcPr>
            <w:tcW w:type="dxa" w:w="3572"/>
          </w:tcPr>
          <w:p>
            <w:r>
              <w:t>Ticali Dario</w:t>
            </w:r>
          </w:p>
        </w:tc>
        <w:tc>
          <w:tcPr>
            <w:tcW w:type="dxa" w:w="6009"/>
          </w:tcPr>
          <w:p>
            <w:r>
              <w:t>Professore universitario</w:t>
            </w:r>
          </w:p>
        </w:tc>
      </w:tr>
      <w:tr>
        <w:tc>
          <w:tcPr>
            <w:tcW w:type="dxa" w:w="709"/>
          </w:tcPr>
          <w:p>
            <w:r>
              <w:t>1074</w:t>
            </w:r>
          </w:p>
        </w:tc>
        <w:tc>
          <w:tcPr>
            <w:tcW w:type="dxa" w:w="3572"/>
          </w:tcPr>
          <w:p>
            <w:r>
              <w:t>Tinnirello Daniela</w:t>
            </w:r>
          </w:p>
        </w:tc>
        <w:tc>
          <w:tcPr>
            <w:tcW w:type="dxa" w:w="6009"/>
          </w:tcPr>
          <w:p>
            <w:r>
              <w:t>Medico</w:t>
            </w:r>
          </w:p>
        </w:tc>
      </w:tr>
      <w:tr>
        <w:tc>
          <w:tcPr>
            <w:tcW w:type="dxa" w:w="709"/>
          </w:tcPr>
          <w:p>
            <w:r>
              <w:t>1075</w:t>
            </w:r>
          </w:p>
        </w:tc>
        <w:tc>
          <w:tcPr>
            <w:tcW w:type="dxa" w:w="3572"/>
          </w:tcPr>
          <w:p>
            <w:r>
              <w:t>Tiralongo Veronica</w:t>
            </w:r>
          </w:p>
        </w:tc>
        <w:tc>
          <w:tcPr>
            <w:tcW w:type="dxa" w:w="6009"/>
          </w:tcPr>
          <w:p>
            <w:r>
              <w:t>Operatore in struttura sanitaria</w:t>
            </w:r>
          </w:p>
        </w:tc>
      </w:tr>
      <w:tr>
        <w:tc>
          <w:tcPr>
            <w:tcW w:type="dxa" w:w="709"/>
          </w:tcPr>
          <w:p>
            <w:r>
              <w:t>1076</w:t>
            </w:r>
          </w:p>
        </w:tc>
        <w:tc>
          <w:tcPr>
            <w:tcW w:type="dxa" w:w="3572"/>
          </w:tcPr>
          <w:p>
            <w:r>
              <w:t>Tomasello Francesco</w:t>
            </w:r>
          </w:p>
        </w:tc>
        <w:tc>
          <w:tcPr>
            <w:tcW w:type="dxa" w:w="6009"/>
          </w:tcPr>
          <w:p>
            <w:r>
              <w:t>Presidente Onorario della Federazione Mondiale di Neurochirurgia; neurochirurgo ancora in attività</w:t>
            </w:r>
          </w:p>
        </w:tc>
      </w:tr>
      <w:tr>
        <w:tc>
          <w:tcPr>
            <w:tcW w:type="dxa" w:w="709"/>
          </w:tcPr>
          <w:p>
            <w:r>
              <w:t>1077</w:t>
            </w:r>
          </w:p>
        </w:tc>
        <w:tc>
          <w:tcPr>
            <w:tcW w:type="dxa" w:w="3572"/>
          </w:tcPr>
          <w:p>
            <w:r>
              <w:t>Tondo Angelo</w:t>
            </w:r>
          </w:p>
        </w:tc>
        <w:tc>
          <w:tcPr>
            <w:tcW w:type="dxa" w:w="6009"/>
          </w:tcPr>
          <w:p>
            <w:r>
              <w:t>Operatore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1078</w:t>
            </w:r>
          </w:p>
        </w:tc>
        <w:tc>
          <w:tcPr>
            <w:tcW w:type="dxa" w:w="3572"/>
          </w:tcPr>
          <w:p>
            <w:r>
              <w:t>Torregrossa Maria Valeria</w:t>
            </w:r>
          </w:p>
        </w:tc>
        <w:tc>
          <w:tcPr>
            <w:tcW w:type="dxa" w:w="6009"/>
          </w:tcPr>
          <w:p>
            <w:r>
              <w:t>Già professore di Igiene e Medicina preventiva</w:t>
            </w:r>
          </w:p>
        </w:tc>
      </w:tr>
      <w:tr>
        <w:tc>
          <w:tcPr>
            <w:tcW w:type="dxa" w:w="709"/>
          </w:tcPr>
          <w:p>
            <w:r>
              <w:t>1079</w:t>
            </w:r>
          </w:p>
        </w:tc>
        <w:tc>
          <w:tcPr>
            <w:tcW w:type="dxa" w:w="3572"/>
          </w:tcPr>
          <w:p>
            <w:r>
              <w:t>Torrisi Vincenza</w:t>
            </w:r>
          </w:p>
        </w:tc>
        <w:tc>
          <w:tcPr>
            <w:tcW w:type="dxa" w:w="6009"/>
          </w:tcPr>
          <w:p>
            <w:r>
              <w:t>OSS</w:t>
            </w:r>
          </w:p>
        </w:tc>
      </w:tr>
      <w:tr>
        <w:tc>
          <w:tcPr>
            <w:tcW w:type="dxa" w:w="709"/>
          </w:tcPr>
          <w:p>
            <w:r>
              <w:t>1080</w:t>
            </w:r>
          </w:p>
        </w:tc>
        <w:tc>
          <w:tcPr>
            <w:tcW w:type="dxa" w:w="3572"/>
          </w:tcPr>
          <w:p>
            <w:r>
              <w:t>Tosto Roberto</w:t>
            </w:r>
          </w:p>
        </w:tc>
        <w:tc>
          <w:tcPr>
            <w:tcW w:type="dxa" w:w="6009"/>
          </w:tcPr>
          <w:p>
            <w:r>
              <w:t>Chirurgo, AOU Policlinico “Paolo Giaccone” di Palermo</w:t>
            </w:r>
          </w:p>
        </w:tc>
      </w:tr>
      <w:tr>
        <w:tc>
          <w:tcPr>
            <w:tcW w:type="dxa" w:w="709"/>
          </w:tcPr>
          <w:p>
            <w:r>
              <w:t>1081</w:t>
            </w:r>
          </w:p>
        </w:tc>
        <w:tc>
          <w:tcPr>
            <w:tcW w:type="dxa" w:w="3572"/>
          </w:tcPr>
          <w:p>
            <w:r>
              <w:t>Traina Laura</w:t>
            </w:r>
          </w:p>
        </w:tc>
        <w:tc>
          <w:tcPr>
            <w:tcW w:type="dxa" w:w="6009"/>
          </w:tcPr>
          <w:p>
            <w:r>
              <w:t>Libera professionista, specialista in Diabetologia e Malattie metaboliche, Palermo</w:t>
            </w:r>
          </w:p>
        </w:tc>
      </w:tr>
      <w:tr>
        <w:tc>
          <w:tcPr>
            <w:tcW w:type="dxa" w:w="709"/>
          </w:tcPr>
          <w:p>
            <w:r>
              <w:t>1082</w:t>
            </w:r>
          </w:p>
        </w:tc>
        <w:tc>
          <w:tcPr>
            <w:tcW w:type="dxa" w:w="3572"/>
          </w:tcPr>
          <w:p>
            <w:r>
              <w:t>Traina Lietta</w:t>
            </w:r>
          </w:p>
        </w:tc>
        <w:tc>
          <w:tcPr>
            <w:tcW w:type="dxa" w:w="6009"/>
          </w:tcPr>
          <w:p>
            <w:r>
              <w:t>Già dirigente della Farmacia Ospedaliera, Villa Sofia-Cervello; già dirigente del Servizio Farmaceutico dell’Assessorato della Salute</w:t>
            </w:r>
          </w:p>
        </w:tc>
      </w:tr>
      <w:tr>
        <w:tc>
          <w:tcPr>
            <w:tcW w:type="dxa" w:w="709"/>
          </w:tcPr>
          <w:p>
            <w:r>
              <w:t>1083</w:t>
            </w:r>
          </w:p>
        </w:tc>
        <w:tc>
          <w:tcPr>
            <w:tcW w:type="dxa" w:w="3572"/>
          </w:tcPr>
          <w:p>
            <w:r>
              <w:t>Traina Mario</w:t>
            </w:r>
          </w:p>
        </w:tc>
        <w:tc>
          <w:tcPr>
            <w:tcW w:type="dxa" w:w="6009"/>
          </w:tcPr>
          <w:p>
            <w:r>
              <w:t>Senior Consultant, La Maddalena Cancer Center</w:t>
            </w:r>
          </w:p>
        </w:tc>
      </w:tr>
      <w:tr>
        <w:tc>
          <w:tcPr>
            <w:tcW w:type="dxa" w:w="709"/>
          </w:tcPr>
          <w:p>
            <w:r>
              <w:t>1084</w:t>
            </w:r>
          </w:p>
        </w:tc>
        <w:tc>
          <w:tcPr>
            <w:tcW w:type="dxa" w:w="3572"/>
          </w:tcPr>
          <w:p>
            <w:r>
              <w:t>Tralongo Vincenzo</w:t>
            </w:r>
          </w:p>
        </w:tc>
        <w:tc>
          <w:tcPr>
            <w:tcW w:type="dxa" w:w="6009"/>
          </w:tcPr>
          <w:p>
            <w:r>
              <w:t>Direttore UOC Anatomia Patologica, ASP Palermo</w:t>
            </w:r>
          </w:p>
        </w:tc>
      </w:tr>
      <w:tr>
        <w:tc>
          <w:tcPr>
            <w:tcW w:type="dxa" w:w="709"/>
          </w:tcPr>
          <w:p>
            <w:r>
              <w:t>1085</w:t>
            </w:r>
          </w:p>
        </w:tc>
        <w:tc>
          <w:tcPr>
            <w:tcW w:type="dxa" w:w="3572"/>
          </w:tcPr>
          <w:p>
            <w:r>
              <w:t>Trapani Cristina Consuelo</w:t>
            </w:r>
          </w:p>
        </w:tc>
        <w:tc>
          <w:tcPr>
            <w:tcW w:type="dxa" w:w="6009"/>
          </w:tcPr>
          <w:p>
            <w:r>
              <w:t>Responsabile UOS Farmacia, P.O. San Vito e Santo Spirito di Alcamo, ASP Trapani</w:t>
            </w:r>
          </w:p>
        </w:tc>
      </w:tr>
      <w:tr>
        <w:tc>
          <w:tcPr>
            <w:tcW w:type="dxa" w:w="709"/>
          </w:tcPr>
          <w:p>
            <w:r>
              <w:t>1086</w:t>
            </w:r>
          </w:p>
        </w:tc>
        <w:tc>
          <w:tcPr>
            <w:tcW w:type="dxa" w:w="3572"/>
          </w:tcPr>
          <w:p>
            <w:r>
              <w:t>Trapani Enzo</w:t>
            </w:r>
          </w:p>
        </w:tc>
        <w:tc>
          <w:tcPr>
            <w:tcW w:type="dxa" w:w="6009"/>
          </w:tcPr>
          <w:p>
            <w:r>
              <w:t>Ex Responsabile Pronto Soccorso Civico e Villa Sofia</w:t>
            </w:r>
          </w:p>
        </w:tc>
      </w:tr>
      <w:tr>
        <w:tc>
          <w:tcPr>
            <w:tcW w:type="dxa" w:w="709"/>
          </w:tcPr>
          <w:p>
            <w:r>
              <w:t>1087</w:t>
            </w:r>
          </w:p>
        </w:tc>
        <w:tc>
          <w:tcPr>
            <w:tcW w:type="dxa" w:w="3572"/>
          </w:tcPr>
          <w:p>
            <w:r>
              <w:t>Trassari Vera</w:t>
            </w:r>
          </w:p>
        </w:tc>
        <w:tc>
          <w:tcPr>
            <w:tcW w:type="dxa" w:w="6009"/>
          </w:tcPr>
          <w:p>
            <w:r>
              <w:t>Responsabile SerD CT2, Catania</w:t>
            </w:r>
          </w:p>
        </w:tc>
      </w:tr>
      <w:tr>
        <w:tc>
          <w:tcPr>
            <w:tcW w:type="dxa" w:w="709"/>
          </w:tcPr>
          <w:p>
            <w:r>
              <w:t>1088</w:t>
            </w:r>
          </w:p>
        </w:tc>
        <w:tc>
          <w:tcPr>
            <w:tcW w:type="dxa" w:w="3572"/>
          </w:tcPr>
          <w:p>
            <w:r>
              <w:t>Travaglianti Martina</w:t>
            </w:r>
          </w:p>
        </w:tc>
        <w:tc>
          <w:tcPr>
            <w:tcW w:type="dxa" w:w="6009"/>
          </w:tcPr>
          <w:p>
            <w:r>
              <w:t>Logopedista, Casa di Cura Riabilitativa Villa Sofia</w:t>
            </w:r>
          </w:p>
        </w:tc>
      </w:tr>
      <w:tr>
        <w:tc>
          <w:tcPr>
            <w:tcW w:type="dxa" w:w="709"/>
          </w:tcPr>
          <w:p>
            <w:r>
              <w:t>1089</w:t>
            </w:r>
          </w:p>
        </w:tc>
        <w:tc>
          <w:tcPr>
            <w:tcW w:type="dxa" w:w="3572"/>
          </w:tcPr>
          <w:p>
            <w:r>
              <w:t>Travaglianti Pina</w:t>
            </w:r>
          </w:p>
        </w:tc>
        <w:tc>
          <w:tcPr>
            <w:tcW w:type="dxa" w:w="6009"/>
          </w:tcPr>
          <w:p>
            <w:r>
              <w:t>R.S.Q. del Gruppo J.F. Kennedy</w:t>
            </w:r>
          </w:p>
        </w:tc>
      </w:tr>
      <w:tr>
        <w:tc>
          <w:tcPr>
            <w:tcW w:type="dxa" w:w="709"/>
          </w:tcPr>
          <w:p>
            <w:r>
              <w:t>1090</w:t>
            </w:r>
          </w:p>
        </w:tc>
        <w:tc>
          <w:tcPr>
            <w:tcW w:type="dxa" w:w="3572"/>
          </w:tcPr>
          <w:p>
            <w:r>
              <w:t>Triglia Martina</w:t>
            </w:r>
          </w:p>
        </w:tc>
        <w:tc>
          <w:tcPr>
            <w:tcW w:type="dxa" w:w="6009"/>
          </w:tcPr>
          <w:p>
            <w:r>
              <w:t>Assistente sociale</w:t>
            </w:r>
          </w:p>
        </w:tc>
      </w:tr>
      <w:tr>
        <w:tc>
          <w:tcPr>
            <w:tcW w:type="dxa" w:w="709"/>
          </w:tcPr>
          <w:p>
            <w:r>
              <w:t>1091</w:t>
            </w:r>
          </w:p>
        </w:tc>
        <w:tc>
          <w:tcPr>
            <w:tcW w:type="dxa" w:w="3572"/>
          </w:tcPr>
          <w:p>
            <w:r>
              <w:t>Triolo Filippo</w:t>
            </w:r>
          </w:p>
        </w:tc>
        <w:tc>
          <w:tcPr>
            <w:tcW w:type="dxa" w:w="6009"/>
          </w:tcPr>
          <w:p>
            <w:r>
              <w:t>Medico psichiatra</w:t>
            </w:r>
          </w:p>
        </w:tc>
      </w:tr>
      <w:tr>
        <w:tc>
          <w:tcPr>
            <w:tcW w:type="dxa" w:w="709"/>
          </w:tcPr>
          <w:p>
            <w:r>
              <w:t>1092</w:t>
            </w:r>
          </w:p>
        </w:tc>
        <w:tc>
          <w:tcPr>
            <w:tcW w:type="dxa" w:w="3572"/>
          </w:tcPr>
          <w:p>
            <w:r>
              <w:t>Triolo Giuseppe</w:t>
            </w:r>
          </w:p>
        </w:tc>
        <w:tc>
          <w:tcPr>
            <w:tcW w:type="dxa" w:w="6009"/>
          </w:tcPr>
          <w:p>
            <w:r>
              <w:t>Docente</w:t>
            </w:r>
          </w:p>
        </w:tc>
      </w:tr>
      <w:tr>
        <w:tc>
          <w:tcPr>
            <w:tcW w:type="dxa" w:w="709"/>
          </w:tcPr>
          <w:p>
            <w:r>
              <w:t>1093</w:t>
            </w:r>
          </w:p>
        </w:tc>
        <w:tc>
          <w:tcPr>
            <w:tcW w:type="dxa" w:w="3572"/>
          </w:tcPr>
          <w:p>
            <w:r>
              <w:t>Triveri Andrea</w:t>
            </w:r>
          </w:p>
        </w:tc>
        <w:tc>
          <w:tcPr>
            <w:tcW w:type="dxa" w:w="6009"/>
          </w:tcPr>
          <w:p>
            <w:r>
              <w:t>Collaboratore amministrativo presso Villa Sofia-Cervello</w:t>
            </w:r>
          </w:p>
        </w:tc>
      </w:tr>
      <w:tr>
        <w:tc>
          <w:tcPr>
            <w:tcW w:type="dxa" w:w="709"/>
          </w:tcPr>
          <w:p>
            <w:r>
              <w:t>1094</w:t>
            </w:r>
          </w:p>
        </w:tc>
        <w:tc>
          <w:tcPr>
            <w:tcW w:type="dxa" w:w="3572"/>
          </w:tcPr>
          <w:p>
            <w:r>
              <w:t>Trizzino Giorgio</w:t>
            </w:r>
          </w:p>
        </w:tc>
        <w:tc>
          <w:tcPr>
            <w:tcW w:type="dxa" w:w="6009"/>
          </w:tcPr>
          <w:p>
            <w:r>
              <w:t>Ex Direttore sanitario dell'Ospedale dei Bambini di Palermo</w:t>
            </w:r>
          </w:p>
        </w:tc>
      </w:tr>
      <w:tr>
        <w:tc>
          <w:tcPr>
            <w:tcW w:type="dxa" w:w="709"/>
          </w:tcPr>
          <w:p>
            <w:r>
              <w:t>1095</w:t>
            </w:r>
          </w:p>
        </w:tc>
        <w:tc>
          <w:tcPr>
            <w:tcW w:type="dxa" w:w="3572"/>
          </w:tcPr>
          <w:p>
            <w:r>
              <w:t>Troia Antonino</w:t>
            </w:r>
          </w:p>
        </w:tc>
        <w:tc>
          <w:tcPr>
            <w:tcW w:type="dxa" w:w="6009"/>
          </w:tcPr>
          <w:p>
            <w:r>
              <w:t>Generale dei Carabinieri in riserva</w:t>
            </w:r>
          </w:p>
        </w:tc>
      </w:tr>
      <w:tr>
        <w:tc>
          <w:tcPr>
            <w:tcW w:type="dxa" w:w="709"/>
          </w:tcPr>
          <w:p>
            <w:r>
              <w:t>1096</w:t>
            </w:r>
          </w:p>
        </w:tc>
        <w:tc>
          <w:tcPr>
            <w:tcW w:type="dxa" w:w="3572"/>
          </w:tcPr>
          <w:p>
            <w:r>
              <w:t>Trotta Giovanna</w:t>
            </w:r>
          </w:p>
        </w:tc>
        <w:tc>
          <w:tcPr>
            <w:tcW w:type="dxa" w:w="6009"/>
          </w:tcPr>
          <w:p>
            <w:r>
              <w:t>Psicologa</w:t>
            </w:r>
          </w:p>
        </w:tc>
      </w:tr>
      <w:tr>
        <w:tc>
          <w:tcPr>
            <w:tcW w:type="dxa" w:w="709"/>
          </w:tcPr>
          <w:p>
            <w:r>
              <w:t>1097</w:t>
            </w:r>
          </w:p>
        </w:tc>
        <w:tc>
          <w:tcPr>
            <w:tcW w:type="dxa" w:w="3572"/>
          </w:tcPr>
          <w:p>
            <w:r>
              <w:t>Trovato Cosimo</w:t>
            </w:r>
          </w:p>
        </w:tc>
        <w:tc>
          <w:tcPr>
            <w:tcW w:type="dxa" w:w="6009"/>
          </w:tcPr>
          <w:p>
            <w:r>
              <w:t>Responsabile nazionale Specialistica ambulatoriale FISMU</w:t>
            </w:r>
          </w:p>
        </w:tc>
      </w:tr>
      <w:tr>
        <w:tc>
          <w:tcPr>
            <w:tcW w:type="dxa" w:w="709"/>
          </w:tcPr>
          <w:p>
            <w:r>
              <w:t>1098</w:t>
            </w:r>
          </w:p>
        </w:tc>
        <w:tc>
          <w:tcPr>
            <w:tcW w:type="dxa" w:w="3572"/>
          </w:tcPr>
          <w:p>
            <w:r>
              <w:t>Trovato Rossana</w:t>
            </w:r>
          </w:p>
        </w:tc>
        <w:tc>
          <w:tcPr>
            <w:tcW w:type="dxa" w:w="6009"/>
          </w:tcPr>
          <w:p>
            <w:r>
              <w:t>Dottoressa in Giurisprudenza</w:t>
            </w:r>
          </w:p>
        </w:tc>
      </w:tr>
      <w:tr>
        <w:tc>
          <w:tcPr>
            <w:tcW w:type="dxa" w:w="709"/>
          </w:tcPr>
          <w:p>
            <w:r>
              <w:t>1099</w:t>
            </w:r>
          </w:p>
        </w:tc>
        <w:tc>
          <w:tcPr>
            <w:tcW w:type="dxa" w:w="3572"/>
          </w:tcPr>
          <w:p>
            <w:r>
              <w:t>Trumello Elga</w:t>
            </w:r>
          </w:p>
        </w:tc>
        <w:tc>
          <w:tcPr>
            <w:tcW w:type="dxa" w:w="6009"/>
          </w:tcPr>
          <w:p>
            <w:r>
              <w:t>Infermiera</w:t>
            </w:r>
          </w:p>
        </w:tc>
      </w:tr>
      <w:tr>
        <w:tc>
          <w:tcPr>
            <w:tcW w:type="dxa" w:w="709"/>
          </w:tcPr>
          <w:p>
            <w:r>
              <w:t>1100</w:t>
            </w:r>
          </w:p>
        </w:tc>
        <w:tc>
          <w:tcPr>
            <w:tcW w:type="dxa" w:w="3572"/>
          </w:tcPr>
          <w:p>
            <w:r>
              <w:t>Truscello Antonio</w:t>
            </w:r>
          </w:p>
        </w:tc>
        <w:tc>
          <w:tcPr>
            <w:tcW w:type="dxa" w:w="6009"/>
          </w:tcPr>
          <w:p>
            <w:r>
              <w:t>Dipendente pubblico</w:t>
            </w:r>
          </w:p>
        </w:tc>
      </w:tr>
      <w:tr>
        <w:tc>
          <w:tcPr>
            <w:tcW w:type="dxa" w:w="709"/>
          </w:tcPr>
          <w:p>
            <w:r>
              <w:t>1101</w:t>
            </w:r>
          </w:p>
        </w:tc>
        <w:tc>
          <w:tcPr>
            <w:tcW w:type="dxa" w:w="3572"/>
          </w:tcPr>
          <w:p>
            <w:r>
              <w:t>Truscello Francesco</w:t>
            </w:r>
          </w:p>
        </w:tc>
        <w:tc>
          <w:tcPr>
            <w:tcW w:type="dxa" w:w="6009"/>
          </w:tcPr>
          <w:p>
            <w:r>
              <w:t>Dipendente pubblico</w:t>
            </w:r>
          </w:p>
        </w:tc>
      </w:tr>
      <w:tr>
        <w:tc>
          <w:tcPr>
            <w:tcW w:type="dxa" w:w="709"/>
          </w:tcPr>
          <w:p>
            <w:r>
              <w:t>1102</w:t>
            </w:r>
          </w:p>
        </w:tc>
        <w:tc>
          <w:tcPr>
            <w:tcW w:type="dxa" w:w="3572"/>
          </w:tcPr>
          <w:p>
            <w:r>
              <w:t>Tumbiolo Luciano</w:t>
            </w:r>
          </w:p>
        </w:tc>
        <w:tc>
          <w:tcPr>
            <w:tcW w:type="dxa" w:w="6009"/>
          </w:tcPr>
          <w:p>
            <w:r>
              <w:t>Impiegato amministrativo, Casa di riposo</w:t>
            </w:r>
          </w:p>
        </w:tc>
      </w:tr>
      <w:tr>
        <w:tc>
          <w:tcPr>
            <w:tcW w:type="dxa" w:w="709"/>
          </w:tcPr>
          <w:p>
            <w:r>
              <w:t>1103</w:t>
            </w:r>
          </w:p>
        </w:tc>
        <w:tc>
          <w:tcPr>
            <w:tcW w:type="dxa" w:w="3572"/>
          </w:tcPr>
          <w:p>
            <w:r>
              <w:t>Tumino Sandro</w:t>
            </w:r>
          </w:p>
        </w:tc>
        <w:tc>
          <w:tcPr>
            <w:tcW w:type="dxa" w:w="6009"/>
          </w:tcPr>
          <w:p>
            <w:r>
              <w:t>Responsabile provinciale FMT - Federazione Medici del Territorio, Ragusa</w:t>
            </w:r>
          </w:p>
        </w:tc>
      </w:tr>
      <w:tr>
        <w:tc>
          <w:tcPr>
            <w:tcW w:type="dxa" w:w="709"/>
          </w:tcPr>
          <w:p>
            <w:r>
              <w:t>1104</w:t>
            </w:r>
          </w:p>
        </w:tc>
        <w:tc>
          <w:tcPr>
            <w:tcW w:type="dxa" w:w="3572"/>
          </w:tcPr>
          <w:p>
            <w:r>
              <w:t>Uccello Diego</w:t>
            </w:r>
          </w:p>
        </w:tc>
        <w:tc>
          <w:tcPr>
            <w:tcW w:type="dxa" w:w="6009"/>
          </w:tcPr>
          <w:p>
            <w:r>
              <w:t>Studio cardio-angiologico Foruccello S.r.l.</w:t>
            </w:r>
          </w:p>
        </w:tc>
      </w:tr>
      <w:tr>
        <w:tc>
          <w:tcPr>
            <w:tcW w:type="dxa" w:w="709"/>
          </w:tcPr>
          <w:p>
            <w:r>
              <w:t>1105</w:t>
            </w:r>
          </w:p>
        </w:tc>
        <w:tc>
          <w:tcPr>
            <w:tcW w:type="dxa" w:w="3572"/>
          </w:tcPr>
          <w:p>
            <w:r>
              <w:t>Uccello Salvatore</w:t>
            </w:r>
          </w:p>
        </w:tc>
        <w:tc>
          <w:tcPr>
            <w:tcW w:type="dxa" w:w="6009"/>
          </w:tcPr>
          <w:p>
            <w:r>
              <w:t>Studio cardio-angiologico Foruccello S.r.l.</w:t>
            </w:r>
          </w:p>
        </w:tc>
      </w:tr>
      <w:tr>
        <w:tc>
          <w:tcPr>
            <w:tcW w:type="dxa" w:w="709"/>
          </w:tcPr>
          <w:p>
            <w:r>
              <w:t>1106</w:t>
            </w:r>
          </w:p>
        </w:tc>
        <w:tc>
          <w:tcPr>
            <w:tcW w:type="dxa" w:w="3572"/>
          </w:tcPr>
          <w:p>
            <w:r>
              <w:t>Urrata Gaia</w:t>
            </w:r>
          </w:p>
        </w:tc>
        <w:tc>
          <w:tcPr>
            <w:tcW w:type="dxa" w:w="6009"/>
          </w:tcPr>
          <w:p>
            <w:r>
              <w:t>Addetta alle pulizie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1107</w:t>
            </w:r>
          </w:p>
        </w:tc>
        <w:tc>
          <w:tcPr>
            <w:tcW w:type="dxa" w:w="3572"/>
          </w:tcPr>
          <w:p>
            <w:r>
              <w:t>Urso Maria</w:t>
            </w:r>
          </w:p>
        </w:tc>
        <w:tc>
          <w:tcPr>
            <w:tcW w:type="dxa" w:w="6009"/>
          </w:tcPr>
          <w:p>
            <w:r>
              <w:t>Impiegata amministrativa</w:t>
            </w:r>
          </w:p>
        </w:tc>
      </w:tr>
      <w:tr>
        <w:tc>
          <w:tcPr>
            <w:tcW w:type="dxa" w:w="709"/>
          </w:tcPr>
          <w:p>
            <w:r>
              <w:t>1108</w:t>
            </w:r>
          </w:p>
        </w:tc>
        <w:tc>
          <w:tcPr>
            <w:tcW w:type="dxa" w:w="3572"/>
          </w:tcPr>
          <w:p>
            <w:r>
              <w:t>Urso Rosalia</w:t>
            </w:r>
          </w:p>
        </w:tc>
        <w:tc>
          <w:tcPr>
            <w:tcW w:type="dxa" w:w="6009"/>
          </w:tcPr>
          <w:p>
            <w:r>
              <w:t>Impiegata</w:t>
            </w:r>
          </w:p>
        </w:tc>
      </w:tr>
      <w:tr>
        <w:tc>
          <w:tcPr>
            <w:tcW w:type="dxa" w:w="709"/>
          </w:tcPr>
          <w:p>
            <w:r>
              <w:t>1109</w:t>
            </w:r>
          </w:p>
        </w:tc>
        <w:tc>
          <w:tcPr>
            <w:tcW w:type="dxa" w:w="3572"/>
          </w:tcPr>
          <w:p>
            <w:r>
              <w:t>Usala Manuela</w:t>
            </w:r>
          </w:p>
        </w:tc>
        <w:tc>
          <w:tcPr>
            <w:tcW w:type="dxa" w:w="6009"/>
          </w:tcPr>
          <w:p>
            <w:r>
              <w:t>Istituto Ortopedico Rizzoli - Dipartimento Sicilia; Funzione organizzativa Area riabilitativa</w:t>
            </w:r>
          </w:p>
        </w:tc>
      </w:tr>
      <w:tr>
        <w:tc>
          <w:tcPr>
            <w:tcW w:type="dxa" w:w="709"/>
          </w:tcPr>
          <w:p>
            <w:r>
              <w:t>1110</w:t>
            </w:r>
          </w:p>
        </w:tc>
        <w:tc>
          <w:tcPr>
            <w:tcW w:type="dxa" w:w="3572"/>
          </w:tcPr>
          <w:p>
            <w:r>
              <w:t>Vaccarisi Corrado</w:t>
            </w:r>
          </w:p>
        </w:tc>
        <w:tc>
          <w:tcPr>
            <w:tcW w:type="dxa" w:w="6009"/>
          </w:tcPr>
          <w:p>
            <w:r>
              <w:t>Già Direttore UOC di Patologia Clinica e Direttore Sanitario Aziendale</w:t>
            </w:r>
          </w:p>
        </w:tc>
      </w:tr>
      <w:tr>
        <w:tc>
          <w:tcPr>
            <w:tcW w:type="dxa" w:w="709"/>
          </w:tcPr>
          <w:p>
            <w:r>
              <w:t>1111</w:t>
            </w:r>
          </w:p>
        </w:tc>
        <w:tc>
          <w:tcPr>
            <w:tcW w:type="dxa" w:w="3572"/>
          </w:tcPr>
          <w:p>
            <w:r>
              <w:t>Vaccaro Giovanni</w:t>
            </w:r>
          </w:p>
        </w:tc>
        <w:tc>
          <w:tcPr>
            <w:tcW w:type="dxa" w:w="6009"/>
          </w:tcPr>
          <w:p>
            <w:r>
              <w:t>Studio Oculistico Vaccaro</w:t>
            </w:r>
          </w:p>
        </w:tc>
      </w:tr>
      <w:tr>
        <w:tc>
          <w:tcPr>
            <w:tcW w:type="dxa" w:w="709"/>
          </w:tcPr>
          <w:p>
            <w:r>
              <w:t>1112</w:t>
            </w:r>
          </w:p>
        </w:tc>
        <w:tc>
          <w:tcPr>
            <w:tcW w:type="dxa" w:w="3572"/>
          </w:tcPr>
          <w:p>
            <w:r>
              <w:t>Vangone Caterina</w:t>
            </w:r>
          </w:p>
        </w:tc>
        <w:tc>
          <w:tcPr>
            <w:tcW w:type="dxa" w:w="6009"/>
          </w:tcPr>
          <w:p>
            <w:r>
              <w:t>Impiegata bancaria</w:t>
            </w:r>
          </w:p>
        </w:tc>
      </w:tr>
      <w:tr>
        <w:tc>
          <w:tcPr>
            <w:tcW w:type="dxa" w:w="709"/>
          </w:tcPr>
          <w:p>
            <w:r>
              <w:t>1113</w:t>
            </w:r>
          </w:p>
        </w:tc>
        <w:tc>
          <w:tcPr>
            <w:tcW w:type="dxa" w:w="3572"/>
          </w:tcPr>
          <w:p>
            <w:r>
              <w:t>Varia Francesca</w:t>
            </w:r>
          </w:p>
        </w:tc>
        <w:tc>
          <w:tcPr>
            <w:tcW w:type="dxa" w:w="6009"/>
          </w:tcPr>
          <w:p>
            <w:r>
              <w:t>Dirigente medico di Pediatria, ARNAS Civico Di Cristina Benfratelli</w:t>
            </w:r>
          </w:p>
        </w:tc>
      </w:tr>
      <w:tr>
        <w:tc>
          <w:tcPr>
            <w:tcW w:type="dxa" w:w="709"/>
          </w:tcPr>
          <w:p>
            <w:r>
              <w:t>1114</w:t>
            </w:r>
          </w:p>
        </w:tc>
        <w:tc>
          <w:tcPr>
            <w:tcW w:type="dxa" w:w="3572"/>
          </w:tcPr>
          <w:p>
            <w:r>
              <w:t>Vasta Pieremilio</w:t>
            </w:r>
          </w:p>
        </w:tc>
        <w:tc>
          <w:tcPr>
            <w:tcW w:type="dxa" w:w="6009"/>
          </w:tcPr>
          <w:p>
            <w:r>
              <w:t>Coordinatore regionale della Rete Civica della Salute</w:t>
            </w:r>
          </w:p>
        </w:tc>
      </w:tr>
      <w:tr>
        <w:tc>
          <w:tcPr>
            <w:tcW w:type="dxa" w:w="709"/>
          </w:tcPr>
          <w:p>
            <w:r>
              <w:t>1115</w:t>
            </w:r>
          </w:p>
        </w:tc>
        <w:tc>
          <w:tcPr>
            <w:tcW w:type="dxa" w:w="3572"/>
          </w:tcPr>
          <w:p>
            <w:r>
              <w:t>Vazzana Pietro</w:t>
            </w:r>
          </w:p>
        </w:tc>
        <w:tc>
          <w:tcPr>
            <w:tcW w:type="dxa" w:w="6009"/>
          </w:tcPr>
          <w:p>
            <w:r>
              <w:t>Medico di medicina generale</w:t>
            </w:r>
          </w:p>
        </w:tc>
      </w:tr>
      <w:tr>
        <w:tc>
          <w:tcPr>
            <w:tcW w:type="dxa" w:w="709"/>
          </w:tcPr>
          <w:p>
            <w:r>
              <w:t>1116</w:t>
            </w:r>
          </w:p>
        </w:tc>
        <w:tc>
          <w:tcPr>
            <w:tcW w:type="dxa" w:w="3572"/>
          </w:tcPr>
          <w:p>
            <w:r>
              <w:t>Vazzana Salvo</w:t>
            </w:r>
          </w:p>
        </w:tc>
        <w:tc>
          <w:tcPr>
            <w:tcW w:type="dxa" w:w="6009"/>
          </w:tcPr>
          <w:p>
            <w:r>
              <w:t>Rete Civica della Salute di Cefalù</w:t>
            </w:r>
          </w:p>
        </w:tc>
      </w:tr>
      <w:tr>
        <w:tc>
          <w:tcPr>
            <w:tcW w:type="dxa" w:w="709"/>
          </w:tcPr>
          <w:p>
            <w:r>
              <w:t>1117</w:t>
            </w:r>
          </w:p>
        </w:tc>
        <w:tc>
          <w:tcPr>
            <w:tcW w:type="dxa" w:w="3572"/>
          </w:tcPr>
          <w:p>
            <w:r>
              <w:t>Vecchio Michele Maria</w:t>
            </w:r>
          </w:p>
        </w:tc>
        <w:tc>
          <w:tcPr>
            <w:tcW w:type="dxa" w:w="6009"/>
          </w:tcPr>
          <w:p>
            <w:r>
              <w:t>Direttore UOC Neurologia, P.O. S. Elia; Direttore del Dipartimento di Medicina Ospedaliera, ASP Caltanissetta</w:t>
            </w:r>
          </w:p>
        </w:tc>
      </w:tr>
      <w:tr>
        <w:tc>
          <w:tcPr>
            <w:tcW w:type="dxa" w:w="709"/>
          </w:tcPr>
          <w:p>
            <w:r>
              <w:t>1118</w:t>
            </w:r>
          </w:p>
        </w:tc>
        <w:tc>
          <w:tcPr>
            <w:tcW w:type="dxa" w:w="3572"/>
          </w:tcPr>
          <w:p>
            <w:r>
              <w:t>Vecchio Salvatore</w:t>
            </w:r>
          </w:p>
        </w:tc>
        <w:tc>
          <w:tcPr>
            <w:tcW w:type="dxa" w:w="6009"/>
          </w:tcPr>
          <w:p>
            <w:r>
              <w:t>Medico</w:t>
            </w:r>
          </w:p>
        </w:tc>
      </w:tr>
      <w:tr>
        <w:tc>
          <w:tcPr>
            <w:tcW w:type="dxa" w:w="709"/>
          </w:tcPr>
          <w:p>
            <w:r>
              <w:t>1119</w:t>
            </w:r>
          </w:p>
        </w:tc>
        <w:tc>
          <w:tcPr>
            <w:tcW w:type="dxa" w:w="3572"/>
          </w:tcPr>
          <w:p>
            <w:r>
              <w:t>Velardi Pietro</w:t>
            </w:r>
          </w:p>
        </w:tc>
        <w:tc>
          <w:tcPr>
            <w:tcW w:type="dxa" w:w="6009"/>
          </w:tcPr>
          <w:p>
            <w:r>
              <w:t>Funzionario amministrativo</w:t>
            </w:r>
          </w:p>
        </w:tc>
      </w:tr>
      <w:tr>
        <w:tc>
          <w:tcPr>
            <w:tcW w:type="dxa" w:w="709"/>
          </w:tcPr>
          <w:p>
            <w:r>
              <w:t>1120</w:t>
            </w:r>
          </w:p>
        </w:tc>
        <w:tc>
          <w:tcPr>
            <w:tcW w:type="dxa" w:w="3572"/>
          </w:tcPr>
          <w:p>
            <w:r>
              <w:t>Vella Calogero</w:t>
            </w:r>
          </w:p>
        </w:tc>
        <w:tc>
          <w:tcPr>
            <w:tcW w:type="dxa" w:w="6009"/>
          </w:tcPr>
          <w:p>
            <w:r>
              <w:t>Impiegato</w:t>
            </w:r>
          </w:p>
        </w:tc>
      </w:tr>
      <w:tr>
        <w:tc>
          <w:tcPr>
            <w:tcW w:type="dxa" w:w="709"/>
          </w:tcPr>
          <w:p>
            <w:r>
              <w:t>1121</w:t>
            </w:r>
          </w:p>
        </w:tc>
        <w:tc>
          <w:tcPr>
            <w:tcW w:type="dxa" w:w="3572"/>
          </w:tcPr>
          <w:p>
            <w:r>
              <w:t>Vella Francesca</w:t>
            </w:r>
          </w:p>
        </w:tc>
        <w:tc>
          <w:tcPr>
            <w:tcW w:type="dxa" w:w="6009"/>
          </w:tcPr>
          <w:p>
            <w:r>
              <w:t>Dipendente</w:t>
            </w:r>
          </w:p>
        </w:tc>
      </w:tr>
      <w:tr>
        <w:tc>
          <w:tcPr>
            <w:tcW w:type="dxa" w:w="709"/>
          </w:tcPr>
          <w:p>
            <w:r>
              <w:t>1122</w:t>
            </w:r>
          </w:p>
        </w:tc>
        <w:tc>
          <w:tcPr>
            <w:tcW w:type="dxa" w:w="3572"/>
          </w:tcPr>
          <w:p>
            <w:r>
              <w:t>Vella Giuseppe</w:t>
            </w:r>
          </w:p>
        </w:tc>
        <w:tc>
          <w:tcPr>
            <w:tcW w:type="dxa" w:w="6009"/>
          </w:tcPr>
          <w:p>
            <w:r>
              <w:t>Igienista; dirigente medico del Dipartimento di Prevenzione, ASP Palermo</w:t>
            </w:r>
          </w:p>
        </w:tc>
      </w:tr>
      <w:tr>
        <w:tc>
          <w:tcPr>
            <w:tcW w:type="dxa" w:w="709"/>
          </w:tcPr>
          <w:p>
            <w:r>
              <w:t>1123</w:t>
            </w:r>
          </w:p>
        </w:tc>
        <w:tc>
          <w:tcPr>
            <w:tcW w:type="dxa" w:w="3572"/>
          </w:tcPr>
          <w:p>
            <w:r>
              <w:t>Venanzi Maria</w:t>
            </w:r>
          </w:p>
        </w:tc>
        <w:tc>
          <w:tcPr>
            <w:tcW w:type="dxa" w:w="6009"/>
          </w:tcPr>
          <w:p>
            <w:r>
              <w:t>Ex Collaboratore amministrativo della Direzione Sanitaria, ARNAS Civico Palermo</w:t>
            </w:r>
          </w:p>
        </w:tc>
      </w:tr>
      <w:tr>
        <w:tc>
          <w:tcPr>
            <w:tcW w:type="dxa" w:w="709"/>
          </w:tcPr>
          <w:p>
            <w:r>
              <w:t>1124</w:t>
            </w:r>
          </w:p>
        </w:tc>
        <w:tc>
          <w:tcPr>
            <w:tcW w:type="dxa" w:w="3572"/>
          </w:tcPr>
          <w:p>
            <w:r>
              <w:t>Vento Angela</w:t>
            </w:r>
          </w:p>
        </w:tc>
        <w:tc>
          <w:tcPr>
            <w:tcW w:type="dxa" w:w="6009"/>
          </w:tcPr>
          <w:p>
            <w:r>
              <w:t>Già dirigente medico di Medicina legale</w:t>
            </w:r>
          </w:p>
        </w:tc>
      </w:tr>
      <w:tr>
        <w:tc>
          <w:tcPr>
            <w:tcW w:type="dxa" w:w="709"/>
          </w:tcPr>
          <w:p>
            <w:r>
              <w:t>1125</w:t>
            </w:r>
          </w:p>
        </w:tc>
        <w:tc>
          <w:tcPr>
            <w:tcW w:type="dxa" w:w="3572"/>
          </w:tcPr>
          <w:p>
            <w:r>
              <w:t>Ventura Andrea</w:t>
            </w:r>
          </w:p>
        </w:tc>
        <w:tc>
          <w:tcPr>
            <w:tcW w:type="dxa" w:w="6009"/>
          </w:tcPr>
          <w:p>
            <w:r>
              <w:t>Operatore presso struttura sanitaria accreditata e convenzionata</w:t>
            </w:r>
          </w:p>
        </w:tc>
      </w:tr>
      <w:tr>
        <w:tc>
          <w:tcPr>
            <w:tcW w:type="dxa" w:w="709"/>
          </w:tcPr>
          <w:p>
            <w:r>
              <w:t>1126</w:t>
            </w:r>
          </w:p>
        </w:tc>
        <w:tc>
          <w:tcPr>
            <w:tcW w:type="dxa" w:w="3572"/>
          </w:tcPr>
          <w:p>
            <w:r>
              <w:t>Venuti Mauro</w:t>
            </w:r>
          </w:p>
        </w:tc>
        <w:tc>
          <w:tcPr>
            <w:tcW w:type="dxa" w:w="6009"/>
          </w:tcPr>
          <w:p>
            <w:r>
              <w:t>Odontoiatra, Dental Clinic</w:t>
            </w:r>
          </w:p>
        </w:tc>
      </w:tr>
      <w:tr>
        <w:tc>
          <w:tcPr>
            <w:tcW w:type="dxa" w:w="709"/>
          </w:tcPr>
          <w:p>
            <w:r>
              <w:t>1127</w:t>
            </w:r>
          </w:p>
        </w:tc>
        <w:tc>
          <w:tcPr>
            <w:tcW w:type="dxa" w:w="3572"/>
          </w:tcPr>
          <w:p>
            <w:r>
              <w:t>Vicari Carolina</w:t>
            </w:r>
          </w:p>
        </w:tc>
        <w:tc>
          <w:tcPr>
            <w:tcW w:type="dxa" w:w="6009"/>
          </w:tcPr>
          <w:p>
            <w:r>
              <w:t>Dirigente medico di I livello, UO Ginecologia e Ostetricia</w:t>
            </w:r>
          </w:p>
        </w:tc>
      </w:tr>
      <w:tr>
        <w:tc>
          <w:tcPr>
            <w:tcW w:type="dxa" w:w="709"/>
          </w:tcPr>
          <w:p>
            <w:r>
              <w:t>1128</w:t>
            </w:r>
          </w:p>
        </w:tc>
        <w:tc>
          <w:tcPr>
            <w:tcW w:type="dxa" w:w="3572"/>
          </w:tcPr>
          <w:p>
            <w:r>
              <w:t>Vilardi Giuseppe</w:t>
            </w:r>
          </w:p>
        </w:tc>
        <w:tc>
          <w:tcPr>
            <w:tcW w:type="dxa" w:w="6009"/>
          </w:tcPr>
          <w:p>
            <w:r>
              <w:t>Infermiere professionale presso struttura accreditata convenzionata</w:t>
            </w:r>
          </w:p>
        </w:tc>
      </w:tr>
      <w:tr>
        <w:tc>
          <w:tcPr>
            <w:tcW w:type="dxa" w:w="709"/>
          </w:tcPr>
          <w:p>
            <w:r>
              <w:t>1129</w:t>
            </w:r>
          </w:p>
        </w:tc>
        <w:tc>
          <w:tcPr>
            <w:tcW w:type="dxa" w:w="3572"/>
          </w:tcPr>
          <w:p>
            <w:r>
              <w:t>Villino Cateno</w:t>
            </w:r>
          </w:p>
        </w:tc>
        <w:tc>
          <w:tcPr>
            <w:tcW w:type="dxa" w:w="6009"/>
          </w:tcPr>
          <w:p>
            <w:r>
              <w:t>Già Sindaco di Giardini Naxos; Riferimento Civico della Salute</w:t>
            </w:r>
          </w:p>
        </w:tc>
      </w:tr>
      <w:tr>
        <w:tc>
          <w:tcPr>
            <w:tcW w:type="dxa" w:w="709"/>
          </w:tcPr>
          <w:p>
            <w:r>
              <w:t>1130</w:t>
            </w:r>
          </w:p>
        </w:tc>
        <w:tc>
          <w:tcPr>
            <w:tcW w:type="dxa" w:w="3572"/>
          </w:tcPr>
          <w:p>
            <w:r>
              <w:t>Virga Giuseppe</w:t>
            </w:r>
          </w:p>
        </w:tc>
        <w:tc>
          <w:tcPr>
            <w:tcW w:type="dxa" w:w="6009"/>
          </w:tcPr>
          <w:p>
            <w:r>
              <w:t>Medico, AOUP Palermo</w:t>
            </w:r>
          </w:p>
        </w:tc>
      </w:tr>
      <w:tr>
        <w:tc>
          <w:tcPr>
            <w:tcW w:type="dxa" w:w="709"/>
          </w:tcPr>
          <w:p>
            <w:r>
              <w:t>1131</w:t>
            </w:r>
          </w:p>
        </w:tc>
        <w:tc>
          <w:tcPr>
            <w:tcW w:type="dxa" w:w="3572"/>
          </w:tcPr>
          <w:p>
            <w:r>
              <w:t>Virone Giuseppe</w:t>
            </w:r>
          </w:p>
        </w:tc>
        <w:tc>
          <w:tcPr>
            <w:tcW w:type="dxa" w:w="6009"/>
          </w:tcPr>
          <w:p>
            <w:r>
              <w:t>Docente di scuola superiore</w:t>
            </w:r>
          </w:p>
        </w:tc>
      </w:tr>
      <w:tr>
        <w:tc>
          <w:tcPr>
            <w:tcW w:type="dxa" w:w="709"/>
          </w:tcPr>
          <w:p>
            <w:r>
              <w:t>1132</w:t>
            </w:r>
          </w:p>
        </w:tc>
        <w:tc>
          <w:tcPr>
            <w:tcW w:type="dxa" w:w="3572"/>
          </w:tcPr>
          <w:p>
            <w:r>
              <w:t>Virone Rosetta</w:t>
            </w:r>
          </w:p>
        </w:tc>
        <w:tc>
          <w:tcPr>
            <w:tcW w:type="dxa" w:w="6009"/>
          </w:tcPr>
          <w:p>
            <w:r/>
          </w:p>
        </w:tc>
      </w:tr>
      <w:tr>
        <w:tc>
          <w:tcPr>
            <w:tcW w:type="dxa" w:w="709"/>
          </w:tcPr>
          <w:p>
            <w:r>
              <w:t>1133</w:t>
            </w:r>
          </w:p>
        </w:tc>
        <w:tc>
          <w:tcPr>
            <w:tcW w:type="dxa" w:w="3572"/>
          </w:tcPr>
          <w:p>
            <w:r>
              <w:t>Vitale Salvatore</w:t>
            </w:r>
          </w:p>
        </w:tc>
        <w:tc>
          <w:tcPr>
            <w:tcW w:type="dxa" w:w="6009"/>
          </w:tcPr>
          <w:p>
            <w:r>
              <w:t>ASP Catania, UOC Provveditorato; RUP Farmaci</w:t>
            </w:r>
          </w:p>
        </w:tc>
      </w:tr>
      <w:tr>
        <w:tc>
          <w:tcPr>
            <w:tcW w:type="dxa" w:w="709"/>
          </w:tcPr>
          <w:p>
            <w:r>
              <w:t>1134</w:t>
            </w:r>
          </w:p>
        </w:tc>
        <w:tc>
          <w:tcPr>
            <w:tcW w:type="dxa" w:w="3572"/>
          </w:tcPr>
          <w:p>
            <w:r>
              <w:t>Vitolo Antonio</w:t>
            </w:r>
          </w:p>
        </w:tc>
        <w:tc>
          <w:tcPr>
            <w:tcW w:type="dxa" w:w="6009"/>
          </w:tcPr>
          <w:p>
            <w:r>
              <w:t>Imprenditore nel settore marketing</w:t>
            </w:r>
          </w:p>
        </w:tc>
      </w:tr>
      <w:tr>
        <w:tc>
          <w:tcPr>
            <w:tcW w:type="dxa" w:w="709"/>
          </w:tcPr>
          <w:p>
            <w:r>
              <w:t>1135</w:t>
            </w:r>
          </w:p>
        </w:tc>
        <w:tc>
          <w:tcPr>
            <w:tcW w:type="dxa" w:w="3572"/>
          </w:tcPr>
          <w:p>
            <w:r>
              <w:t>Viviani Gaspare</w:t>
            </w:r>
          </w:p>
        </w:tc>
        <w:tc>
          <w:tcPr>
            <w:tcW w:type="dxa" w:w="6009"/>
          </w:tcPr>
          <w:p>
            <w:r>
              <w:t>Ingegnere, docente universitario</w:t>
            </w:r>
          </w:p>
        </w:tc>
      </w:tr>
      <w:tr>
        <w:tc>
          <w:tcPr>
            <w:tcW w:type="dxa" w:w="709"/>
          </w:tcPr>
          <w:p>
            <w:r>
              <w:t>1136</w:t>
            </w:r>
          </w:p>
        </w:tc>
        <w:tc>
          <w:tcPr>
            <w:tcW w:type="dxa" w:w="3572"/>
          </w:tcPr>
          <w:p>
            <w:r>
              <w:t>Viviani Lorenzo</w:t>
            </w:r>
          </w:p>
        </w:tc>
        <w:tc>
          <w:tcPr>
            <w:tcW w:type="dxa" w:w="6009"/>
          </w:tcPr>
          <w:p>
            <w:r>
              <w:t>Biologo spec. Bioinformatica</w:t>
            </w:r>
          </w:p>
        </w:tc>
      </w:tr>
      <w:tr>
        <w:tc>
          <w:tcPr>
            <w:tcW w:type="dxa" w:w="709"/>
          </w:tcPr>
          <w:p>
            <w:r>
              <w:t>1137</w:t>
            </w:r>
          </w:p>
        </w:tc>
        <w:tc>
          <w:tcPr>
            <w:tcW w:type="dxa" w:w="3572"/>
          </w:tcPr>
          <w:p>
            <w:r>
              <w:t>Viviani Valentina</w:t>
            </w:r>
          </w:p>
        </w:tc>
        <w:tc>
          <w:tcPr>
            <w:tcW w:type="dxa" w:w="6009"/>
          </w:tcPr>
          <w:p>
            <w:r>
              <w:t>Amministrativa</w:t>
            </w:r>
          </w:p>
        </w:tc>
      </w:tr>
      <w:tr>
        <w:tc>
          <w:tcPr>
            <w:tcW w:type="dxa" w:w="709"/>
          </w:tcPr>
          <w:p>
            <w:r>
              <w:t>1138</w:t>
            </w:r>
          </w:p>
        </w:tc>
        <w:tc>
          <w:tcPr>
            <w:tcW w:type="dxa" w:w="3572"/>
          </w:tcPr>
          <w:p>
            <w:r>
              <w:t>Vivirito Margherita</w:t>
            </w:r>
          </w:p>
        </w:tc>
        <w:tc>
          <w:tcPr>
            <w:tcW w:type="dxa" w:w="6009"/>
          </w:tcPr>
          <w:p>
            <w:r>
              <w:t>Operatrice polivalente presso struttura socio-assistenziale</w:t>
            </w:r>
          </w:p>
        </w:tc>
      </w:tr>
      <w:tr>
        <w:tc>
          <w:tcPr>
            <w:tcW w:type="dxa" w:w="709"/>
          </w:tcPr>
          <w:p>
            <w:r>
              <w:t>1139</w:t>
            </w:r>
          </w:p>
        </w:tc>
        <w:tc>
          <w:tcPr>
            <w:tcW w:type="dxa" w:w="3572"/>
          </w:tcPr>
          <w:p>
            <w:r>
              <w:t>Vizzini Francesca</w:t>
            </w:r>
          </w:p>
        </w:tc>
        <w:tc>
          <w:tcPr>
            <w:tcW w:type="dxa" w:w="6009"/>
          </w:tcPr>
          <w:p>
            <w:r>
              <w:t>Dirigente sindacale CISL FP, AOUP “P. Giaccone”</w:t>
            </w:r>
          </w:p>
        </w:tc>
      </w:tr>
      <w:tr>
        <w:tc>
          <w:tcPr>
            <w:tcW w:type="dxa" w:w="709"/>
          </w:tcPr>
          <w:p>
            <w:r>
              <w:t>1140</w:t>
            </w:r>
          </w:p>
        </w:tc>
        <w:tc>
          <w:tcPr>
            <w:tcW w:type="dxa" w:w="3572"/>
          </w:tcPr>
          <w:p>
            <w:r>
              <w:t>Vullo Piero</w:t>
            </w:r>
          </w:p>
        </w:tc>
        <w:tc>
          <w:tcPr>
            <w:tcW w:type="dxa" w:w="6009"/>
          </w:tcPr>
          <w:p>
            <w:r>
              <w:t>Casa di riposo</w:t>
            </w:r>
          </w:p>
        </w:tc>
      </w:tr>
      <w:tr>
        <w:tc>
          <w:tcPr>
            <w:tcW w:type="dxa" w:w="709"/>
          </w:tcPr>
          <w:p>
            <w:r>
              <w:t>1141</w:t>
            </w:r>
          </w:p>
        </w:tc>
        <w:tc>
          <w:tcPr>
            <w:tcW w:type="dxa" w:w="3572"/>
          </w:tcPr>
          <w:p>
            <w:r>
              <w:t>Zambito Marsala Marco</w:t>
            </w:r>
          </w:p>
        </w:tc>
        <w:tc>
          <w:tcPr>
            <w:tcW w:type="dxa" w:w="6009"/>
          </w:tcPr>
          <w:p>
            <w:r>
              <w:t>Studente</w:t>
            </w:r>
          </w:p>
        </w:tc>
      </w:tr>
      <w:tr>
        <w:tc>
          <w:tcPr>
            <w:tcW w:type="dxa" w:w="709"/>
          </w:tcPr>
          <w:p>
            <w:r>
              <w:t>1142</w:t>
            </w:r>
          </w:p>
        </w:tc>
        <w:tc>
          <w:tcPr>
            <w:tcW w:type="dxa" w:w="3572"/>
          </w:tcPr>
          <w:p>
            <w:r>
              <w:t>Zambito Spadaro Gaspare</w:t>
            </w:r>
          </w:p>
        </w:tc>
        <w:tc>
          <w:tcPr>
            <w:tcW w:type="dxa" w:w="6009"/>
          </w:tcPr>
          <w:p>
            <w:r>
              <w:t>Dermoestetica Zambito, Mazara del Vallo</w:t>
            </w:r>
          </w:p>
        </w:tc>
      </w:tr>
      <w:tr>
        <w:tc>
          <w:tcPr>
            <w:tcW w:type="dxa" w:w="709"/>
          </w:tcPr>
          <w:p>
            <w:r>
              <w:t>1143</w:t>
            </w:r>
          </w:p>
        </w:tc>
        <w:tc>
          <w:tcPr>
            <w:tcW w:type="dxa" w:w="3572"/>
          </w:tcPr>
          <w:p>
            <w:r>
              <w:t>Zanetti Mario</w:t>
            </w:r>
          </w:p>
        </w:tc>
        <w:tc>
          <w:tcPr>
            <w:tcW w:type="dxa" w:w="6009"/>
          </w:tcPr>
          <w:p>
            <w:r>
              <w:t>Odontoiatra; libero professionista</w:t>
            </w:r>
          </w:p>
        </w:tc>
      </w:tr>
      <w:tr>
        <w:tc>
          <w:tcPr>
            <w:tcW w:type="dxa" w:w="709"/>
          </w:tcPr>
          <w:p>
            <w:r>
              <w:t>1144</w:t>
            </w:r>
          </w:p>
        </w:tc>
        <w:tc>
          <w:tcPr>
            <w:tcW w:type="dxa" w:w="3572"/>
          </w:tcPr>
          <w:p>
            <w:r>
              <w:t>Zanghì Antonio</w:t>
            </w:r>
          </w:p>
        </w:tc>
        <w:tc>
          <w:tcPr>
            <w:tcW w:type="dxa" w:w="6009"/>
          </w:tcPr>
          <w:p>
            <w:r>
              <w:t>Professore di Chirurgia, Università di Catania; Direttore f.f. UOC Chirurgia Generale, Policlinico.</w:t>
            </w:r>
          </w:p>
        </w:tc>
      </w:tr>
      <w:tr>
        <w:tc>
          <w:tcPr>
            <w:tcW w:type="dxa" w:w="709"/>
          </w:tcPr>
          <w:p>
            <w:r>
              <w:t>1145</w:t>
            </w:r>
          </w:p>
        </w:tc>
        <w:tc>
          <w:tcPr>
            <w:tcW w:type="dxa" w:w="3572"/>
          </w:tcPr>
          <w:p>
            <w:r>
              <w:t>Zanghì Chiara</w:t>
            </w:r>
          </w:p>
        </w:tc>
        <w:tc>
          <w:tcPr>
            <w:tcW w:type="dxa" w:w="6009"/>
          </w:tcPr>
          <w:p>
            <w:r>
              <w:t>Psichiatra</w:t>
            </w:r>
          </w:p>
        </w:tc>
      </w:tr>
      <w:tr>
        <w:tc>
          <w:tcPr>
            <w:tcW w:type="dxa" w:w="709"/>
          </w:tcPr>
          <w:p>
            <w:r>
              <w:t>1146</w:t>
            </w:r>
          </w:p>
        </w:tc>
        <w:tc>
          <w:tcPr>
            <w:tcW w:type="dxa" w:w="3572"/>
          </w:tcPr>
          <w:p>
            <w:r>
              <w:t>Zanini Rinaldo</w:t>
            </w:r>
          </w:p>
        </w:tc>
        <w:tc>
          <w:tcPr>
            <w:tcW w:type="dxa" w:w="6009"/>
          </w:tcPr>
          <w:p>
            <w:r>
              <w:t>Già Direttore del Dipartimento Materno-Infantile e della TIN, Ospedale di Lecco; già membro del Comitato Percorso Nascita nazionale; esperto</w:t>
            </w:r>
          </w:p>
        </w:tc>
      </w:tr>
      <w:tr>
        <w:tc>
          <w:tcPr>
            <w:tcW w:type="dxa" w:w="709"/>
          </w:tcPr>
          <w:p>
            <w:r>
              <w:t>1147</w:t>
            </w:r>
          </w:p>
        </w:tc>
        <w:tc>
          <w:tcPr>
            <w:tcW w:type="dxa" w:w="3572"/>
          </w:tcPr>
          <w:p>
            <w:r>
              <w:t>Zappalà Paolo</w:t>
            </w:r>
          </w:p>
        </w:tc>
        <w:tc>
          <w:tcPr>
            <w:tcW w:type="dxa" w:w="6009"/>
          </w:tcPr>
          <w:p>
            <w:r>
              <w:t>Direttore sanitario</w:t>
            </w:r>
          </w:p>
        </w:tc>
      </w:tr>
      <w:tr>
        <w:tc>
          <w:tcPr>
            <w:tcW w:type="dxa" w:w="709"/>
          </w:tcPr>
          <w:p>
            <w:r>
              <w:t>1148</w:t>
            </w:r>
          </w:p>
        </w:tc>
        <w:tc>
          <w:tcPr>
            <w:tcW w:type="dxa" w:w="3572"/>
          </w:tcPr>
          <w:p>
            <w:r>
              <w:t>Zappulla Massimo</w:t>
            </w:r>
          </w:p>
        </w:tc>
        <w:tc>
          <w:tcPr>
            <w:tcW w:type="dxa" w:w="6009"/>
          </w:tcPr>
          <w:p>
            <w:r>
              <w:t>Laurea magistrale; Chirurgia Generale, Policlinico di Catania</w:t>
            </w:r>
          </w:p>
        </w:tc>
      </w:tr>
      <w:tr>
        <w:tc>
          <w:tcPr>
            <w:tcW w:type="dxa" w:w="709"/>
          </w:tcPr>
          <w:p>
            <w:r>
              <w:t>1149</w:t>
            </w:r>
          </w:p>
        </w:tc>
        <w:tc>
          <w:tcPr>
            <w:tcW w:type="dxa" w:w="3572"/>
          </w:tcPr>
          <w:p>
            <w:r>
              <w:t>Zavatteri Francesco</w:t>
            </w:r>
          </w:p>
        </w:tc>
        <w:tc>
          <w:tcPr>
            <w:tcW w:type="dxa" w:w="6009"/>
          </w:tcPr>
          <w:p>
            <w:r>
              <w:t>Farmacista</w:t>
            </w:r>
          </w:p>
        </w:tc>
      </w:tr>
      <w:tr>
        <w:tc>
          <w:tcPr>
            <w:tcW w:type="dxa" w:w="709"/>
          </w:tcPr>
          <w:p>
            <w:r>
              <w:t>1150</w:t>
            </w:r>
          </w:p>
        </w:tc>
        <w:tc>
          <w:tcPr>
            <w:tcW w:type="dxa" w:w="3572"/>
          </w:tcPr>
          <w:p>
            <w:r>
              <w:t>Zoda Alfredo</w:t>
            </w:r>
          </w:p>
        </w:tc>
        <w:tc>
          <w:tcPr>
            <w:tcW w:type="dxa" w:w="6009"/>
          </w:tcPr>
          <w:p>
            <w:r>
              <w:t>Medico</w:t>
            </w:r>
          </w:p>
        </w:tc>
      </w:tr>
      <w:tr>
        <w:tc>
          <w:tcPr>
            <w:tcW w:type="dxa" w:w="709"/>
          </w:tcPr>
          <w:p>
            <w:r>
              <w:t>1151</w:t>
            </w:r>
          </w:p>
        </w:tc>
        <w:tc>
          <w:tcPr>
            <w:tcW w:type="dxa" w:w="3572"/>
          </w:tcPr>
          <w:p>
            <w:r>
              <w:t>Zuco Paolo</w:t>
            </w:r>
          </w:p>
        </w:tc>
        <w:tc>
          <w:tcPr>
            <w:tcW w:type="dxa" w:w="6009"/>
          </w:tcPr>
          <w:p>
            <w:r>
              <w:t>Infermiere, UO Oculistica</w:t>
            </w:r>
          </w:p>
        </w:tc>
      </w:tr>
    </w:tbl>
    <w:sectPr w:rsidR="00FC693F" w:rsidRPr="0006063C" w:rsidSect="00034616">
      <w:pgSz w:w="12240" w:h="15840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Sottoscrittori Appello Sanità Siciliana - 1109</dc:title>
  <dc:subject>Elenco alfabetico progressivo senza duplicati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